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66B7FCA0" w:rsidR="00F4085D" w:rsidRPr="00597958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597958">
        <w:rPr>
          <w:b/>
          <w:bCs/>
          <w:sz w:val="40"/>
          <w:szCs w:val="40"/>
        </w:rPr>
        <w:t xml:space="preserve">RCPI </w:t>
      </w:r>
      <w:r w:rsidR="007C0991" w:rsidRPr="00597958">
        <w:rPr>
          <w:b/>
          <w:bCs/>
          <w:sz w:val="40"/>
          <w:szCs w:val="40"/>
        </w:rPr>
        <w:t xml:space="preserve">Higher Specialist </w:t>
      </w:r>
      <w:r w:rsidR="002D7D98" w:rsidRPr="00597958">
        <w:rPr>
          <w:b/>
          <w:bCs/>
          <w:sz w:val="40"/>
          <w:szCs w:val="40"/>
        </w:rPr>
        <w:t>Training</w:t>
      </w:r>
      <w:r w:rsidR="007C0991" w:rsidRPr="00597958">
        <w:rPr>
          <w:b/>
          <w:bCs/>
          <w:sz w:val="40"/>
          <w:szCs w:val="40"/>
        </w:rPr>
        <w:t>:</w:t>
      </w:r>
      <w:r w:rsidR="00F4085D" w:rsidRPr="00597958">
        <w:rPr>
          <w:b/>
          <w:bCs/>
          <w:sz w:val="40"/>
          <w:szCs w:val="40"/>
        </w:rPr>
        <w:t xml:space="preserve"> </w:t>
      </w:r>
      <w:r w:rsidR="00880DF5">
        <w:rPr>
          <w:b/>
          <w:bCs/>
          <w:sz w:val="40"/>
          <w:szCs w:val="40"/>
        </w:rPr>
        <w:t>Dermatology</w:t>
      </w:r>
    </w:p>
    <w:p w14:paraId="609CAFC3" w14:textId="0E8919FD" w:rsidR="007C0991" w:rsidRPr="00597958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597958">
        <w:rPr>
          <w:b/>
          <w:bCs/>
          <w:sz w:val="48"/>
          <w:szCs w:val="48"/>
        </w:rPr>
        <w:t>Curriculum Vitae</w:t>
      </w:r>
    </w:p>
    <w:p w14:paraId="4C95BCCC" w14:textId="77777777" w:rsidR="007C0991" w:rsidRPr="007C0991" w:rsidRDefault="007C0991" w:rsidP="007C0991"/>
    <w:p w14:paraId="0044685E" w14:textId="77777777" w:rsidR="00DD483C" w:rsidRDefault="00DD483C" w:rsidP="003A0599">
      <w:pPr>
        <w:pStyle w:val="Heading1"/>
      </w:pPr>
    </w:p>
    <w:p w14:paraId="6E5B97C0" w14:textId="4F0B518D" w:rsidR="00214ECC" w:rsidRPr="00F4085D" w:rsidRDefault="003729FB" w:rsidP="003A0599">
      <w:pPr>
        <w:pStyle w:val="Heading1"/>
      </w:pPr>
      <w:r w:rsidRPr="00F4085D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14:paraId="091518D3" w14:textId="77777777" w:rsidTr="001C17E4">
        <w:tc>
          <w:tcPr>
            <w:tcW w:w="1886" w:type="pct"/>
          </w:tcPr>
          <w:p w14:paraId="389B5775" w14:textId="2AE87A00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Full Name:</w:t>
            </w:r>
            <w:r w:rsidR="004D6768" w:rsidRPr="00597958">
              <w:rPr>
                <w:b/>
                <w:bCs/>
              </w:rPr>
              <w:t xml:space="preserve"> </w:t>
            </w:r>
          </w:p>
          <w:p w14:paraId="46EE3531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EndPr/>
          <w:sdtContent>
            <w:tc>
              <w:tcPr>
                <w:tcW w:w="3114" w:type="pct"/>
              </w:tcPr>
              <w:p w14:paraId="3B7B6D19" w14:textId="14E466E6" w:rsidR="009E4AEB" w:rsidRDefault="001C17E4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773EA148" w14:textId="77777777" w:rsidTr="001C17E4">
        <w:tc>
          <w:tcPr>
            <w:tcW w:w="1886" w:type="pct"/>
          </w:tcPr>
          <w:p w14:paraId="1A696EB3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Medical Council (IMC) Registration Number:</w:t>
            </w:r>
          </w:p>
          <w:p w14:paraId="096607BC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</w:tcPr>
              <w:p w14:paraId="2A4369CD" w14:textId="4DD25E0D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36E9348D" w14:textId="77777777" w:rsidTr="001C17E4">
        <w:tc>
          <w:tcPr>
            <w:tcW w:w="1886" w:type="pct"/>
          </w:tcPr>
          <w:p w14:paraId="66F58537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Please list any prior medical registrations i.e. (GMC):</w:t>
            </w:r>
          </w:p>
          <w:p w14:paraId="38BE2FC2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tc>
          <w:tcPr>
            <w:tcW w:w="3114" w:type="pct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EndPr/>
            <w:sdtContent>
              <w:p w14:paraId="26432B61" w14:textId="09D5BCC7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33AEED4" w14:textId="07A4BC3E" w:rsidR="004D6768" w:rsidRPr="004D6768" w:rsidRDefault="004D6768" w:rsidP="004D6768">
            <w:pPr>
              <w:tabs>
                <w:tab w:val="left" w:pos="1640"/>
              </w:tabs>
            </w:pPr>
          </w:p>
        </w:tc>
      </w:tr>
      <w:tr w:rsidR="009E4AEB" w14:paraId="452C156E" w14:textId="77777777" w:rsidTr="001C17E4">
        <w:tc>
          <w:tcPr>
            <w:tcW w:w="1886" w:type="pct"/>
          </w:tcPr>
          <w:p w14:paraId="65480A4E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Most Recent Post:</w:t>
            </w:r>
          </w:p>
          <w:p w14:paraId="2B91D0AD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EndPr/>
          <w:sdtContent>
            <w:tc>
              <w:tcPr>
                <w:tcW w:w="3114" w:type="pct"/>
              </w:tcPr>
              <w:p w14:paraId="13FF5351" w14:textId="76ACC4B8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55309A5" w14:textId="417B04D7" w:rsidR="009E4AEB" w:rsidRDefault="009E4AEB" w:rsidP="3FE541D5"/>
    <w:p w14:paraId="50627E4A" w14:textId="277579A8" w:rsidR="00597958" w:rsidRDefault="002931F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2FFF2A1E">
                <wp:simplePos x="0" y="0"/>
                <wp:positionH relativeFrom="margin">
                  <wp:align>right</wp:align>
                </wp:positionH>
                <wp:positionV relativeFrom="paragraph">
                  <wp:posOffset>1881920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5E790481" w:rsidR="002931FF" w:rsidRPr="00DD483C" w:rsidRDefault="00DD483C" w:rsidP="00DD483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48.2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">
                <v:textbox style="mso-fit-shape-to-text:t">
                  <w:txbxContent>
                    <w:p w14:paraId="0B7A552B" w14:textId="5E790481" w:rsidR="002931FF" w:rsidRPr="00DD483C" w:rsidRDefault="00DD483C" w:rsidP="00DD483C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>
        <w:br w:type="page"/>
      </w:r>
    </w:p>
    <w:p w14:paraId="208D7B1F" w14:textId="77777777" w:rsidR="00880DF5" w:rsidRDefault="00880DF5" w:rsidP="00880DF5">
      <w:pPr>
        <w:pStyle w:val="Heading1"/>
      </w:pPr>
      <w:r w:rsidRPr="00880DF5">
        <w:lastRenderedPageBreak/>
        <w:t>Career Objective / Personal Statement</w:t>
      </w:r>
    </w:p>
    <w:p w14:paraId="58FFF99E" w14:textId="18EC49B9" w:rsidR="00880DF5" w:rsidRDefault="00880DF5" w:rsidP="00880DF5">
      <w:pPr>
        <w:rPr>
          <w:b/>
          <w:bCs/>
        </w:rPr>
      </w:pPr>
      <w:r w:rsidRPr="00880DF5">
        <w:rPr>
          <w:b/>
          <w:bCs/>
        </w:rPr>
        <w:t>Brief statement (250 words) outlining your motivation for a career in dermatology, and career goals within the HSE.</w:t>
      </w:r>
    </w:p>
    <w:sdt>
      <w:sdtPr>
        <w:id w:val="1199352235"/>
        <w:placeholder>
          <w:docPart w:val="FBB3D43A833542A1A3F03B74622B056A"/>
        </w:placeholder>
        <w:showingPlcHdr/>
      </w:sdtPr>
      <w:sdtEndPr/>
      <w:sdtContent>
        <w:p w14:paraId="753FA19C" w14:textId="749E0652" w:rsidR="00880DF5" w:rsidRPr="00880DF5" w:rsidRDefault="00880DF5" w:rsidP="00880DF5">
          <w:r w:rsidRPr="00053B32">
            <w:rPr>
              <w:rStyle w:val="PlaceholderText"/>
            </w:rPr>
            <w:t>Click or tap here to enter text.</w:t>
          </w:r>
        </w:p>
      </w:sdtContent>
    </w:sdt>
    <w:p w14:paraId="6B6FCFDD" w14:textId="77777777" w:rsidR="00DD483C" w:rsidRDefault="00DD483C" w:rsidP="00DD483C"/>
    <w:p w14:paraId="4C6806A8" w14:textId="6AFF9E7B" w:rsidR="002D7D98" w:rsidRDefault="003729FB" w:rsidP="003A0599">
      <w:pPr>
        <w:pStyle w:val="Heading1"/>
      </w:pPr>
      <w:r>
        <w:t>Medical Education &amp; Qualifications</w:t>
      </w:r>
      <w:r w:rsidR="002D7D98">
        <w:t xml:space="preserve"> </w:t>
      </w:r>
    </w:p>
    <w:p w14:paraId="004CBEBE" w14:textId="77777777" w:rsidR="00880DF5" w:rsidRPr="00880DF5" w:rsidRDefault="00880DF5" w:rsidP="00880DF5">
      <w:pPr>
        <w:pStyle w:val="Heading2"/>
      </w:pPr>
      <w:r w:rsidRPr="00880DF5">
        <w:t>Medical school degree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16"/>
        <w:gridCol w:w="3116"/>
        <w:gridCol w:w="3118"/>
      </w:tblGrid>
      <w:tr w:rsidR="00880DF5" w14:paraId="727FFFD1" w14:textId="77777777" w:rsidTr="00880DF5">
        <w:tc>
          <w:tcPr>
            <w:tcW w:w="1666" w:type="pct"/>
            <w:vAlign w:val="center"/>
          </w:tcPr>
          <w:p w14:paraId="06AD7424" w14:textId="77777777" w:rsidR="00880DF5" w:rsidRPr="00880DF5" w:rsidRDefault="00880DF5" w:rsidP="00880DF5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University</w:t>
            </w:r>
          </w:p>
        </w:tc>
        <w:tc>
          <w:tcPr>
            <w:tcW w:w="1666" w:type="pct"/>
            <w:vAlign w:val="center"/>
          </w:tcPr>
          <w:p w14:paraId="474D3CEE" w14:textId="77777777" w:rsidR="00880DF5" w:rsidRPr="00880DF5" w:rsidRDefault="00880DF5" w:rsidP="00880DF5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Year awarded</w:t>
            </w:r>
          </w:p>
        </w:tc>
        <w:tc>
          <w:tcPr>
            <w:tcW w:w="1667" w:type="pct"/>
            <w:vAlign w:val="center"/>
          </w:tcPr>
          <w:p w14:paraId="7927449C" w14:textId="77777777" w:rsidR="00880DF5" w:rsidRPr="00880DF5" w:rsidRDefault="00880DF5" w:rsidP="00880DF5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Prize, grade, distinction etc</w:t>
            </w:r>
          </w:p>
        </w:tc>
      </w:tr>
      <w:sdt>
        <w:sdtPr>
          <w:rPr>
            <w:lang w:val="en-GB"/>
          </w:rPr>
          <w:id w:val="-988082716"/>
          <w15:repeatingSection/>
        </w:sdtPr>
        <w:sdtEndPr/>
        <w:sdtContent>
          <w:sdt>
            <w:sdtPr>
              <w:rPr>
                <w:lang w:val="en-GB"/>
              </w:rPr>
              <w:id w:val="-1199622570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880DF5" w14:paraId="5D9E1D2E" w14:textId="77777777" w:rsidTr="00880DF5">
                <w:sdt>
                  <w:sdtPr>
                    <w:rPr>
                      <w:lang w:val="en-GB"/>
                    </w:rPr>
                    <w:id w:val="2013266218"/>
                    <w:placeholder>
                      <w:docPart w:val="75C3EFAD7452407C87E62A863BB4624B"/>
                    </w:placeholder>
                    <w:showingPlcHdr/>
                  </w:sdtPr>
                  <w:sdtEndPr/>
                  <w:sdtContent>
                    <w:tc>
                      <w:tcPr>
                        <w:tcW w:w="1666" w:type="pct"/>
                      </w:tcPr>
                      <w:p w14:paraId="3385EB8A" w14:textId="70BECB68" w:rsidR="00880DF5" w:rsidRDefault="00880DF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698306446"/>
                    <w:placeholder>
                      <w:docPart w:val="D44E2EFF640440A9B8666394183B9DE7"/>
                    </w:placeholder>
                    <w:showingPlcHdr/>
                  </w:sdtPr>
                  <w:sdtEndPr/>
                  <w:sdtContent>
                    <w:tc>
                      <w:tcPr>
                        <w:tcW w:w="1666" w:type="pct"/>
                      </w:tcPr>
                      <w:p w14:paraId="33A9D54A" w14:textId="0A5A1C4A" w:rsidR="00880DF5" w:rsidRDefault="00880DF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964613494"/>
                    <w:placeholder>
                      <w:docPart w:val="2F6E6E5A21F044A795F2D76DC651D405"/>
                    </w:placeholder>
                    <w:showingPlcHdr/>
                  </w:sdtPr>
                  <w:sdtEndPr/>
                  <w:sdtContent>
                    <w:tc>
                      <w:tcPr>
                        <w:tcW w:w="1667" w:type="pct"/>
                      </w:tcPr>
                      <w:p w14:paraId="15684EA7" w14:textId="727795E8" w:rsidR="00880DF5" w:rsidRDefault="00880DF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2480E7E3" w14:textId="77777777" w:rsidR="00880DF5" w:rsidRDefault="00880DF5"/>
    <w:p w14:paraId="4D8C9F80" w14:textId="77777777" w:rsidR="00880DF5" w:rsidRDefault="00880DF5" w:rsidP="00880DF5">
      <w:pPr>
        <w:pStyle w:val="Heading2"/>
      </w:pPr>
      <w:r w:rsidRPr="528D7560">
        <w:t>Higher degrees completed - MSc, PHD, MD, BA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5"/>
        <w:gridCol w:w="1667"/>
        <w:gridCol w:w="1577"/>
        <w:gridCol w:w="1722"/>
        <w:gridCol w:w="2025"/>
      </w:tblGrid>
      <w:tr w:rsidR="00880DF5" w14:paraId="1407C9DD" w14:textId="77777777" w:rsidTr="00880DF5">
        <w:tc>
          <w:tcPr>
            <w:tcW w:w="2025" w:type="dxa"/>
            <w:vAlign w:val="center"/>
          </w:tcPr>
          <w:p w14:paraId="185213F0" w14:textId="77777777" w:rsidR="00880DF5" w:rsidRPr="00880DF5" w:rsidRDefault="00880DF5" w:rsidP="00880DF5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University</w:t>
            </w:r>
          </w:p>
        </w:tc>
        <w:tc>
          <w:tcPr>
            <w:tcW w:w="1667" w:type="dxa"/>
            <w:vAlign w:val="center"/>
          </w:tcPr>
          <w:p w14:paraId="1FD39FC1" w14:textId="77777777" w:rsidR="00880DF5" w:rsidRPr="00880DF5" w:rsidRDefault="00880DF5" w:rsidP="00880DF5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Type of degree</w:t>
            </w:r>
          </w:p>
        </w:tc>
        <w:tc>
          <w:tcPr>
            <w:tcW w:w="1577" w:type="dxa"/>
            <w:vAlign w:val="center"/>
          </w:tcPr>
          <w:p w14:paraId="14A4601F" w14:textId="77777777" w:rsidR="00880DF5" w:rsidRPr="00880DF5" w:rsidRDefault="00880DF5" w:rsidP="00880DF5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Subject</w:t>
            </w:r>
          </w:p>
        </w:tc>
        <w:tc>
          <w:tcPr>
            <w:tcW w:w="1722" w:type="dxa"/>
            <w:vAlign w:val="center"/>
          </w:tcPr>
          <w:p w14:paraId="010830CD" w14:textId="77777777" w:rsidR="00880DF5" w:rsidRPr="00880DF5" w:rsidRDefault="00880DF5" w:rsidP="00880DF5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Year awarded</w:t>
            </w:r>
          </w:p>
        </w:tc>
        <w:tc>
          <w:tcPr>
            <w:tcW w:w="2025" w:type="dxa"/>
            <w:vAlign w:val="center"/>
          </w:tcPr>
          <w:p w14:paraId="3244CA0B" w14:textId="77777777" w:rsidR="00880DF5" w:rsidRPr="00880DF5" w:rsidRDefault="00880DF5" w:rsidP="00880DF5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Prize, grade, distinction etc</w:t>
            </w:r>
          </w:p>
        </w:tc>
      </w:tr>
      <w:tr w:rsidR="00880DF5" w14:paraId="3C81ADE9" w14:textId="77777777" w:rsidTr="00496A0D">
        <w:sdt>
          <w:sdtPr>
            <w:rPr>
              <w:lang w:val="en-GB"/>
            </w:rPr>
            <w:id w:val="-2025233907"/>
            <w:placeholder>
              <w:docPart w:val="B9BD4932B7804BDCAC098E62C9743102"/>
            </w:placeholder>
            <w:showingPlcHdr/>
          </w:sdtPr>
          <w:sdtEndPr/>
          <w:sdtContent>
            <w:tc>
              <w:tcPr>
                <w:tcW w:w="2025" w:type="dxa"/>
              </w:tcPr>
              <w:p w14:paraId="09D7D54E" w14:textId="74A5CD71" w:rsidR="00880DF5" w:rsidRDefault="00880DF5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362281628"/>
            <w:placeholder>
              <w:docPart w:val="6EEAB132E7624CE09EB07FA662BE4B54"/>
            </w:placeholder>
            <w:showingPlcHdr/>
          </w:sdtPr>
          <w:sdtEndPr/>
          <w:sdtContent>
            <w:tc>
              <w:tcPr>
                <w:tcW w:w="1667" w:type="dxa"/>
              </w:tcPr>
              <w:p w14:paraId="381EBB09" w14:textId="116FD59E" w:rsidR="00880DF5" w:rsidRDefault="00880DF5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468977687"/>
            <w:placeholder>
              <w:docPart w:val="BBDDFD4D264E4F1EBCAADDF7CD87E6DD"/>
            </w:placeholder>
            <w:showingPlcHdr/>
          </w:sdtPr>
          <w:sdtEndPr/>
          <w:sdtContent>
            <w:tc>
              <w:tcPr>
                <w:tcW w:w="1577" w:type="dxa"/>
              </w:tcPr>
              <w:p w14:paraId="0DFA121D" w14:textId="07ED1795" w:rsidR="00880DF5" w:rsidRDefault="00880DF5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449229446"/>
            <w:placeholder>
              <w:docPart w:val="23D71AEA8DAD49CF829841D88AEEAD23"/>
            </w:placeholder>
            <w:showingPlcHdr/>
          </w:sdtPr>
          <w:sdtEndPr/>
          <w:sdtContent>
            <w:tc>
              <w:tcPr>
                <w:tcW w:w="1722" w:type="dxa"/>
              </w:tcPr>
              <w:p w14:paraId="4D95A96B" w14:textId="1B6752C1" w:rsidR="00880DF5" w:rsidRDefault="00880DF5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832945830"/>
            <w:placeholder>
              <w:docPart w:val="A2A8796FF4444E6E9374D2CC9215120F"/>
            </w:placeholder>
            <w:showingPlcHdr/>
          </w:sdtPr>
          <w:sdtEndPr/>
          <w:sdtContent>
            <w:tc>
              <w:tcPr>
                <w:tcW w:w="2025" w:type="dxa"/>
              </w:tcPr>
              <w:p w14:paraId="01914145" w14:textId="504599BC" w:rsidR="00880DF5" w:rsidRDefault="00880DF5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-1296753024"/>
          <w15:repeatingSection/>
        </w:sdtPr>
        <w:sdtEndPr/>
        <w:sdtContent>
          <w:sdt>
            <w:sdtPr>
              <w:rPr>
                <w:lang w:val="en-GB"/>
              </w:rPr>
              <w:id w:val="-1890950487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880DF5" w14:paraId="0FD8D969" w14:textId="77777777" w:rsidTr="00496A0D">
                <w:sdt>
                  <w:sdtPr>
                    <w:rPr>
                      <w:lang w:val="en-GB"/>
                    </w:rPr>
                    <w:id w:val="-1447386953"/>
                    <w:placeholder>
                      <w:docPart w:val="0AD19C49F52B42ADA2E9426276FE58D6"/>
                    </w:placeholder>
                    <w:showingPlcHdr/>
                  </w:sdtPr>
                  <w:sdtEndPr/>
                  <w:sdtContent>
                    <w:tc>
                      <w:tcPr>
                        <w:tcW w:w="2025" w:type="dxa"/>
                      </w:tcPr>
                      <w:p w14:paraId="55F9A62D" w14:textId="7400A07D" w:rsidR="00880DF5" w:rsidRDefault="00880DF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558743701"/>
                    <w:placeholder>
                      <w:docPart w:val="7B700F9DF6B344D0A697EB47A65199F3"/>
                    </w:placeholder>
                    <w:showingPlcHdr/>
                  </w:sdtPr>
                  <w:sdtEndPr/>
                  <w:sdtContent>
                    <w:tc>
                      <w:tcPr>
                        <w:tcW w:w="1667" w:type="dxa"/>
                      </w:tcPr>
                      <w:p w14:paraId="6568EC2E" w14:textId="6673BA85" w:rsidR="00880DF5" w:rsidRDefault="00880DF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162433554"/>
                    <w:placeholder>
                      <w:docPart w:val="DFA481D92EC54425B89A6C0E0DA33898"/>
                    </w:placeholder>
                    <w:showingPlcHdr/>
                  </w:sdtPr>
                  <w:sdtEndPr/>
                  <w:sdtContent>
                    <w:tc>
                      <w:tcPr>
                        <w:tcW w:w="1577" w:type="dxa"/>
                      </w:tcPr>
                      <w:p w14:paraId="053986C4" w14:textId="412F0987" w:rsidR="00880DF5" w:rsidRDefault="00880DF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977870122"/>
                    <w:placeholder>
                      <w:docPart w:val="209249182F024625AF33AA6A86E31A9B"/>
                    </w:placeholder>
                    <w:showingPlcHdr/>
                  </w:sdtPr>
                  <w:sdtEndPr/>
                  <w:sdtContent>
                    <w:tc>
                      <w:tcPr>
                        <w:tcW w:w="1722" w:type="dxa"/>
                      </w:tcPr>
                      <w:p w14:paraId="0AF3CFD1" w14:textId="47ADA8A5" w:rsidR="00880DF5" w:rsidRDefault="00880DF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983681905"/>
                    <w:placeholder>
                      <w:docPart w:val="9A538215CA3442ACA439B68ECC928CD0"/>
                    </w:placeholder>
                    <w:showingPlcHdr/>
                  </w:sdtPr>
                  <w:sdtEndPr/>
                  <w:sdtContent>
                    <w:tc>
                      <w:tcPr>
                        <w:tcW w:w="2025" w:type="dxa"/>
                      </w:tcPr>
                      <w:p w14:paraId="46784AC2" w14:textId="36945820" w:rsidR="00880DF5" w:rsidRDefault="00880DF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-914777962"/>
              <w:placeholder>
                <w:docPart w:val="1974DB7898934EBBA6B52A08D02DB794"/>
              </w:placeholder>
              <w15:repeatingSectionItem/>
            </w:sdtPr>
            <w:sdtEndPr/>
            <w:sdtContent>
              <w:tr w:rsidR="00DD483C" w14:paraId="54ECBCC0" w14:textId="77777777" w:rsidTr="00496A0D">
                <w:sdt>
                  <w:sdtPr>
                    <w:rPr>
                      <w:lang w:val="en-GB"/>
                    </w:rPr>
                    <w:id w:val="140932266"/>
                    <w:placeholder>
                      <w:docPart w:val="6EB97B2E17F7442C9DB0CEA0F3DC1642"/>
                    </w:placeholder>
                    <w:showingPlcHdr/>
                  </w:sdtPr>
                  <w:sdtEndPr/>
                  <w:sdtContent>
                    <w:tc>
                      <w:tcPr>
                        <w:tcW w:w="2025" w:type="dxa"/>
                      </w:tcPr>
                      <w:p w14:paraId="5188F00E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216667932"/>
                    <w:placeholder>
                      <w:docPart w:val="8BE386F068524F86906681F298E69597"/>
                    </w:placeholder>
                    <w:showingPlcHdr/>
                  </w:sdtPr>
                  <w:sdtEndPr/>
                  <w:sdtContent>
                    <w:tc>
                      <w:tcPr>
                        <w:tcW w:w="1667" w:type="dxa"/>
                      </w:tcPr>
                      <w:p w14:paraId="0D6E3CA1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856808678"/>
                    <w:placeholder>
                      <w:docPart w:val="C9078DD3BF804388B3974E7F42B5EB5A"/>
                    </w:placeholder>
                    <w:showingPlcHdr/>
                  </w:sdtPr>
                  <w:sdtEndPr/>
                  <w:sdtContent>
                    <w:tc>
                      <w:tcPr>
                        <w:tcW w:w="1577" w:type="dxa"/>
                      </w:tcPr>
                      <w:p w14:paraId="5918A369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299537932"/>
                    <w:placeholder>
                      <w:docPart w:val="E9D810DA09674174AC51A14F8A7B0F45"/>
                    </w:placeholder>
                    <w:showingPlcHdr/>
                  </w:sdtPr>
                  <w:sdtEndPr/>
                  <w:sdtContent>
                    <w:tc>
                      <w:tcPr>
                        <w:tcW w:w="1722" w:type="dxa"/>
                      </w:tcPr>
                      <w:p w14:paraId="2141D275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336358053"/>
                    <w:placeholder>
                      <w:docPart w:val="5C9A788C6896469995BEAFAB96410486"/>
                    </w:placeholder>
                    <w:showingPlcHdr/>
                  </w:sdtPr>
                  <w:sdtEndPr/>
                  <w:sdtContent>
                    <w:tc>
                      <w:tcPr>
                        <w:tcW w:w="2025" w:type="dxa"/>
                      </w:tcPr>
                      <w:p w14:paraId="753387C6" w14:textId="1673D009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0945F465" w14:textId="77777777" w:rsidR="00880DF5" w:rsidRDefault="00880DF5"/>
    <w:p w14:paraId="7B3333ED" w14:textId="77777777" w:rsidR="00880DF5" w:rsidRDefault="00880DF5" w:rsidP="00880DF5">
      <w:pPr>
        <w:pStyle w:val="Heading2"/>
      </w:pPr>
      <w:r w:rsidRPr="528D7560">
        <w:t>Relevant other degrees completed – Certificate, diploma, masters in medical education or leadership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5"/>
        <w:gridCol w:w="1667"/>
        <w:gridCol w:w="1577"/>
        <w:gridCol w:w="1722"/>
        <w:gridCol w:w="2025"/>
      </w:tblGrid>
      <w:tr w:rsidR="00880DF5" w14:paraId="4AB69E9E" w14:textId="77777777" w:rsidTr="00496A0D">
        <w:tc>
          <w:tcPr>
            <w:tcW w:w="2025" w:type="dxa"/>
            <w:vAlign w:val="center"/>
          </w:tcPr>
          <w:p w14:paraId="7E5E391C" w14:textId="77777777" w:rsidR="00880DF5" w:rsidRPr="00880DF5" w:rsidRDefault="00880DF5" w:rsidP="00496A0D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University</w:t>
            </w:r>
          </w:p>
        </w:tc>
        <w:tc>
          <w:tcPr>
            <w:tcW w:w="1667" w:type="dxa"/>
            <w:vAlign w:val="center"/>
          </w:tcPr>
          <w:p w14:paraId="7FC1EB1E" w14:textId="77777777" w:rsidR="00880DF5" w:rsidRPr="00880DF5" w:rsidRDefault="00880DF5" w:rsidP="00496A0D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Type of degree</w:t>
            </w:r>
          </w:p>
        </w:tc>
        <w:tc>
          <w:tcPr>
            <w:tcW w:w="1577" w:type="dxa"/>
            <w:vAlign w:val="center"/>
          </w:tcPr>
          <w:p w14:paraId="4D65D928" w14:textId="77777777" w:rsidR="00880DF5" w:rsidRPr="00880DF5" w:rsidRDefault="00880DF5" w:rsidP="00496A0D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Subject</w:t>
            </w:r>
          </w:p>
        </w:tc>
        <w:tc>
          <w:tcPr>
            <w:tcW w:w="1722" w:type="dxa"/>
            <w:vAlign w:val="center"/>
          </w:tcPr>
          <w:p w14:paraId="5748A5BA" w14:textId="77777777" w:rsidR="00880DF5" w:rsidRPr="00880DF5" w:rsidRDefault="00880DF5" w:rsidP="00496A0D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Year awarded</w:t>
            </w:r>
          </w:p>
        </w:tc>
        <w:tc>
          <w:tcPr>
            <w:tcW w:w="2025" w:type="dxa"/>
            <w:vAlign w:val="center"/>
          </w:tcPr>
          <w:p w14:paraId="190AB461" w14:textId="77777777" w:rsidR="00880DF5" w:rsidRPr="00880DF5" w:rsidRDefault="00880DF5" w:rsidP="00496A0D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Prize, grade, distinction etc</w:t>
            </w:r>
          </w:p>
        </w:tc>
      </w:tr>
      <w:tr w:rsidR="00880DF5" w14:paraId="370B65F1" w14:textId="77777777" w:rsidTr="00496A0D">
        <w:sdt>
          <w:sdtPr>
            <w:rPr>
              <w:lang w:val="en-GB"/>
            </w:rPr>
            <w:id w:val="278928550"/>
            <w:placeholder>
              <w:docPart w:val="DB76D24AE19F4823A84506ED0F363ABE"/>
            </w:placeholder>
            <w:showingPlcHdr/>
          </w:sdtPr>
          <w:sdtEndPr/>
          <w:sdtContent>
            <w:tc>
              <w:tcPr>
                <w:tcW w:w="2025" w:type="dxa"/>
              </w:tcPr>
              <w:p w14:paraId="5AEFE1C6" w14:textId="77777777" w:rsidR="00880DF5" w:rsidRDefault="00880DF5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333955682"/>
            <w:placeholder>
              <w:docPart w:val="DB76D24AE19F4823A84506ED0F363ABE"/>
            </w:placeholder>
            <w:showingPlcHdr/>
          </w:sdtPr>
          <w:sdtEndPr/>
          <w:sdtContent>
            <w:tc>
              <w:tcPr>
                <w:tcW w:w="1667" w:type="dxa"/>
              </w:tcPr>
              <w:p w14:paraId="3FB5429F" w14:textId="240CD292" w:rsidR="00880DF5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21538245"/>
            <w:placeholder>
              <w:docPart w:val="DB76D24AE19F4823A84506ED0F363ABE"/>
            </w:placeholder>
            <w:showingPlcHdr/>
          </w:sdtPr>
          <w:sdtEndPr/>
          <w:sdtContent>
            <w:tc>
              <w:tcPr>
                <w:tcW w:w="1577" w:type="dxa"/>
              </w:tcPr>
              <w:p w14:paraId="27C99180" w14:textId="6C3947BD" w:rsidR="00880DF5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968324055"/>
            <w:placeholder>
              <w:docPart w:val="DB76D24AE19F4823A84506ED0F363ABE"/>
            </w:placeholder>
            <w:showingPlcHdr/>
          </w:sdtPr>
          <w:sdtEndPr/>
          <w:sdtContent>
            <w:tc>
              <w:tcPr>
                <w:tcW w:w="1722" w:type="dxa"/>
              </w:tcPr>
              <w:p w14:paraId="7ADF96C4" w14:textId="56851EEB" w:rsidR="00880DF5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243138848"/>
            <w:placeholder>
              <w:docPart w:val="DB76D24AE19F4823A84506ED0F363ABE"/>
            </w:placeholder>
            <w:showingPlcHdr/>
          </w:sdtPr>
          <w:sdtEndPr/>
          <w:sdtContent>
            <w:tc>
              <w:tcPr>
                <w:tcW w:w="2025" w:type="dxa"/>
              </w:tcPr>
              <w:p w14:paraId="6EA7D10A" w14:textId="69588AA1" w:rsidR="00880DF5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-2755141"/>
          <w15:repeatingSection/>
        </w:sdtPr>
        <w:sdtEndPr/>
        <w:sdtContent>
          <w:sdt>
            <w:sdtPr>
              <w:rPr>
                <w:lang w:val="en-GB"/>
              </w:rPr>
              <w:id w:val="2025052288"/>
              <w:placeholder>
                <w:docPart w:val="8ED9DF5459B54BD09C5DCA59032D0789"/>
              </w:placeholder>
              <w15:repeatingSectionItem/>
            </w:sdtPr>
            <w:sdtEndPr/>
            <w:sdtContent>
              <w:tr w:rsidR="00880DF5" w14:paraId="747DBDD6" w14:textId="77777777" w:rsidTr="00496A0D">
                <w:sdt>
                  <w:sdtPr>
                    <w:rPr>
                      <w:lang w:val="en-GB"/>
                    </w:rPr>
                    <w:id w:val="-25944018"/>
                    <w:placeholder>
                      <w:docPart w:val="DB76D24AE19F4823A84506ED0F363ABE"/>
                    </w:placeholder>
                    <w:showingPlcHdr/>
                  </w:sdtPr>
                  <w:sdtEndPr/>
                  <w:sdtContent>
                    <w:tc>
                      <w:tcPr>
                        <w:tcW w:w="2025" w:type="dxa"/>
                      </w:tcPr>
                      <w:p w14:paraId="4B52AB63" w14:textId="38FEBFDE" w:rsidR="00880DF5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494804006"/>
                    <w:placeholder>
                      <w:docPart w:val="DB76D24AE19F4823A84506ED0F363ABE"/>
                    </w:placeholder>
                    <w:showingPlcHdr/>
                  </w:sdtPr>
                  <w:sdtEndPr/>
                  <w:sdtContent>
                    <w:tc>
                      <w:tcPr>
                        <w:tcW w:w="1667" w:type="dxa"/>
                      </w:tcPr>
                      <w:p w14:paraId="3D85D0D4" w14:textId="383F965C" w:rsidR="00880DF5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811007193"/>
                    <w:placeholder>
                      <w:docPart w:val="DB76D24AE19F4823A84506ED0F363ABE"/>
                    </w:placeholder>
                    <w:showingPlcHdr/>
                  </w:sdtPr>
                  <w:sdtEndPr/>
                  <w:sdtContent>
                    <w:tc>
                      <w:tcPr>
                        <w:tcW w:w="1577" w:type="dxa"/>
                      </w:tcPr>
                      <w:p w14:paraId="51A92304" w14:textId="5592558A" w:rsidR="00880DF5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863212047"/>
                    <w:placeholder>
                      <w:docPart w:val="DB76D24AE19F4823A84506ED0F363ABE"/>
                    </w:placeholder>
                    <w:showingPlcHdr/>
                  </w:sdtPr>
                  <w:sdtEndPr/>
                  <w:sdtContent>
                    <w:tc>
                      <w:tcPr>
                        <w:tcW w:w="1722" w:type="dxa"/>
                      </w:tcPr>
                      <w:p w14:paraId="60B12DAA" w14:textId="5C075671" w:rsidR="00880DF5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59982436"/>
                    <w:placeholder>
                      <w:docPart w:val="DB76D24AE19F4823A84506ED0F363ABE"/>
                    </w:placeholder>
                    <w:showingPlcHdr/>
                  </w:sdtPr>
                  <w:sdtEndPr/>
                  <w:sdtContent>
                    <w:tc>
                      <w:tcPr>
                        <w:tcW w:w="2025" w:type="dxa"/>
                      </w:tcPr>
                      <w:p w14:paraId="0831AB1A" w14:textId="5291987B" w:rsidR="00880DF5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-981228548"/>
              <w:placeholder>
                <w:docPart w:val="838F45419D164CFBA2509E1BE2126382"/>
              </w:placeholder>
              <w15:repeatingSectionItem/>
            </w:sdtPr>
            <w:sdtEndPr/>
            <w:sdtContent>
              <w:tr w:rsidR="00DD483C" w14:paraId="7BF68F10" w14:textId="77777777" w:rsidTr="00496A0D">
                <w:sdt>
                  <w:sdtPr>
                    <w:rPr>
                      <w:lang w:val="en-GB"/>
                    </w:rPr>
                    <w:id w:val="1734432179"/>
                    <w:placeholder>
                      <w:docPart w:val="554A0E9A354C4714A49D911FFFDC8E6B"/>
                    </w:placeholder>
                    <w:showingPlcHdr/>
                  </w:sdtPr>
                  <w:sdtEndPr/>
                  <w:sdtContent>
                    <w:tc>
                      <w:tcPr>
                        <w:tcW w:w="2025" w:type="dxa"/>
                      </w:tcPr>
                      <w:p w14:paraId="09CB6A8A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83025904"/>
                    <w:placeholder>
                      <w:docPart w:val="554A0E9A354C4714A49D911FFFDC8E6B"/>
                    </w:placeholder>
                    <w:showingPlcHdr/>
                  </w:sdtPr>
                  <w:sdtEndPr/>
                  <w:sdtContent>
                    <w:tc>
                      <w:tcPr>
                        <w:tcW w:w="1667" w:type="dxa"/>
                      </w:tcPr>
                      <w:p w14:paraId="5BC2D705" w14:textId="065E8DF9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71611404"/>
                    <w:placeholder>
                      <w:docPart w:val="554A0E9A354C4714A49D911FFFDC8E6B"/>
                    </w:placeholder>
                    <w:showingPlcHdr/>
                  </w:sdtPr>
                  <w:sdtEndPr/>
                  <w:sdtContent>
                    <w:tc>
                      <w:tcPr>
                        <w:tcW w:w="1577" w:type="dxa"/>
                      </w:tcPr>
                      <w:p w14:paraId="5CBFBF12" w14:textId="1B1FAFBB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250158451"/>
                    <w:placeholder>
                      <w:docPart w:val="554A0E9A354C4714A49D911FFFDC8E6B"/>
                    </w:placeholder>
                    <w:showingPlcHdr/>
                  </w:sdtPr>
                  <w:sdtEndPr/>
                  <w:sdtContent>
                    <w:tc>
                      <w:tcPr>
                        <w:tcW w:w="1722" w:type="dxa"/>
                      </w:tcPr>
                      <w:p w14:paraId="4311F0BA" w14:textId="408DFFE3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841000926"/>
                    <w:placeholder>
                      <w:docPart w:val="554A0E9A354C4714A49D911FFFDC8E6B"/>
                    </w:placeholder>
                    <w:showingPlcHdr/>
                  </w:sdtPr>
                  <w:sdtEndPr/>
                  <w:sdtContent>
                    <w:tc>
                      <w:tcPr>
                        <w:tcW w:w="2025" w:type="dxa"/>
                      </w:tcPr>
                      <w:p w14:paraId="224CEB96" w14:textId="5592797C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5D567D30" w14:textId="5D9FE077" w:rsidR="00DD483C" w:rsidRDefault="00DD483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</w:p>
    <w:p w14:paraId="307D1B89" w14:textId="77777777" w:rsidR="00DD483C" w:rsidRDefault="00DD483C" w:rsidP="00DD483C"/>
    <w:p w14:paraId="6FAB7D99" w14:textId="59731F1A" w:rsidR="004C5511" w:rsidRPr="004C5511" w:rsidRDefault="004C5511" w:rsidP="004C5511">
      <w:pPr>
        <w:pStyle w:val="Heading1"/>
      </w:pPr>
      <w:r w:rsidRPr="004C5511">
        <w:t>Postgraduate Education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</w:tblGrid>
      <w:tr w:rsidR="004C5511" w14:paraId="6AB6DABD" w14:textId="77777777" w:rsidTr="004C5511">
        <w:tc>
          <w:tcPr>
            <w:tcW w:w="3005" w:type="dxa"/>
            <w:vAlign w:val="center"/>
          </w:tcPr>
          <w:p w14:paraId="55F5A9FA" w14:textId="77777777" w:rsidR="004C5511" w:rsidRPr="004C5511" w:rsidRDefault="004C5511" w:rsidP="004C5511">
            <w:pPr>
              <w:jc w:val="center"/>
              <w:rPr>
                <w:b/>
                <w:bCs/>
                <w:lang w:val="en-GB"/>
              </w:rPr>
            </w:pPr>
            <w:r w:rsidRPr="004C5511">
              <w:rPr>
                <w:b/>
                <w:bCs/>
                <w:lang w:val="en-GB"/>
              </w:rPr>
              <w:t>MRCPI/MRCP UK</w:t>
            </w:r>
          </w:p>
        </w:tc>
        <w:tc>
          <w:tcPr>
            <w:tcW w:w="3005" w:type="dxa"/>
            <w:vAlign w:val="center"/>
          </w:tcPr>
          <w:p w14:paraId="4C86CEC3" w14:textId="77777777" w:rsidR="004C5511" w:rsidRPr="004C5511" w:rsidRDefault="004C5511" w:rsidP="004C5511">
            <w:pPr>
              <w:jc w:val="center"/>
              <w:rPr>
                <w:b/>
                <w:bCs/>
                <w:lang w:val="en-GB"/>
              </w:rPr>
            </w:pPr>
            <w:r w:rsidRPr="004C5511">
              <w:rPr>
                <w:b/>
                <w:bCs/>
                <w:lang w:val="en-GB"/>
              </w:rPr>
              <w:t>Pass/Fail</w:t>
            </w:r>
          </w:p>
        </w:tc>
      </w:tr>
      <w:tr w:rsidR="004C5511" w14:paraId="5B7F7148" w14:textId="77777777" w:rsidTr="00496A0D">
        <w:tc>
          <w:tcPr>
            <w:tcW w:w="3005" w:type="dxa"/>
          </w:tcPr>
          <w:p w14:paraId="03F284F1" w14:textId="77777777" w:rsidR="004C5511" w:rsidRPr="004C5511" w:rsidRDefault="004C5511" w:rsidP="00496A0D">
            <w:pPr>
              <w:rPr>
                <w:b/>
                <w:bCs/>
                <w:lang w:val="en-GB"/>
              </w:rPr>
            </w:pPr>
            <w:r w:rsidRPr="004C5511">
              <w:rPr>
                <w:b/>
                <w:bCs/>
                <w:lang w:val="en-GB"/>
              </w:rPr>
              <w:t>Part 1 – written</w:t>
            </w:r>
          </w:p>
        </w:tc>
        <w:tc>
          <w:tcPr>
            <w:tcW w:w="3005" w:type="dxa"/>
          </w:tcPr>
          <w:p w14:paraId="448F3666" w14:textId="5B5E549D" w:rsidR="004C5511" w:rsidRDefault="004C5511" w:rsidP="00496A0D">
            <w:pPr>
              <w:rPr>
                <w:lang w:val="en-GB"/>
              </w:rPr>
            </w:pPr>
            <w:r>
              <w:rPr>
                <w:lang w:val="en-GB"/>
              </w:rPr>
              <w:t xml:space="preserve">Pass </w:t>
            </w:r>
            <w:sdt>
              <w:sdtPr>
                <w:rPr>
                  <w:lang w:val="en-GB"/>
                </w:rPr>
                <w:id w:val="676855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  <w:p w14:paraId="09E2C3D5" w14:textId="335AB6A8" w:rsidR="004C5511" w:rsidRDefault="004C5511" w:rsidP="00496A0D">
            <w:pPr>
              <w:rPr>
                <w:lang w:val="en-GB"/>
              </w:rPr>
            </w:pPr>
            <w:r>
              <w:rPr>
                <w:lang w:val="en-GB"/>
              </w:rPr>
              <w:t xml:space="preserve">Fail </w:t>
            </w:r>
            <w:sdt>
              <w:sdtPr>
                <w:rPr>
                  <w:lang w:val="en-GB"/>
                </w:rPr>
                <w:id w:val="1191954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</w:tc>
      </w:tr>
      <w:tr w:rsidR="004C5511" w14:paraId="520F8482" w14:textId="77777777" w:rsidTr="00496A0D">
        <w:tc>
          <w:tcPr>
            <w:tcW w:w="3005" w:type="dxa"/>
          </w:tcPr>
          <w:p w14:paraId="4329CC1F" w14:textId="77777777" w:rsidR="004C5511" w:rsidRPr="004C5511" w:rsidRDefault="004C5511" w:rsidP="00496A0D">
            <w:pPr>
              <w:rPr>
                <w:b/>
                <w:bCs/>
                <w:lang w:val="en-GB"/>
              </w:rPr>
            </w:pPr>
            <w:r w:rsidRPr="004C5511">
              <w:rPr>
                <w:b/>
                <w:bCs/>
                <w:lang w:val="en-GB"/>
              </w:rPr>
              <w:t>Part 2 - written</w:t>
            </w:r>
          </w:p>
        </w:tc>
        <w:tc>
          <w:tcPr>
            <w:tcW w:w="3005" w:type="dxa"/>
          </w:tcPr>
          <w:p w14:paraId="50336112" w14:textId="77777777" w:rsidR="004C5511" w:rsidRDefault="004C5511" w:rsidP="004C5511">
            <w:pPr>
              <w:rPr>
                <w:lang w:val="en-GB"/>
              </w:rPr>
            </w:pPr>
            <w:r>
              <w:rPr>
                <w:lang w:val="en-GB"/>
              </w:rPr>
              <w:t xml:space="preserve">Pass </w:t>
            </w:r>
            <w:sdt>
              <w:sdtPr>
                <w:rPr>
                  <w:lang w:val="en-GB"/>
                </w:rPr>
                <w:id w:val="39487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  <w:p w14:paraId="3588897E" w14:textId="5E1FD092" w:rsidR="004C5511" w:rsidRDefault="004C5511" w:rsidP="004C5511">
            <w:pPr>
              <w:rPr>
                <w:lang w:val="en-GB"/>
              </w:rPr>
            </w:pPr>
            <w:r>
              <w:rPr>
                <w:lang w:val="en-GB"/>
              </w:rPr>
              <w:t xml:space="preserve">Fail </w:t>
            </w:r>
            <w:sdt>
              <w:sdtPr>
                <w:rPr>
                  <w:lang w:val="en-GB"/>
                </w:rPr>
                <w:id w:val="-860750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</w:tc>
      </w:tr>
      <w:tr w:rsidR="004C5511" w14:paraId="15DCB137" w14:textId="77777777" w:rsidTr="00496A0D">
        <w:tc>
          <w:tcPr>
            <w:tcW w:w="3005" w:type="dxa"/>
          </w:tcPr>
          <w:p w14:paraId="385B51FC" w14:textId="77777777" w:rsidR="004C5511" w:rsidRPr="004C5511" w:rsidRDefault="004C5511" w:rsidP="00496A0D">
            <w:pPr>
              <w:rPr>
                <w:b/>
                <w:bCs/>
                <w:lang w:val="en-GB"/>
              </w:rPr>
            </w:pPr>
            <w:r w:rsidRPr="004C5511">
              <w:rPr>
                <w:b/>
                <w:bCs/>
                <w:lang w:val="en-GB"/>
              </w:rPr>
              <w:t>Part 2 - clinical</w:t>
            </w:r>
          </w:p>
        </w:tc>
        <w:tc>
          <w:tcPr>
            <w:tcW w:w="3005" w:type="dxa"/>
          </w:tcPr>
          <w:p w14:paraId="7FF3B6D2" w14:textId="77777777" w:rsidR="004C5511" w:rsidRDefault="004C5511" w:rsidP="004C5511">
            <w:pPr>
              <w:rPr>
                <w:lang w:val="en-GB"/>
              </w:rPr>
            </w:pPr>
            <w:r>
              <w:rPr>
                <w:lang w:val="en-GB"/>
              </w:rPr>
              <w:t xml:space="preserve">Pass </w:t>
            </w:r>
            <w:sdt>
              <w:sdtPr>
                <w:rPr>
                  <w:lang w:val="en-GB"/>
                </w:rPr>
                <w:id w:val="186803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  <w:p w14:paraId="2264F376" w14:textId="43B9918C" w:rsidR="004C5511" w:rsidRDefault="004C5511" w:rsidP="004C5511">
            <w:pPr>
              <w:rPr>
                <w:lang w:val="en-GB"/>
              </w:rPr>
            </w:pPr>
            <w:r>
              <w:rPr>
                <w:lang w:val="en-GB"/>
              </w:rPr>
              <w:t xml:space="preserve">Fail </w:t>
            </w:r>
            <w:sdt>
              <w:sdtPr>
                <w:rPr>
                  <w:lang w:val="en-GB"/>
                </w:rPr>
                <w:id w:val="-195655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</w:tc>
      </w:tr>
    </w:tbl>
    <w:p w14:paraId="4E873910" w14:textId="77777777" w:rsidR="004C5511" w:rsidRDefault="004C5511" w:rsidP="004C5511">
      <w:pPr>
        <w:rPr>
          <w:lang w:val="en-GB"/>
        </w:rPr>
      </w:pPr>
    </w:p>
    <w:p w14:paraId="10954D4A" w14:textId="77777777" w:rsidR="004C5511" w:rsidRDefault="004C5511" w:rsidP="004C5511">
      <w:pPr>
        <w:pStyle w:val="Heading2"/>
      </w:pPr>
      <w:r w:rsidRPr="528D7560">
        <w:t>Other postgraduate medical education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5"/>
        <w:gridCol w:w="1667"/>
        <w:gridCol w:w="1577"/>
        <w:gridCol w:w="1722"/>
        <w:gridCol w:w="2025"/>
      </w:tblGrid>
      <w:tr w:rsidR="004C5511" w14:paraId="69457854" w14:textId="77777777" w:rsidTr="004C5511">
        <w:tc>
          <w:tcPr>
            <w:tcW w:w="2025" w:type="dxa"/>
          </w:tcPr>
          <w:p w14:paraId="1629D71C" w14:textId="77777777" w:rsidR="004C5511" w:rsidRPr="00880DF5" w:rsidRDefault="004C5511" w:rsidP="00496A0D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University</w:t>
            </w:r>
          </w:p>
        </w:tc>
        <w:tc>
          <w:tcPr>
            <w:tcW w:w="1667" w:type="dxa"/>
          </w:tcPr>
          <w:p w14:paraId="5E2E0EE2" w14:textId="77777777" w:rsidR="004C5511" w:rsidRPr="00880DF5" w:rsidRDefault="004C5511" w:rsidP="00496A0D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Type of degree</w:t>
            </w:r>
          </w:p>
        </w:tc>
        <w:tc>
          <w:tcPr>
            <w:tcW w:w="1577" w:type="dxa"/>
          </w:tcPr>
          <w:p w14:paraId="27FDD968" w14:textId="77777777" w:rsidR="004C5511" w:rsidRPr="00880DF5" w:rsidRDefault="004C5511" w:rsidP="00496A0D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Subject</w:t>
            </w:r>
          </w:p>
        </w:tc>
        <w:tc>
          <w:tcPr>
            <w:tcW w:w="1722" w:type="dxa"/>
          </w:tcPr>
          <w:p w14:paraId="508A346F" w14:textId="77777777" w:rsidR="004C5511" w:rsidRPr="00880DF5" w:rsidRDefault="004C5511" w:rsidP="00496A0D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Year awarded</w:t>
            </w:r>
          </w:p>
        </w:tc>
        <w:tc>
          <w:tcPr>
            <w:tcW w:w="2025" w:type="dxa"/>
          </w:tcPr>
          <w:p w14:paraId="610A755E" w14:textId="77777777" w:rsidR="004C5511" w:rsidRPr="00880DF5" w:rsidRDefault="004C5511" w:rsidP="00496A0D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Prize, grade, distinction etc</w:t>
            </w:r>
          </w:p>
        </w:tc>
      </w:tr>
      <w:tr w:rsidR="004C5511" w14:paraId="4CCB3017" w14:textId="77777777" w:rsidTr="004C5511">
        <w:sdt>
          <w:sdtPr>
            <w:rPr>
              <w:lang w:val="en-GB"/>
            </w:rPr>
            <w:id w:val="-1309243367"/>
            <w:placeholder>
              <w:docPart w:val="5EDD9383E22342FBA30E77AC1B6A8290"/>
            </w:placeholder>
            <w:showingPlcHdr/>
          </w:sdtPr>
          <w:sdtEndPr/>
          <w:sdtContent>
            <w:tc>
              <w:tcPr>
                <w:tcW w:w="2025" w:type="dxa"/>
              </w:tcPr>
              <w:p w14:paraId="29261EE9" w14:textId="77777777" w:rsidR="004C5511" w:rsidRDefault="004C5511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2068369854"/>
            <w:placeholder>
              <w:docPart w:val="5EDD9383E22342FBA30E77AC1B6A8290"/>
            </w:placeholder>
            <w:showingPlcHdr/>
          </w:sdtPr>
          <w:sdtEndPr/>
          <w:sdtContent>
            <w:tc>
              <w:tcPr>
                <w:tcW w:w="1667" w:type="dxa"/>
              </w:tcPr>
              <w:p w14:paraId="367C95CE" w14:textId="6151D350" w:rsidR="004C5511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787355370"/>
            <w:placeholder>
              <w:docPart w:val="5EDD9383E22342FBA30E77AC1B6A8290"/>
            </w:placeholder>
            <w:showingPlcHdr/>
          </w:sdtPr>
          <w:sdtEndPr/>
          <w:sdtContent>
            <w:tc>
              <w:tcPr>
                <w:tcW w:w="1577" w:type="dxa"/>
              </w:tcPr>
              <w:p w14:paraId="648BCC69" w14:textId="017A85F3" w:rsidR="004C5511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434784789"/>
            <w:placeholder>
              <w:docPart w:val="5EDD9383E22342FBA30E77AC1B6A8290"/>
            </w:placeholder>
            <w:showingPlcHdr/>
          </w:sdtPr>
          <w:sdtEndPr/>
          <w:sdtContent>
            <w:tc>
              <w:tcPr>
                <w:tcW w:w="1722" w:type="dxa"/>
              </w:tcPr>
              <w:p w14:paraId="622DCA69" w14:textId="1842CA9D" w:rsidR="004C5511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221133844"/>
            <w:placeholder>
              <w:docPart w:val="5EDD9383E22342FBA30E77AC1B6A8290"/>
            </w:placeholder>
            <w:showingPlcHdr/>
          </w:sdtPr>
          <w:sdtEndPr/>
          <w:sdtContent>
            <w:tc>
              <w:tcPr>
                <w:tcW w:w="2025" w:type="dxa"/>
              </w:tcPr>
              <w:p w14:paraId="11BAF810" w14:textId="5A86F927" w:rsidR="004C5511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1309285878"/>
          <w15:repeatingSection/>
        </w:sdtPr>
        <w:sdtEndPr/>
        <w:sdtContent>
          <w:sdt>
            <w:sdtPr>
              <w:rPr>
                <w:lang w:val="en-GB"/>
              </w:rPr>
              <w:id w:val="-1075354971"/>
              <w:placeholder>
                <w:docPart w:val="C829569DF55E4DD2872749AB9C5735E6"/>
              </w:placeholder>
              <w15:repeatingSectionItem/>
            </w:sdtPr>
            <w:sdtEndPr/>
            <w:sdtContent>
              <w:tr w:rsidR="004C5511" w14:paraId="25DFD5E0" w14:textId="77777777" w:rsidTr="004C5511">
                <w:sdt>
                  <w:sdtPr>
                    <w:rPr>
                      <w:lang w:val="en-GB"/>
                    </w:rPr>
                    <w:id w:val="-1329362968"/>
                    <w:placeholder>
                      <w:docPart w:val="5EDD9383E22342FBA30E77AC1B6A8290"/>
                    </w:placeholder>
                    <w:showingPlcHdr/>
                  </w:sdtPr>
                  <w:sdtEndPr/>
                  <w:sdtContent>
                    <w:tc>
                      <w:tcPr>
                        <w:tcW w:w="2025" w:type="dxa"/>
                      </w:tcPr>
                      <w:p w14:paraId="2A00B7A0" w14:textId="298E6543" w:rsidR="004C5511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776997526"/>
                    <w:placeholder>
                      <w:docPart w:val="5EDD9383E22342FBA30E77AC1B6A8290"/>
                    </w:placeholder>
                    <w:showingPlcHdr/>
                  </w:sdtPr>
                  <w:sdtEndPr/>
                  <w:sdtContent>
                    <w:tc>
                      <w:tcPr>
                        <w:tcW w:w="1667" w:type="dxa"/>
                      </w:tcPr>
                      <w:p w14:paraId="789143B9" w14:textId="58295531" w:rsidR="004C5511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2024750394"/>
                    <w:placeholder>
                      <w:docPart w:val="5EDD9383E22342FBA30E77AC1B6A8290"/>
                    </w:placeholder>
                    <w:showingPlcHdr/>
                  </w:sdtPr>
                  <w:sdtEndPr/>
                  <w:sdtContent>
                    <w:tc>
                      <w:tcPr>
                        <w:tcW w:w="1577" w:type="dxa"/>
                      </w:tcPr>
                      <w:p w14:paraId="77DFFECC" w14:textId="729537D4" w:rsidR="004C5511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519822184"/>
                    <w:placeholder>
                      <w:docPart w:val="5EDD9383E22342FBA30E77AC1B6A8290"/>
                    </w:placeholder>
                    <w:showingPlcHdr/>
                  </w:sdtPr>
                  <w:sdtEndPr/>
                  <w:sdtContent>
                    <w:tc>
                      <w:tcPr>
                        <w:tcW w:w="1722" w:type="dxa"/>
                      </w:tcPr>
                      <w:p w14:paraId="673EDC35" w14:textId="2050D9C8" w:rsidR="004C5511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681186748"/>
                    <w:placeholder>
                      <w:docPart w:val="5EDD9383E22342FBA30E77AC1B6A8290"/>
                    </w:placeholder>
                    <w:showingPlcHdr/>
                  </w:sdtPr>
                  <w:sdtEndPr/>
                  <w:sdtContent>
                    <w:tc>
                      <w:tcPr>
                        <w:tcW w:w="2025" w:type="dxa"/>
                      </w:tcPr>
                      <w:p w14:paraId="7192C015" w14:textId="1F5F953C" w:rsidR="004C5511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109477141"/>
              <w:placeholder>
                <w:docPart w:val="3A5FB7E6AF95455E9AD10398BA498047"/>
              </w:placeholder>
              <w15:repeatingSectionItem/>
            </w:sdtPr>
            <w:sdtEndPr/>
            <w:sdtContent>
              <w:tr w:rsidR="00DD483C" w14:paraId="313EC8DA" w14:textId="77777777" w:rsidTr="004C5511">
                <w:sdt>
                  <w:sdtPr>
                    <w:rPr>
                      <w:lang w:val="en-GB"/>
                    </w:rPr>
                    <w:id w:val="-288738024"/>
                    <w:placeholder>
                      <w:docPart w:val="B2A2A66554954063B04C8225295570AF"/>
                    </w:placeholder>
                    <w:showingPlcHdr/>
                  </w:sdtPr>
                  <w:sdtEndPr/>
                  <w:sdtContent>
                    <w:tc>
                      <w:tcPr>
                        <w:tcW w:w="2025" w:type="dxa"/>
                      </w:tcPr>
                      <w:p w14:paraId="111303A3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633605744"/>
                    <w:placeholder>
                      <w:docPart w:val="B2A2A66554954063B04C8225295570AF"/>
                    </w:placeholder>
                    <w:showingPlcHdr/>
                  </w:sdtPr>
                  <w:sdtEndPr/>
                  <w:sdtContent>
                    <w:tc>
                      <w:tcPr>
                        <w:tcW w:w="1667" w:type="dxa"/>
                      </w:tcPr>
                      <w:p w14:paraId="217F40C2" w14:textId="2D490E8F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810979726"/>
                    <w:placeholder>
                      <w:docPart w:val="B2A2A66554954063B04C8225295570AF"/>
                    </w:placeholder>
                    <w:showingPlcHdr/>
                  </w:sdtPr>
                  <w:sdtEndPr/>
                  <w:sdtContent>
                    <w:tc>
                      <w:tcPr>
                        <w:tcW w:w="1577" w:type="dxa"/>
                      </w:tcPr>
                      <w:p w14:paraId="29E42353" w14:textId="0352D706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448117049"/>
                    <w:placeholder>
                      <w:docPart w:val="B2A2A66554954063B04C8225295570AF"/>
                    </w:placeholder>
                    <w:showingPlcHdr/>
                  </w:sdtPr>
                  <w:sdtEndPr/>
                  <w:sdtContent>
                    <w:tc>
                      <w:tcPr>
                        <w:tcW w:w="1722" w:type="dxa"/>
                      </w:tcPr>
                      <w:p w14:paraId="302C009E" w14:textId="52C7A5D1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2115163174"/>
                    <w:placeholder>
                      <w:docPart w:val="B2A2A66554954063B04C8225295570AF"/>
                    </w:placeholder>
                    <w:showingPlcHdr/>
                  </w:sdtPr>
                  <w:sdtEndPr/>
                  <w:sdtContent>
                    <w:tc>
                      <w:tcPr>
                        <w:tcW w:w="2025" w:type="dxa"/>
                      </w:tcPr>
                      <w:p w14:paraId="23208298" w14:textId="1B0C8B1A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4B8BD296" w14:textId="77777777" w:rsidR="004C5511" w:rsidRDefault="004C5511" w:rsidP="004C5511">
      <w:pPr>
        <w:rPr>
          <w:lang w:val="en-GB"/>
        </w:rPr>
      </w:pPr>
    </w:p>
    <w:p w14:paraId="54D8CF6F" w14:textId="77777777" w:rsidR="00DD483C" w:rsidRDefault="00DD483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5B4FEB0" w14:textId="5A0D8CA0" w:rsidR="3FE541D5" w:rsidRDefault="004C5511" w:rsidP="003A0599">
      <w:pPr>
        <w:pStyle w:val="Heading1"/>
      </w:pPr>
      <w:r>
        <w:lastRenderedPageBreak/>
        <w:t>C</w:t>
      </w:r>
      <w:r w:rsidR="002D7D98">
        <w:t>urrent Professional Registrations</w:t>
      </w:r>
      <w:r w:rsidR="00F4085D">
        <w:t xml:space="preserve"> </w:t>
      </w:r>
      <w:r w:rsidR="2D96377B">
        <w:t>(IMC, GMC, etc)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F4085D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F4085D" w:rsidRPr="00F4085D">
              <w:rPr>
                <w:b/>
                <w:bCs/>
              </w:rPr>
              <w:t xml:space="preserve"> Attached</w:t>
            </w:r>
          </w:p>
        </w:tc>
      </w:tr>
      <w:tr w:rsidR="002D7D98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EndPr/>
          <w:sdtContent>
            <w:tc>
              <w:tcPr>
                <w:tcW w:w="749" w:type="pct"/>
              </w:tcPr>
              <w:p w14:paraId="5DE52878" w14:textId="705B3DA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EndPr/>
          <w:sdtContent>
            <w:tc>
              <w:tcPr>
                <w:tcW w:w="722" w:type="pct"/>
              </w:tcPr>
              <w:p w14:paraId="3B4E7722" w14:textId="48736194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EndPr/>
          <w:sdtContent>
            <w:tc>
              <w:tcPr>
                <w:tcW w:w="818" w:type="pct"/>
              </w:tcPr>
              <w:p w14:paraId="4433956D" w14:textId="37C027FA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EndPr/>
          <w:sdtContent>
            <w:tc>
              <w:tcPr>
                <w:tcW w:w="976" w:type="pct"/>
              </w:tcPr>
              <w:p w14:paraId="4C3D30A3" w14:textId="7A36AFB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EndPr/>
          <w:sdtContent>
            <w:tc>
              <w:tcPr>
                <w:tcW w:w="787" w:type="pct"/>
              </w:tcPr>
              <w:p w14:paraId="4E8C2E90" w14:textId="2B1B9F91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Default="001B2E81" w:rsidP="00597958">
            <w:pPr>
              <w:jc w:val="center"/>
            </w:pPr>
            <w:r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Default="001B2E81" w:rsidP="00597958">
            <w:pPr>
              <w:jc w:val="center"/>
            </w:pPr>
            <w:r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</w:tc>
      </w:tr>
      <w:tr w:rsidR="00B1663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49" w:type="pct"/>
              </w:tcPr>
              <w:p w14:paraId="1F6A3CE1" w14:textId="0D7E4A4E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22" w:type="pct"/>
              </w:tcPr>
              <w:p w14:paraId="49AE3929" w14:textId="4CA5094C" w:rsidR="00B16633" w:rsidRDefault="00DD483C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818" w:type="pct"/>
              </w:tcPr>
              <w:p w14:paraId="3BD3C74A" w14:textId="663FF465" w:rsidR="00B16633" w:rsidRDefault="00DD483C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976" w:type="pct"/>
              </w:tcPr>
              <w:p w14:paraId="46914337" w14:textId="211EF5FF" w:rsidR="00B16633" w:rsidRDefault="00DD483C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87" w:type="pct"/>
              </w:tcPr>
              <w:p w14:paraId="4DCC6CF2" w14:textId="350EB8C9" w:rsidR="00B16633" w:rsidRDefault="00DD483C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49" w:type="pct"/>
              </w:tcPr>
              <w:p w14:paraId="15160684" w14:textId="3068EB49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22" w:type="pct"/>
              </w:tcPr>
              <w:p w14:paraId="0904B07A" w14:textId="733A599A" w:rsidR="00B16633" w:rsidRDefault="00DD483C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818" w:type="pct"/>
              </w:tcPr>
              <w:p w14:paraId="13F2E67B" w14:textId="6C89D0EE" w:rsidR="00B16633" w:rsidRDefault="00DD483C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6880ABF6" w14:textId="7AEB8A31" w:rsidR="00B16633" w:rsidRDefault="00DD483C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87" w:type="pct"/>
              </w:tcPr>
              <w:p w14:paraId="2B51EDCF" w14:textId="5BD6ADFF" w:rsidR="00B16633" w:rsidRDefault="00DD483C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EndPr/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B1663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49" w:type="pct"/>
                      </w:tcPr>
                      <w:p w14:paraId="220FAB30" w14:textId="7FD7EF89" w:rsidR="00B16633" w:rsidRDefault="00B16633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22" w:type="pct"/>
                      </w:tcPr>
                      <w:p w14:paraId="4E270E41" w14:textId="5516FF02" w:rsidR="00B16633" w:rsidRDefault="00DD483C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818" w:type="pct"/>
                      </w:tcPr>
                      <w:p w14:paraId="4B5AA7D5" w14:textId="7E7E9A40" w:rsidR="00B16633" w:rsidRDefault="00DD483C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6FE57682" w14:textId="64985080" w:rsidR="00B16633" w:rsidRDefault="00DD483C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87" w:type="pct"/>
                      </w:tcPr>
                      <w:p w14:paraId="51005B27" w14:textId="227355D9" w:rsidR="00B16633" w:rsidRDefault="00DD483C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Default="001B2E81" w:rsidP="001B2E81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Default="001B2E81" w:rsidP="001B2E81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4E06CE75" w14:textId="77777777" w:rsidR="002D7D98" w:rsidRDefault="002D7D98"/>
    <w:p w14:paraId="14AD253B" w14:textId="164CEBD5" w:rsidR="00214ECC" w:rsidRDefault="003729FB" w:rsidP="00DD483C">
      <w:pPr>
        <w:pStyle w:val="Heading1"/>
      </w:pPr>
      <w:r>
        <w:t xml:space="preserve">Clinical </w:t>
      </w:r>
      <w:r w:rsidR="009F0F2E">
        <w:t>Experience</w:t>
      </w:r>
    </w:p>
    <w:p w14:paraId="4EC1A406" w14:textId="77777777" w:rsidR="009F0F2E" w:rsidRDefault="009F0F2E" w:rsidP="009F0F2E">
      <w:pPr>
        <w:pStyle w:val="Heading2"/>
      </w:pPr>
      <w:r w:rsidRPr="528D7560">
        <w:t>Dermatology Registrar posts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F0F2E" w14:paraId="65638980" w14:textId="77777777" w:rsidTr="009F0F2E">
        <w:tc>
          <w:tcPr>
            <w:tcW w:w="3005" w:type="dxa"/>
            <w:vAlign w:val="center"/>
          </w:tcPr>
          <w:p w14:paraId="248CD441" w14:textId="77777777" w:rsidR="009F0F2E" w:rsidRPr="009F0F2E" w:rsidRDefault="009F0F2E" w:rsidP="009F0F2E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Name of hospital</w:t>
            </w:r>
          </w:p>
        </w:tc>
        <w:tc>
          <w:tcPr>
            <w:tcW w:w="3005" w:type="dxa"/>
            <w:vAlign w:val="center"/>
          </w:tcPr>
          <w:p w14:paraId="49B783C6" w14:textId="77777777" w:rsidR="009F0F2E" w:rsidRPr="009F0F2E" w:rsidRDefault="009F0F2E" w:rsidP="009F0F2E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Dates of post</w:t>
            </w:r>
          </w:p>
        </w:tc>
        <w:tc>
          <w:tcPr>
            <w:tcW w:w="3006" w:type="dxa"/>
            <w:vAlign w:val="center"/>
          </w:tcPr>
          <w:p w14:paraId="20472BAF" w14:textId="77777777" w:rsidR="009F0F2E" w:rsidRPr="009F0F2E" w:rsidRDefault="009F0F2E" w:rsidP="009F0F2E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Duration</w:t>
            </w:r>
          </w:p>
        </w:tc>
      </w:tr>
      <w:tr w:rsidR="009F0F2E" w14:paraId="52B645C4" w14:textId="77777777" w:rsidTr="00496A0D">
        <w:sdt>
          <w:sdtPr>
            <w:rPr>
              <w:lang w:val="en-GB"/>
            </w:rPr>
            <w:id w:val="-1350022718"/>
            <w:placeholder>
              <w:docPart w:val="7BDD8212640343BF99D6E09226B61D4C"/>
            </w:placeholder>
            <w:showingPlcHdr/>
          </w:sdtPr>
          <w:sdtEndPr/>
          <w:sdtContent>
            <w:tc>
              <w:tcPr>
                <w:tcW w:w="3005" w:type="dxa"/>
              </w:tcPr>
              <w:p w14:paraId="369EE4CB" w14:textId="7D9E9ABF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491205931"/>
            <w:placeholder>
              <w:docPart w:val="584D96D8536C479D938D893B6D8CEF3F"/>
            </w:placeholder>
            <w:showingPlcHdr/>
          </w:sdtPr>
          <w:sdtEndPr/>
          <w:sdtContent>
            <w:tc>
              <w:tcPr>
                <w:tcW w:w="3005" w:type="dxa"/>
              </w:tcPr>
              <w:p w14:paraId="08BC0BCD" w14:textId="43F94F0E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2013022337"/>
            <w:placeholder>
              <w:docPart w:val="9580AC10BCAF4C61A459690257234B83"/>
            </w:placeholder>
            <w:showingPlcHdr/>
          </w:sdtPr>
          <w:sdtEndPr/>
          <w:sdtContent>
            <w:tc>
              <w:tcPr>
                <w:tcW w:w="3006" w:type="dxa"/>
              </w:tcPr>
              <w:p w14:paraId="311D78F6" w14:textId="6FA55FA7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F0F2E" w14:paraId="36FF4B7A" w14:textId="77777777" w:rsidTr="00496A0D">
        <w:sdt>
          <w:sdtPr>
            <w:rPr>
              <w:lang w:val="en-GB"/>
            </w:rPr>
            <w:id w:val="709534863"/>
            <w:placeholder>
              <w:docPart w:val="27838844F64D4FFCAE3132B3B2728D39"/>
            </w:placeholder>
            <w:showingPlcHdr/>
          </w:sdtPr>
          <w:sdtEndPr/>
          <w:sdtContent>
            <w:tc>
              <w:tcPr>
                <w:tcW w:w="3005" w:type="dxa"/>
              </w:tcPr>
              <w:p w14:paraId="359F4639" w14:textId="287F7738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918527165"/>
            <w:placeholder>
              <w:docPart w:val="22B26EB478B74D889D022D2E2F6B488F"/>
            </w:placeholder>
            <w:showingPlcHdr/>
          </w:sdtPr>
          <w:sdtEndPr/>
          <w:sdtContent>
            <w:tc>
              <w:tcPr>
                <w:tcW w:w="3005" w:type="dxa"/>
              </w:tcPr>
              <w:p w14:paraId="3A55C044" w14:textId="28E2D47E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569623066"/>
            <w:placeholder>
              <w:docPart w:val="5730CD073D2A404F887440C3EC690966"/>
            </w:placeholder>
            <w:showingPlcHdr/>
          </w:sdtPr>
          <w:sdtEndPr/>
          <w:sdtContent>
            <w:tc>
              <w:tcPr>
                <w:tcW w:w="3006" w:type="dxa"/>
              </w:tcPr>
              <w:p w14:paraId="06BDB617" w14:textId="5C2CA9FE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F0F2E" w14:paraId="3C3E121A" w14:textId="77777777" w:rsidTr="00496A0D">
        <w:sdt>
          <w:sdtPr>
            <w:rPr>
              <w:lang w:val="en-GB"/>
            </w:rPr>
            <w:id w:val="491225422"/>
            <w:placeholder>
              <w:docPart w:val="619FD92A56F2424BB3F6A5A652435EF5"/>
            </w:placeholder>
            <w:showingPlcHdr/>
          </w:sdtPr>
          <w:sdtEndPr/>
          <w:sdtContent>
            <w:tc>
              <w:tcPr>
                <w:tcW w:w="3005" w:type="dxa"/>
              </w:tcPr>
              <w:p w14:paraId="7AFF46DB" w14:textId="17946576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248465758"/>
            <w:placeholder>
              <w:docPart w:val="0BA81C7C72A64907A924DB32F6AFCCC2"/>
            </w:placeholder>
            <w:showingPlcHdr/>
          </w:sdtPr>
          <w:sdtEndPr/>
          <w:sdtContent>
            <w:tc>
              <w:tcPr>
                <w:tcW w:w="3005" w:type="dxa"/>
              </w:tcPr>
              <w:p w14:paraId="2E4E40F6" w14:textId="1E6EB7AC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2033725626"/>
            <w:placeholder>
              <w:docPart w:val="39A8CBE4665D4CC4B6E67D389E62F2E3"/>
            </w:placeholder>
            <w:showingPlcHdr/>
          </w:sdtPr>
          <w:sdtEndPr/>
          <w:sdtContent>
            <w:tc>
              <w:tcPr>
                <w:tcW w:w="3006" w:type="dxa"/>
              </w:tcPr>
              <w:p w14:paraId="0B1EEB85" w14:textId="3B827A23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D483C" w14:paraId="2AD4CE5C" w14:textId="77777777" w:rsidTr="00496A0D">
        <w:sdt>
          <w:sdtPr>
            <w:rPr>
              <w:lang w:val="en-GB"/>
            </w:rPr>
            <w:id w:val="465237772"/>
            <w:placeholder>
              <w:docPart w:val="91F9D9964E7545C7B3820CB4777ED8E4"/>
            </w:placeholder>
            <w:showingPlcHdr/>
          </w:sdtPr>
          <w:sdtEndPr/>
          <w:sdtContent>
            <w:tc>
              <w:tcPr>
                <w:tcW w:w="3005" w:type="dxa"/>
              </w:tcPr>
              <w:p w14:paraId="3D653989" w14:textId="018DCDC7" w:rsidR="00DD483C" w:rsidRDefault="00DD483C" w:rsidP="00DD483C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264690439"/>
            <w:placeholder>
              <w:docPart w:val="D876843E304A439586339230E908F78A"/>
            </w:placeholder>
            <w:showingPlcHdr/>
          </w:sdtPr>
          <w:sdtEndPr/>
          <w:sdtContent>
            <w:tc>
              <w:tcPr>
                <w:tcW w:w="3005" w:type="dxa"/>
              </w:tcPr>
              <w:p w14:paraId="6F5D1CD3" w14:textId="2564C586" w:rsidR="00DD483C" w:rsidRDefault="00DD483C" w:rsidP="00DD483C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496180605"/>
            <w:placeholder>
              <w:docPart w:val="2359719216194781A3EFCB74330CA1EB"/>
            </w:placeholder>
            <w:showingPlcHdr/>
          </w:sdtPr>
          <w:sdtEndPr/>
          <w:sdtContent>
            <w:tc>
              <w:tcPr>
                <w:tcW w:w="3006" w:type="dxa"/>
              </w:tcPr>
              <w:p w14:paraId="6227C59C" w14:textId="7215C709" w:rsidR="00DD483C" w:rsidRDefault="00DD483C" w:rsidP="00DD483C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179FB9C" w14:textId="7D021641" w:rsidR="00214ECC" w:rsidRDefault="00214ECC"/>
    <w:p w14:paraId="3422079B" w14:textId="77777777" w:rsidR="009F0F2E" w:rsidRDefault="009F0F2E" w:rsidP="009F0F2E">
      <w:pPr>
        <w:pStyle w:val="Heading2"/>
      </w:pPr>
      <w:r w:rsidRPr="528D7560">
        <w:t>Dermatology SHO posts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F0F2E" w14:paraId="3BB7F187" w14:textId="77777777" w:rsidTr="00496A0D">
        <w:tc>
          <w:tcPr>
            <w:tcW w:w="3005" w:type="dxa"/>
            <w:vAlign w:val="center"/>
          </w:tcPr>
          <w:p w14:paraId="46B791E4" w14:textId="77777777" w:rsidR="009F0F2E" w:rsidRPr="009F0F2E" w:rsidRDefault="009F0F2E" w:rsidP="00496A0D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Name of hospital</w:t>
            </w:r>
          </w:p>
        </w:tc>
        <w:tc>
          <w:tcPr>
            <w:tcW w:w="3005" w:type="dxa"/>
            <w:vAlign w:val="center"/>
          </w:tcPr>
          <w:p w14:paraId="0B64B425" w14:textId="77777777" w:rsidR="009F0F2E" w:rsidRPr="009F0F2E" w:rsidRDefault="009F0F2E" w:rsidP="00496A0D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Dates of post</w:t>
            </w:r>
          </w:p>
        </w:tc>
        <w:tc>
          <w:tcPr>
            <w:tcW w:w="3006" w:type="dxa"/>
            <w:vAlign w:val="center"/>
          </w:tcPr>
          <w:p w14:paraId="315F9A87" w14:textId="77777777" w:rsidR="009F0F2E" w:rsidRPr="009F0F2E" w:rsidRDefault="009F0F2E" w:rsidP="00496A0D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Duration</w:t>
            </w:r>
          </w:p>
        </w:tc>
      </w:tr>
      <w:tr w:rsidR="009F0F2E" w14:paraId="0887170C" w14:textId="77777777" w:rsidTr="00496A0D">
        <w:sdt>
          <w:sdtPr>
            <w:rPr>
              <w:lang w:val="en-GB"/>
            </w:rPr>
            <w:id w:val="-1573200223"/>
            <w:placeholder>
              <w:docPart w:val="7BA8B88BB76B41B1ADD9C8564BC40B97"/>
            </w:placeholder>
            <w:showingPlcHdr/>
          </w:sdtPr>
          <w:sdtEndPr/>
          <w:sdtContent>
            <w:tc>
              <w:tcPr>
                <w:tcW w:w="3005" w:type="dxa"/>
              </w:tcPr>
              <w:p w14:paraId="1AB9A2A2" w14:textId="77777777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714781429"/>
            <w:placeholder>
              <w:docPart w:val="7BA8B88BB76B41B1ADD9C8564BC40B97"/>
            </w:placeholder>
            <w:showingPlcHdr/>
          </w:sdtPr>
          <w:sdtEndPr/>
          <w:sdtContent>
            <w:tc>
              <w:tcPr>
                <w:tcW w:w="3005" w:type="dxa"/>
              </w:tcPr>
              <w:p w14:paraId="5EA0EB7B" w14:textId="318E35B9" w:rsidR="009F0F2E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809473577"/>
            <w:placeholder>
              <w:docPart w:val="7BA8B88BB76B41B1ADD9C8564BC40B97"/>
            </w:placeholder>
            <w:showingPlcHdr/>
          </w:sdtPr>
          <w:sdtEndPr/>
          <w:sdtContent>
            <w:tc>
              <w:tcPr>
                <w:tcW w:w="3006" w:type="dxa"/>
              </w:tcPr>
              <w:p w14:paraId="5E76A439" w14:textId="1F3D651A" w:rsidR="009F0F2E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F0F2E" w14:paraId="65BBF42D" w14:textId="77777777" w:rsidTr="00496A0D">
        <w:sdt>
          <w:sdtPr>
            <w:rPr>
              <w:lang w:val="en-GB"/>
            </w:rPr>
            <w:id w:val="-1398125694"/>
            <w:placeholder>
              <w:docPart w:val="7BA8B88BB76B41B1ADD9C8564BC40B97"/>
            </w:placeholder>
            <w:showingPlcHdr/>
          </w:sdtPr>
          <w:sdtEndPr/>
          <w:sdtContent>
            <w:tc>
              <w:tcPr>
                <w:tcW w:w="3005" w:type="dxa"/>
              </w:tcPr>
              <w:p w14:paraId="418BCFE5" w14:textId="7C61E72C" w:rsidR="009F0F2E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213549649"/>
            <w:placeholder>
              <w:docPart w:val="7BA8B88BB76B41B1ADD9C8564BC40B97"/>
            </w:placeholder>
            <w:showingPlcHdr/>
          </w:sdtPr>
          <w:sdtEndPr/>
          <w:sdtContent>
            <w:tc>
              <w:tcPr>
                <w:tcW w:w="3005" w:type="dxa"/>
              </w:tcPr>
              <w:p w14:paraId="2BB3684C" w14:textId="1CE50EF6" w:rsidR="009F0F2E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021317008"/>
            <w:placeholder>
              <w:docPart w:val="7BA8B88BB76B41B1ADD9C8564BC40B97"/>
            </w:placeholder>
            <w:showingPlcHdr/>
          </w:sdtPr>
          <w:sdtEndPr/>
          <w:sdtContent>
            <w:tc>
              <w:tcPr>
                <w:tcW w:w="3006" w:type="dxa"/>
              </w:tcPr>
              <w:p w14:paraId="1CB4F8DD" w14:textId="5BDA39B9" w:rsidR="009F0F2E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1528912670"/>
          <w15:repeatingSection/>
        </w:sdtPr>
        <w:sdtEndPr/>
        <w:sdtContent>
          <w:sdt>
            <w:sdtPr>
              <w:rPr>
                <w:lang w:val="en-GB"/>
              </w:rPr>
              <w:id w:val="-632101297"/>
              <w:placeholder>
                <w:docPart w:val="CDC73C97BEB74723B9746CDC069E70F3"/>
              </w:placeholder>
              <w15:repeatingSectionItem/>
            </w:sdtPr>
            <w:sdtEndPr/>
            <w:sdtContent>
              <w:tr w:rsidR="009F0F2E" w14:paraId="45008C30" w14:textId="77777777" w:rsidTr="00496A0D">
                <w:sdt>
                  <w:sdtPr>
                    <w:rPr>
                      <w:lang w:val="en-GB"/>
                    </w:rPr>
                    <w:id w:val="-552308021"/>
                    <w:placeholder>
                      <w:docPart w:val="7BA8B88BB76B41B1ADD9C8564BC40B97"/>
                    </w:placeholder>
                    <w:showingPlcHdr/>
                  </w:sdtPr>
                  <w:sdtEndPr/>
                  <w:sdtContent>
                    <w:tc>
                      <w:tcPr>
                        <w:tcW w:w="3005" w:type="dxa"/>
                      </w:tcPr>
                      <w:p w14:paraId="76933D88" w14:textId="21BFEEDC" w:rsidR="009F0F2E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116176487"/>
                    <w:placeholder>
                      <w:docPart w:val="7BA8B88BB76B41B1ADD9C8564BC40B97"/>
                    </w:placeholder>
                    <w:showingPlcHdr/>
                  </w:sdtPr>
                  <w:sdtEndPr/>
                  <w:sdtContent>
                    <w:tc>
                      <w:tcPr>
                        <w:tcW w:w="3005" w:type="dxa"/>
                      </w:tcPr>
                      <w:p w14:paraId="09AC8CC9" w14:textId="4D8BCEA2" w:rsidR="009F0F2E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457606123"/>
                    <w:placeholder>
                      <w:docPart w:val="7BA8B88BB76B41B1ADD9C8564BC40B97"/>
                    </w:placeholder>
                    <w:showingPlcHdr/>
                  </w:sdtPr>
                  <w:sdtEndPr/>
                  <w:sdtContent>
                    <w:tc>
                      <w:tcPr>
                        <w:tcW w:w="3006" w:type="dxa"/>
                      </w:tcPr>
                      <w:p w14:paraId="3BA1B098" w14:textId="145E1898" w:rsidR="009F0F2E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406C756C" w14:textId="77777777" w:rsidR="009F0F2E" w:rsidRDefault="009F0F2E"/>
    <w:p w14:paraId="685AC623" w14:textId="77777777" w:rsidR="009F0F2E" w:rsidRDefault="009F0F2E" w:rsidP="009F0F2E">
      <w:pPr>
        <w:pStyle w:val="Heading2"/>
      </w:pPr>
      <w:r w:rsidRPr="528D7560">
        <w:lastRenderedPageBreak/>
        <w:t>Other dermatology posts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F0F2E" w14:paraId="47CA1E8F" w14:textId="77777777" w:rsidTr="00496A0D">
        <w:tc>
          <w:tcPr>
            <w:tcW w:w="3005" w:type="dxa"/>
            <w:vAlign w:val="center"/>
          </w:tcPr>
          <w:p w14:paraId="0C2E967E" w14:textId="77777777" w:rsidR="009F0F2E" w:rsidRPr="009F0F2E" w:rsidRDefault="009F0F2E" w:rsidP="00496A0D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Name of hospital</w:t>
            </w:r>
          </w:p>
        </w:tc>
        <w:tc>
          <w:tcPr>
            <w:tcW w:w="3005" w:type="dxa"/>
            <w:vAlign w:val="center"/>
          </w:tcPr>
          <w:p w14:paraId="7250145F" w14:textId="77777777" w:rsidR="009F0F2E" w:rsidRPr="009F0F2E" w:rsidRDefault="009F0F2E" w:rsidP="00496A0D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Dates of post</w:t>
            </w:r>
          </w:p>
        </w:tc>
        <w:tc>
          <w:tcPr>
            <w:tcW w:w="3006" w:type="dxa"/>
            <w:vAlign w:val="center"/>
          </w:tcPr>
          <w:p w14:paraId="052A6DFC" w14:textId="77777777" w:rsidR="009F0F2E" w:rsidRPr="009F0F2E" w:rsidRDefault="009F0F2E" w:rsidP="00496A0D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Duration</w:t>
            </w:r>
          </w:p>
        </w:tc>
      </w:tr>
      <w:tr w:rsidR="009F0F2E" w14:paraId="2261032F" w14:textId="77777777" w:rsidTr="00496A0D">
        <w:sdt>
          <w:sdtPr>
            <w:rPr>
              <w:lang w:val="en-GB"/>
            </w:rPr>
            <w:id w:val="528455150"/>
            <w:placeholder>
              <w:docPart w:val="3438E9FF62BE4C4C98C3C44EDE1B554C"/>
            </w:placeholder>
            <w:showingPlcHdr/>
          </w:sdtPr>
          <w:sdtEndPr/>
          <w:sdtContent>
            <w:tc>
              <w:tcPr>
                <w:tcW w:w="3005" w:type="dxa"/>
              </w:tcPr>
              <w:p w14:paraId="30032EC3" w14:textId="77777777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806742492"/>
            <w:placeholder>
              <w:docPart w:val="3438E9FF62BE4C4C98C3C44EDE1B554C"/>
            </w:placeholder>
            <w:showingPlcHdr/>
          </w:sdtPr>
          <w:sdtEndPr/>
          <w:sdtContent>
            <w:tc>
              <w:tcPr>
                <w:tcW w:w="3005" w:type="dxa"/>
              </w:tcPr>
              <w:p w14:paraId="0525CE61" w14:textId="3A5B3865" w:rsidR="009F0F2E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205539329"/>
            <w:placeholder>
              <w:docPart w:val="3438E9FF62BE4C4C98C3C44EDE1B554C"/>
            </w:placeholder>
            <w:showingPlcHdr/>
          </w:sdtPr>
          <w:sdtEndPr/>
          <w:sdtContent>
            <w:tc>
              <w:tcPr>
                <w:tcW w:w="3006" w:type="dxa"/>
              </w:tcPr>
              <w:p w14:paraId="166B030F" w14:textId="4E2A74FD" w:rsidR="009F0F2E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F0F2E" w14:paraId="5422ECD9" w14:textId="77777777" w:rsidTr="00496A0D">
        <w:sdt>
          <w:sdtPr>
            <w:rPr>
              <w:lang w:val="en-GB"/>
            </w:rPr>
            <w:id w:val="-1418860649"/>
            <w:placeholder>
              <w:docPart w:val="3438E9FF62BE4C4C98C3C44EDE1B554C"/>
            </w:placeholder>
            <w:showingPlcHdr/>
          </w:sdtPr>
          <w:sdtEndPr/>
          <w:sdtContent>
            <w:tc>
              <w:tcPr>
                <w:tcW w:w="3005" w:type="dxa"/>
              </w:tcPr>
              <w:p w14:paraId="7EC3E668" w14:textId="424A6FEB" w:rsidR="009F0F2E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26686923"/>
            <w:placeholder>
              <w:docPart w:val="3438E9FF62BE4C4C98C3C44EDE1B554C"/>
            </w:placeholder>
            <w:showingPlcHdr/>
          </w:sdtPr>
          <w:sdtEndPr/>
          <w:sdtContent>
            <w:tc>
              <w:tcPr>
                <w:tcW w:w="3005" w:type="dxa"/>
              </w:tcPr>
              <w:p w14:paraId="3C6B16CC" w14:textId="5532A6C8" w:rsidR="009F0F2E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212741857"/>
            <w:placeholder>
              <w:docPart w:val="3438E9FF62BE4C4C98C3C44EDE1B554C"/>
            </w:placeholder>
            <w:showingPlcHdr/>
          </w:sdtPr>
          <w:sdtEndPr/>
          <w:sdtContent>
            <w:tc>
              <w:tcPr>
                <w:tcW w:w="3006" w:type="dxa"/>
              </w:tcPr>
              <w:p w14:paraId="7356630D" w14:textId="09FBFCF6" w:rsidR="009F0F2E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85351480"/>
          <w15:repeatingSection/>
        </w:sdtPr>
        <w:sdtEndPr/>
        <w:sdtContent>
          <w:sdt>
            <w:sdtPr>
              <w:rPr>
                <w:lang w:val="en-GB"/>
              </w:rPr>
              <w:id w:val="570168776"/>
              <w:placeholder>
                <w:docPart w:val="1777B4F31C8E4FA3967DA646A2413A9B"/>
              </w:placeholder>
              <w15:repeatingSectionItem/>
            </w:sdtPr>
            <w:sdtEndPr/>
            <w:sdtContent>
              <w:tr w:rsidR="009F0F2E" w14:paraId="522D13FB" w14:textId="77777777" w:rsidTr="00496A0D">
                <w:sdt>
                  <w:sdtPr>
                    <w:rPr>
                      <w:lang w:val="en-GB"/>
                    </w:rPr>
                    <w:id w:val="-334611482"/>
                    <w:placeholder>
                      <w:docPart w:val="3438E9FF62BE4C4C98C3C44EDE1B554C"/>
                    </w:placeholder>
                    <w:showingPlcHdr/>
                  </w:sdtPr>
                  <w:sdtEndPr/>
                  <w:sdtContent>
                    <w:tc>
                      <w:tcPr>
                        <w:tcW w:w="3005" w:type="dxa"/>
                      </w:tcPr>
                      <w:p w14:paraId="5AE515E0" w14:textId="4B1E5F02" w:rsidR="009F0F2E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914593860"/>
                    <w:placeholder>
                      <w:docPart w:val="3438E9FF62BE4C4C98C3C44EDE1B554C"/>
                    </w:placeholder>
                    <w:showingPlcHdr/>
                  </w:sdtPr>
                  <w:sdtEndPr/>
                  <w:sdtContent>
                    <w:tc>
                      <w:tcPr>
                        <w:tcW w:w="3005" w:type="dxa"/>
                      </w:tcPr>
                      <w:p w14:paraId="2185126F" w14:textId="29EBC12A" w:rsidR="009F0F2E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789505354"/>
                    <w:placeholder>
                      <w:docPart w:val="3438E9FF62BE4C4C98C3C44EDE1B554C"/>
                    </w:placeholder>
                    <w:showingPlcHdr/>
                  </w:sdtPr>
                  <w:sdtEndPr/>
                  <w:sdtContent>
                    <w:tc>
                      <w:tcPr>
                        <w:tcW w:w="3006" w:type="dxa"/>
                      </w:tcPr>
                      <w:p w14:paraId="092100EC" w14:textId="0928C810" w:rsidR="009F0F2E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73CF075F" w14:textId="77777777" w:rsidR="009F0F2E" w:rsidRDefault="009F0F2E"/>
    <w:p w14:paraId="48F15E65" w14:textId="77777777" w:rsidR="009F0F2E" w:rsidRDefault="009F0F2E" w:rsidP="009F0F2E">
      <w:pPr>
        <w:pStyle w:val="Heading2"/>
      </w:pPr>
      <w:r w:rsidRPr="528D7560">
        <w:t>Surgical experience (200 words)</w:t>
      </w:r>
    </w:p>
    <w:sdt>
      <w:sdtPr>
        <w:id w:val="1685088390"/>
        <w:placeholder>
          <w:docPart w:val="548E9D54416A45C7A6298AEABE3594D6"/>
        </w:placeholder>
        <w:showingPlcHdr/>
      </w:sdtPr>
      <w:sdtEndPr/>
      <w:sdtContent>
        <w:p w14:paraId="4939C96E" w14:textId="159FB7F4" w:rsidR="009F0F2E" w:rsidRDefault="009F0F2E">
          <w:r w:rsidRPr="00053B32">
            <w:rPr>
              <w:rStyle w:val="PlaceholderText"/>
            </w:rPr>
            <w:t>Click or tap here to enter text.</w:t>
          </w:r>
        </w:p>
      </w:sdtContent>
    </w:sdt>
    <w:p w14:paraId="4E9C6795" w14:textId="77777777" w:rsidR="009F0F2E" w:rsidRDefault="009F0F2E"/>
    <w:p w14:paraId="18EC4A0D" w14:textId="77777777" w:rsidR="009F0F2E" w:rsidRDefault="009F0F2E" w:rsidP="009F0F2E">
      <w:pPr>
        <w:pStyle w:val="Heading2"/>
      </w:pPr>
      <w:r w:rsidRPr="528D7560">
        <w:t>Entire Clinical Employment History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001"/>
        <w:gridCol w:w="1678"/>
        <w:gridCol w:w="1419"/>
        <w:gridCol w:w="1418"/>
        <w:gridCol w:w="2693"/>
      </w:tblGrid>
      <w:tr w:rsidR="009F0F2E" w:rsidRPr="004269C8" w14:paraId="61A8B776" w14:textId="77777777" w:rsidTr="009F0F2E">
        <w:tc>
          <w:tcPr>
            <w:tcW w:w="2001" w:type="dxa"/>
            <w:vAlign w:val="center"/>
          </w:tcPr>
          <w:p w14:paraId="63B3781A" w14:textId="77777777" w:rsidR="009F0F2E" w:rsidRPr="009F0F2E" w:rsidRDefault="009F0F2E" w:rsidP="009F0F2E">
            <w:pPr>
              <w:jc w:val="center"/>
              <w:rPr>
                <w:b/>
                <w:bCs/>
              </w:rPr>
            </w:pPr>
            <w:r w:rsidRPr="009F0F2E">
              <w:rPr>
                <w:b/>
                <w:bCs/>
              </w:rPr>
              <w:t>Position (Intern; SHO; Reg)</w:t>
            </w:r>
          </w:p>
        </w:tc>
        <w:tc>
          <w:tcPr>
            <w:tcW w:w="1678" w:type="dxa"/>
            <w:vAlign w:val="center"/>
          </w:tcPr>
          <w:p w14:paraId="77135855" w14:textId="77777777" w:rsidR="009F0F2E" w:rsidRPr="009F0F2E" w:rsidRDefault="009F0F2E" w:rsidP="009F0F2E">
            <w:pPr>
              <w:jc w:val="center"/>
              <w:rPr>
                <w:b/>
                <w:bCs/>
              </w:rPr>
            </w:pPr>
            <w:r w:rsidRPr="009F0F2E">
              <w:rPr>
                <w:b/>
                <w:bCs/>
              </w:rPr>
              <w:t>Hospital</w:t>
            </w:r>
          </w:p>
        </w:tc>
        <w:tc>
          <w:tcPr>
            <w:tcW w:w="1419" w:type="dxa"/>
            <w:vAlign w:val="center"/>
          </w:tcPr>
          <w:p w14:paraId="3C309B62" w14:textId="77777777" w:rsidR="009F0F2E" w:rsidRPr="009F0F2E" w:rsidRDefault="009F0F2E" w:rsidP="009F0F2E">
            <w:pPr>
              <w:jc w:val="center"/>
              <w:rPr>
                <w:b/>
                <w:bCs/>
              </w:rPr>
            </w:pPr>
            <w:r w:rsidRPr="009F0F2E">
              <w:rPr>
                <w:b/>
                <w:bCs/>
              </w:rPr>
              <w:t>Start Date</w:t>
            </w:r>
          </w:p>
        </w:tc>
        <w:tc>
          <w:tcPr>
            <w:tcW w:w="1418" w:type="dxa"/>
            <w:vAlign w:val="center"/>
          </w:tcPr>
          <w:p w14:paraId="2FC5C4A9" w14:textId="77777777" w:rsidR="009F0F2E" w:rsidRPr="009F0F2E" w:rsidRDefault="009F0F2E" w:rsidP="009F0F2E">
            <w:pPr>
              <w:jc w:val="center"/>
              <w:rPr>
                <w:b/>
                <w:bCs/>
              </w:rPr>
            </w:pPr>
            <w:r w:rsidRPr="009F0F2E">
              <w:rPr>
                <w:b/>
                <w:bCs/>
              </w:rPr>
              <w:t>End Date</w:t>
            </w:r>
          </w:p>
        </w:tc>
        <w:tc>
          <w:tcPr>
            <w:tcW w:w="2693" w:type="dxa"/>
            <w:vAlign w:val="center"/>
          </w:tcPr>
          <w:p w14:paraId="51165ADD" w14:textId="77777777" w:rsidR="009F0F2E" w:rsidRPr="009F0F2E" w:rsidRDefault="009F0F2E" w:rsidP="009F0F2E">
            <w:pPr>
              <w:jc w:val="center"/>
              <w:rPr>
                <w:b/>
                <w:bCs/>
              </w:rPr>
            </w:pPr>
            <w:r w:rsidRPr="009F0F2E">
              <w:rPr>
                <w:b/>
                <w:bCs/>
              </w:rPr>
              <w:t>Specialty</w:t>
            </w:r>
          </w:p>
        </w:tc>
      </w:tr>
      <w:tr w:rsidR="009F0F2E" w:rsidRPr="009F0F2E" w14:paraId="406DFBBC" w14:textId="77777777" w:rsidTr="009F0F2E">
        <w:sdt>
          <w:sdtPr>
            <w:id w:val="-1536802279"/>
            <w:placeholder>
              <w:docPart w:val="7138DF7F2C1241E1926FEE02C88C7A8F"/>
            </w:placeholder>
            <w:showingPlcHdr/>
          </w:sdtPr>
          <w:sdtEndPr/>
          <w:sdtContent>
            <w:tc>
              <w:tcPr>
                <w:tcW w:w="2001" w:type="dxa"/>
              </w:tcPr>
              <w:p w14:paraId="4A2C3E58" w14:textId="01BF635E" w:rsidR="009F0F2E" w:rsidRPr="009F0F2E" w:rsidRDefault="009F0F2E" w:rsidP="00496A0D"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80211520"/>
            <w:placeholder>
              <w:docPart w:val="CF94C64897AD4F6B872E40FF73EF2154"/>
            </w:placeholder>
            <w:showingPlcHdr/>
          </w:sdtPr>
          <w:sdtEndPr/>
          <w:sdtContent>
            <w:tc>
              <w:tcPr>
                <w:tcW w:w="1678" w:type="dxa"/>
              </w:tcPr>
              <w:p w14:paraId="1E608A91" w14:textId="0A3D75B1" w:rsidR="009F0F2E" w:rsidRPr="009F0F2E" w:rsidRDefault="009F0F2E" w:rsidP="00496A0D"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86058776"/>
            <w:placeholder>
              <w:docPart w:val="8544CB98F1BE40B6BD318E1C1F1181A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1419" w:type="dxa"/>
              </w:tcPr>
              <w:p w14:paraId="78B092EC" w14:textId="5F1792FE" w:rsidR="009F0F2E" w:rsidRPr="009F0F2E" w:rsidRDefault="009F0F2E" w:rsidP="00496A0D">
                <w:r w:rsidRPr="00053B32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id w:val="-1964724250"/>
            <w:placeholder>
              <w:docPart w:val="AA77F121E76440BB999461970821889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1418" w:type="dxa"/>
              </w:tcPr>
              <w:p w14:paraId="2901550E" w14:textId="2E070AE3" w:rsidR="009F0F2E" w:rsidRPr="009F0F2E" w:rsidRDefault="009F0F2E" w:rsidP="00496A0D">
                <w:r w:rsidRPr="00053B32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id w:val="1036771800"/>
            <w:placeholder>
              <w:docPart w:val="DE6BF70450784D53A6D2E69468FA65E9"/>
            </w:placeholder>
            <w:showingPlcHdr/>
          </w:sdtPr>
          <w:sdtEndPr/>
          <w:sdtContent>
            <w:tc>
              <w:tcPr>
                <w:tcW w:w="2693" w:type="dxa"/>
              </w:tcPr>
              <w:p w14:paraId="3328D487" w14:textId="3CCFBEA4" w:rsidR="009F0F2E" w:rsidRPr="009F0F2E" w:rsidRDefault="009F0F2E" w:rsidP="00496A0D"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F0F2E" w:rsidRPr="009F0F2E" w14:paraId="63032F84" w14:textId="77777777" w:rsidTr="009F0F2E">
        <w:sdt>
          <w:sdtPr>
            <w:id w:val="-1721975976"/>
            <w:placeholder>
              <w:docPart w:val="39AA8D565BBB45B48AC6136F63A9DF66"/>
            </w:placeholder>
            <w:showingPlcHdr/>
          </w:sdtPr>
          <w:sdtEndPr/>
          <w:sdtContent>
            <w:tc>
              <w:tcPr>
                <w:tcW w:w="2001" w:type="dxa"/>
              </w:tcPr>
              <w:p w14:paraId="053EB38D" w14:textId="163F962B" w:rsidR="009F0F2E" w:rsidRPr="009F0F2E" w:rsidRDefault="009F0F2E" w:rsidP="009F0F2E"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028479716"/>
            <w:placeholder>
              <w:docPart w:val="369BA92FF7284BC7A42D538C4A9E1757"/>
            </w:placeholder>
            <w:showingPlcHdr/>
          </w:sdtPr>
          <w:sdtEndPr/>
          <w:sdtContent>
            <w:tc>
              <w:tcPr>
                <w:tcW w:w="1678" w:type="dxa"/>
              </w:tcPr>
              <w:p w14:paraId="517ADAE0" w14:textId="38F601DC" w:rsidR="009F0F2E" w:rsidRPr="009F0F2E" w:rsidRDefault="009F0F2E" w:rsidP="009F0F2E"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704145006"/>
            <w:placeholder>
              <w:docPart w:val="287141C29DBF4446882EEAD95771C1A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1419" w:type="dxa"/>
              </w:tcPr>
              <w:p w14:paraId="712B951E" w14:textId="799FA1A6" w:rsidR="009F0F2E" w:rsidRPr="009F0F2E" w:rsidRDefault="009F0F2E" w:rsidP="009F0F2E">
                <w:r w:rsidRPr="00053B32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id w:val="-742410040"/>
            <w:placeholder>
              <w:docPart w:val="7A989295E50140E082D9C94ADF3ACFB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1418" w:type="dxa"/>
              </w:tcPr>
              <w:p w14:paraId="3004A69F" w14:textId="1DBCC1D3" w:rsidR="009F0F2E" w:rsidRPr="009F0F2E" w:rsidRDefault="009F0F2E" w:rsidP="009F0F2E">
                <w:r w:rsidRPr="00053B32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id w:val="1061133085"/>
            <w:placeholder>
              <w:docPart w:val="0108EB877C9E4F9FB4928E63B7BB0977"/>
            </w:placeholder>
            <w:showingPlcHdr/>
          </w:sdtPr>
          <w:sdtEndPr/>
          <w:sdtContent>
            <w:tc>
              <w:tcPr>
                <w:tcW w:w="2693" w:type="dxa"/>
              </w:tcPr>
              <w:p w14:paraId="3D78EC04" w14:textId="21E54FB3" w:rsidR="009F0F2E" w:rsidRPr="009F0F2E" w:rsidRDefault="009F0F2E" w:rsidP="009F0F2E"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id w:val="-362052162"/>
          <w15:repeatingSection/>
        </w:sdtPr>
        <w:sdtEndPr/>
        <w:sdtContent>
          <w:sdt>
            <w:sdtPr>
              <w:id w:val="-604579920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9F0F2E" w:rsidRPr="009F0F2E" w14:paraId="69AD1A3B" w14:textId="77777777" w:rsidTr="009F0F2E">
                <w:sdt>
                  <w:sdtPr>
                    <w:id w:val="-1221120446"/>
                    <w:placeholder>
                      <w:docPart w:val="7AAD0DEA244F412A84FA9525784EB00B"/>
                    </w:placeholder>
                    <w:showingPlcHdr/>
                  </w:sdtPr>
                  <w:sdtEndPr/>
                  <w:sdtContent>
                    <w:tc>
                      <w:tcPr>
                        <w:tcW w:w="2001" w:type="dxa"/>
                      </w:tcPr>
                      <w:p w14:paraId="565F3A15" w14:textId="58F2C9D9" w:rsidR="009F0F2E" w:rsidRPr="009F0F2E" w:rsidRDefault="009F0F2E" w:rsidP="009F0F2E"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4918444"/>
                    <w:placeholder>
                      <w:docPart w:val="A0BA3B61A8744314927BE8FCF81D6558"/>
                    </w:placeholder>
                    <w:showingPlcHdr/>
                  </w:sdtPr>
                  <w:sdtEndPr/>
                  <w:sdtContent>
                    <w:tc>
                      <w:tcPr>
                        <w:tcW w:w="1678" w:type="dxa"/>
                      </w:tcPr>
                      <w:p w14:paraId="1E4408DB" w14:textId="280A6688" w:rsidR="009F0F2E" w:rsidRPr="009F0F2E" w:rsidRDefault="009F0F2E" w:rsidP="009F0F2E"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09096547"/>
                    <w:placeholder>
                      <w:docPart w:val="67E3CB7FF2CA4FB3AFF9694862B398D2"/>
                    </w:placeholder>
                    <w:showingPlcHdr/>
                    <w:date>
                      <w:dateFormat w:val="dd/MM/yyyy"/>
                      <w:lid w:val="en-IE"/>
                      <w:storeMappedDataAs w:val="dateTime"/>
                      <w:calendar w:val="gregorian"/>
                    </w:date>
                  </w:sdtPr>
                  <w:sdtEndPr/>
                  <w:sdtContent>
                    <w:tc>
                      <w:tcPr>
                        <w:tcW w:w="1419" w:type="dxa"/>
                      </w:tcPr>
                      <w:p w14:paraId="33146924" w14:textId="20D455D3" w:rsidR="009F0F2E" w:rsidRPr="009F0F2E" w:rsidRDefault="009F0F2E" w:rsidP="009F0F2E">
                        <w:r w:rsidRPr="00053B32">
                          <w:rPr>
                            <w:rStyle w:val="PlaceholderText"/>
                          </w:rPr>
                          <w:t>Click or tap to enter a date.</w:t>
                        </w:r>
                      </w:p>
                    </w:tc>
                  </w:sdtContent>
                </w:sdt>
                <w:sdt>
                  <w:sdtPr>
                    <w:id w:val="1662426852"/>
                    <w:placeholder>
                      <w:docPart w:val="5A56F1E22A564D72B201003429A98B0B"/>
                    </w:placeholder>
                    <w:showingPlcHdr/>
                    <w:date>
                      <w:dateFormat w:val="dd/MM/yyyy"/>
                      <w:lid w:val="en-IE"/>
                      <w:storeMappedDataAs w:val="dateTime"/>
                      <w:calendar w:val="gregorian"/>
                    </w:date>
                  </w:sdtPr>
                  <w:sdtEndPr/>
                  <w:sdtContent>
                    <w:tc>
                      <w:tcPr>
                        <w:tcW w:w="1418" w:type="dxa"/>
                      </w:tcPr>
                      <w:p w14:paraId="31124AAB" w14:textId="35DEEACD" w:rsidR="009F0F2E" w:rsidRPr="009F0F2E" w:rsidRDefault="009F0F2E" w:rsidP="009F0F2E">
                        <w:r w:rsidRPr="00053B32">
                          <w:rPr>
                            <w:rStyle w:val="PlaceholderText"/>
                          </w:rPr>
                          <w:t>Click or tap to enter a date.</w:t>
                        </w:r>
                      </w:p>
                    </w:tc>
                  </w:sdtContent>
                </w:sdt>
                <w:sdt>
                  <w:sdtPr>
                    <w:id w:val="-78069587"/>
                    <w:placeholder>
                      <w:docPart w:val="1148CC14497A46BE94CE789897C0E79C"/>
                    </w:placeholder>
                    <w:showingPlcHdr/>
                  </w:sdtPr>
                  <w:sdtEndPr/>
                  <w:sdtContent>
                    <w:tc>
                      <w:tcPr>
                        <w:tcW w:w="2693" w:type="dxa"/>
                      </w:tcPr>
                      <w:p w14:paraId="25C74BA1" w14:textId="76A2A722" w:rsidR="009F0F2E" w:rsidRPr="009F0F2E" w:rsidRDefault="009F0F2E" w:rsidP="009F0F2E"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3A458AD8" w14:textId="77777777" w:rsidR="009F0F2E" w:rsidRDefault="009F0F2E"/>
    <w:p w14:paraId="1649AF55" w14:textId="77777777" w:rsidR="00DD483C" w:rsidRDefault="00DD483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C1CE33E" w14:textId="4DAA3896" w:rsidR="009F0F2E" w:rsidRPr="009F0F2E" w:rsidRDefault="009F0F2E" w:rsidP="009F0F2E">
      <w:pPr>
        <w:pStyle w:val="Heading1"/>
      </w:pPr>
      <w:r w:rsidRPr="009F0F2E">
        <w:lastRenderedPageBreak/>
        <w:t>Dermatology conferences attended:</w:t>
      </w:r>
    </w:p>
    <w:p w14:paraId="519766E8" w14:textId="77777777" w:rsidR="009F0F2E" w:rsidRPr="007B1065" w:rsidRDefault="009F0F2E" w:rsidP="009F0F2E">
      <w:pPr>
        <w:pStyle w:val="Heading2"/>
      </w:pPr>
      <w:r w:rsidRPr="528D7560">
        <w:t>National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3776"/>
      </w:tblGrid>
      <w:tr w:rsidR="009F0F2E" w14:paraId="2D061118" w14:textId="77777777" w:rsidTr="00B24AF3">
        <w:tc>
          <w:tcPr>
            <w:tcW w:w="5240" w:type="dxa"/>
            <w:vAlign w:val="center"/>
          </w:tcPr>
          <w:p w14:paraId="7D0A726A" w14:textId="64A07B85" w:rsidR="009F0F2E" w:rsidRPr="009F0F2E" w:rsidRDefault="009F0F2E" w:rsidP="009F0F2E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Name of meeting</w:t>
            </w:r>
            <w:r>
              <w:rPr>
                <w:b/>
                <w:bCs/>
                <w:lang w:val="en-GB"/>
              </w:rPr>
              <w:t>/conference</w:t>
            </w:r>
          </w:p>
        </w:tc>
        <w:tc>
          <w:tcPr>
            <w:tcW w:w="3776" w:type="dxa"/>
            <w:vAlign w:val="center"/>
          </w:tcPr>
          <w:p w14:paraId="14D43BC7" w14:textId="77777777" w:rsidR="009F0F2E" w:rsidRPr="009F0F2E" w:rsidRDefault="009F0F2E" w:rsidP="009F0F2E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Years attended</w:t>
            </w:r>
          </w:p>
        </w:tc>
      </w:tr>
      <w:tr w:rsidR="009F0F2E" w14:paraId="37925818" w14:textId="77777777" w:rsidTr="00B24AF3">
        <w:sdt>
          <w:sdtPr>
            <w:rPr>
              <w:lang w:val="en-GB"/>
            </w:rPr>
            <w:id w:val="783000886"/>
            <w:placeholder>
              <w:docPart w:val="4D138CBF03AE4537B06BBFBDD7911BEF"/>
            </w:placeholder>
            <w:showingPlcHdr/>
          </w:sdtPr>
          <w:sdtEndPr/>
          <w:sdtContent>
            <w:tc>
              <w:tcPr>
                <w:tcW w:w="5240" w:type="dxa"/>
              </w:tcPr>
              <w:p w14:paraId="5CCA8A5A" w14:textId="2FA268E0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392627913"/>
            <w:placeholder>
              <w:docPart w:val="EE356C4CED7842CA9624B285D2EDB824"/>
            </w:placeholder>
            <w:showingPlcHdr/>
          </w:sdtPr>
          <w:sdtEndPr/>
          <w:sdtContent>
            <w:tc>
              <w:tcPr>
                <w:tcW w:w="3776" w:type="dxa"/>
              </w:tcPr>
              <w:p w14:paraId="612A8738" w14:textId="54864AEF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F0F2E" w14:paraId="4B44B9DE" w14:textId="77777777" w:rsidTr="00B24AF3">
        <w:sdt>
          <w:sdtPr>
            <w:rPr>
              <w:lang w:val="en-GB"/>
            </w:rPr>
            <w:id w:val="816374121"/>
            <w:placeholder>
              <w:docPart w:val="2BF68520AD6A4760B1AC14D8DD538B25"/>
            </w:placeholder>
            <w:showingPlcHdr/>
          </w:sdtPr>
          <w:sdtEndPr/>
          <w:sdtContent>
            <w:tc>
              <w:tcPr>
                <w:tcW w:w="5240" w:type="dxa"/>
              </w:tcPr>
              <w:p w14:paraId="044A6804" w14:textId="7B502030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293295670"/>
            <w:placeholder>
              <w:docPart w:val="D2486A18106041D591E5EB4609F2E7A6"/>
            </w:placeholder>
            <w:showingPlcHdr/>
          </w:sdtPr>
          <w:sdtEndPr/>
          <w:sdtContent>
            <w:tc>
              <w:tcPr>
                <w:tcW w:w="3776" w:type="dxa"/>
              </w:tcPr>
              <w:p w14:paraId="35850605" w14:textId="054185A2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981429177"/>
          <w15:repeatingSection/>
        </w:sdtPr>
        <w:sdtEndPr/>
        <w:sdtContent>
          <w:sdt>
            <w:sdtPr>
              <w:rPr>
                <w:lang w:val="en-GB"/>
              </w:rPr>
              <w:id w:val="1155110538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9F0F2E" w14:paraId="1B1EBC93" w14:textId="77777777" w:rsidTr="00B24AF3">
                <w:sdt>
                  <w:sdtPr>
                    <w:rPr>
                      <w:lang w:val="en-GB"/>
                    </w:rPr>
                    <w:id w:val="931631429"/>
                    <w:placeholder>
                      <w:docPart w:val="6516F9AC5F1646F88B3AACD91A6533C5"/>
                    </w:placeholder>
                    <w:showingPlcHdr/>
                  </w:sdtPr>
                  <w:sdtEndPr/>
                  <w:sdtContent>
                    <w:tc>
                      <w:tcPr>
                        <w:tcW w:w="5240" w:type="dxa"/>
                      </w:tcPr>
                      <w:p w14:paraId="269B6180" w14:textId="2A853837" w:rsidR="009F0F2E" w:rsidRDefault="009F0F2E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702873927"/>
                    <w:placeholder>
                      <w:docPart w:val="7CB61B8FEFBC4575AE40D3507D50CB8F"/>
                    </w:placeholder>
                    <w:showingPlcHdr/>
                  </w:sdtPr>
                  <w:sdtEndPr/>
                  <w:sdtContent>
                    <w:tc>
                      <w:tcPr>
                        <w:tcW w:w="3776" w:type="dxa"/>
                      </w:tcPr>
                      <w:p w14:paraId="31F83BE6" w14:textId="2E4CE12C" w:rsidR="009F0F2E" w:rsidRDefault="009F0F2E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-245344588"/>
              <w:placeholder>
                <w:docPart w:val="75F17BE659D442F6BFE27A3D9E163EC6"/>
              </w:placeholder>
              <w15:repeatingSectionItem/>
            </w:sdtPr>
            <w:sdtEndPr/>
            <w:sdtContent>
              <w:tr w:rsidR="00DD483C" w14:paraId="412E26C9" w14:textId="77777777" w:rsidTr="00B24AF3">
                <w:sdt>
                  <w:sdtPr>
                    <w:rPr>
                      <w:lang w:val="en-GB"/>
                    </w:rPr>
                    <w:id w:val="-1917624979"/>
                    <w:placeholder>
                      <w:docPart w:val="E68124A0443A4F7B999DF15E41A91C7E"/>
                    </w:placeholder>
                    <w:showingPlcHdr/>
                  </w:sdtPr>
                  <w:sdtEndPr/>
                  <w:sdtContent>
                    <w:tc>
                      <w:tcPr>
                        <w:tcW w:w="5240" w:type="dxa"/>
                      </w:tcPr>
                      <w:p w14:paraId="193B60B9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2123448987"/>
                    <w:placeholder>
                      <w:docPart w:val="38F8679BAA5A48B080E3880758BA4A7B"/>
                    </w:placeholder>
                    <w:showingPlcHdr/>
                  </w:sdtPr>
                  <w:sdtEndPr/>
                  <w:sdtContent>
                    <w:tc>
                      <w:tcPr>
                        <w:tcW w:w="3776" w:type="dxa"/>
                      </w:tcPr>
                      <w:p w14:paraId="15FA5F7E" w14:textId="4B4ED66F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05351AF6" w14:textId="77777777" w:rsidR="009F0F2E" w:rsidRDefault="009F0F2E" w:rsidP="009F0F2E">
      <w:pPr>
        <w:rPr>
          <w:lang w:val="en-GB"/>
        </w:rPr>
      </w:pPr>
    </w:p>
    <w:p w14:paraId="615814C0" w14:textId="77777777" w:rsidR="009F0F2E" w:rsidRDefault="009F0F2E" w:rsidP="009F0F2E">
      <w:pPr>
        <w:pStyle w:val="Heading2"/>
      </w:pPr>
      <w:r w:rsidRPr="528D7560">
        <w:t>International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3776"/>
      </w:tblGrid>
      <w:tr w:rsidR="009F0F2E" w14:paraId="09C22962" w14:textId="77777777" w:rsidTr="00B24AF3">
        <w:tc>
          <w:tcPr>
            <w:tcW w:w="5240" w:type="dxa"/>
            <w:vAlign w:val="center"/>
          </w:tcPr>
          <w:p w14:paraId="1AF64721" w14:textId="77777777" w:rsidR="009F0F2E" w:rsidRPr="009F0F2E" w:rsidRDefault="009F0F2E" w:rsidP="00496A0D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Name of meeting</w:t>
            </w:r>
            <w:r>
              <w:rPr>
                <w:b/>
                <w:bCs/>
                <w:lang w:val="en-GB"/>
              </w:rPr>
              <w:t>/conference</w:t>
            </w:r>
          </w:p>
        </w:tc>
        <w:tc>
          <w:tcPr>
            <w:tcW w:w="3776" w:type="dxa"/>
            <w:vAlign w:val="center"/>
          </w:tcPr>
          <w:p w14:paraId="75138AD6" w14:textId="77777777" w:rsidR="009F0F2E" w:rsidRPr="009F0F2E" w:rsidRDefault="009F0F2E" w:rsidP="00496A0D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Years attended</w:t>
            </w:r>
          </w:p>
        </w:tc>
      </w:tr>
      <w:tr w:rsidR="009F0F2E" w14:paraId="7387F6AA" w14:textId="77777777" w:rsidTr="00B24AF3">
        <w:sdt>
          <w:sdtPr>
            <w:rPr>
              <w:lang w:val="en-GB"/>
            </w:rPr>
            <w:id w:val="714941070"/>
            <w:placeholder>
              <w:docPart w:val="CDBA8294BBA74E38B4732822E2337137"/>
            </w:placeholder>
            <w:showingPlcHdr/>
          </w:sdtPr>
          <w:sdtEndPr/>
          <w:sdtContent>
            <w:tc>
              <w:tcPr>
                <w:tcW w:w="5240" w:type="dxa"/>
              </w:tcPr>
              <w:p w14:paraId="78BA4EF8" w14:textId="77777777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260772082"/>
            <w:placeholder>
              <w:docPart w:val="CDBA8294BBA74E38B4732822E2337137"/>
            </w:placeholder>
            <w:showingPlcHdr/>
          </w:sdtPr>
          <w:sdtEndPr/>
          <w:sdtContent>
            <w:tc>
              <w:tcPr>
                <w:tcW w:w="3776" w:type="dxa"/>
              </w:tcPr>
              <w:p w14:paraId="1E746D0B" w14:textId="5DEE465F" w:rsidR="009F0F2E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F0F2E" w14:paraId="0BB5CB10" w14:textId="77777777" w:rsidTr="00B24AF3">
        <w:sdt>
          <w:sdtPr>
            <w:rPr>
              <w:lang w:val="en-GB"/>
            </w:rPr>
            <w:id w:val="1486828355"/>
            <w:placeholder>
              <w:docPart w:val="CDBA8294BBA74E38B4732822E2337137"/>
            </w:placeholder>
            <w:showingPlcHdr/>
          </w:sdtPr>
          <w:sdtEndPr/>
          <w:sdtContent>
            <w:tc>
              <w:tcPr>
                <w:tcW w:w="5240" w:type="dxa"/>
              </w:tcPr>
              <w:p w14:paraId="420ED663" w14:textId="75324A9A" w:rsidR="009F0F2E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782119775"/>
            <w:placeholder>
              <w:docPart w:val="CDBA8294BBA74E38B4732822E2337137"/>
            </w:placeholder>
            <w:showingPlcHdr/>
          </w:sdtPr>
          <w:sdtEndPr/>
          <w:sdtContent>
            <w:tc>
              <w:tcPr>
                <w:tcW w:w="3776" w:type="dxa"/>
              </w:tcPr>
              <w:p w14:paraId="4E436CE7" w14:textId="57557ECD" w:rsidR="009F0F2E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-1670405683"/>
          <w15:repeatingSection/>
        </w:sdtPr>
        <w:sdtEndPr/>
        <w:sdtContent>
          <w:sdt>
            <w:sdtPr>
              <w:rPr>
                <w:lang w:val="en-GB"/>
              </w:rPr>
              <w:id w:val="-1980363478"/>
              <w:placeholder>
                <w:docPart w:val="93BAA2AE2DCC4C66A43A2D1263821F5E"/>
              </w:placeholder>
              <w15:repeatingSectionItem/>
            </w:sdtPr>
            <w:sdtEndPr/>
            <w:sdtContent>
              <w:tr w:rsidR="009F0F2E" w14:paraId="47C4BD73" w14:textId="77777777" w:rsidTr="00B24AF3">
                <w:sdt>
                  <w:sdtPr>
                    <w:rPr>
                      <w:lang w:val="en-GB"/>
                    </w:rPr>
                    <w:id w:val="1357083207"/>
                    <w:placeholder>
                      <w:docPart w:val="CDBA8294BBA74E38B4732822E2337137"/>
                    </w:placeholder>
                    <w:showingPlcHdr/>
                  </w:sdtPr>
                  <w:sdtEndPr/>
                  <w:sdtContent>
                    <w:tc>
                      <w:tcPr>
                        <w:tcW w:w="5240" w:type="dxa"/>
                      </w:tcPr>
                      <w:p w14:paraId="583BE2ED" w14:textId="76BCBE72" w:rsidR="009F0F2E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2023354586"/>
                    <w:placeholder>
                      <w:docPart w:val="CDBA8294BBA74E38B4732822E2337137"/>
                    </w:placeholder>
                    <w:showingPlcHdr/>
                  </w:sdtPr>
                  <w:sdtEndPr/>
                  <w:sdtContent>
                    <w:tc>
                      <w:tcPr>
                        <w:tcW w:w="3776" w:type="dxa"/>
                      </w:tcPr>
                      <w:p w14:paraId="0C7D8E32" w14:textId="519AE188" w:rsidR="009F0F2E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635223704"/>
              <w:placeholder>
                <w:docPart w:val="56FA66E885384F0C9DB9BE9C896943BD"/>
              </w:placeholder>
              <w15:repeatingSectionItem/>
            </w:sdtPr>
            <w:sdtEndPr/>
            <w:sdtContent>
              <w:tr w:rsidR="00DD483C" w14:paraId="729339CF" w14:textId="77777777" w:rsidTr="00B24AF3">
                <w:sdt>
                  <w:sdtPr>
                    <w:rPr>
                      <w:lang w:val="en-GB"/>
                    </w:rPr>
                    <w:id w:val="759499608"/>
                    <w:placeholder>
                      <w:docPart w:val="1FBBCB75D1D541F49AA37A122A3ADAA0"/>
                    </w:placeholder>
                    <w:showingPlcHdr/>
                  </w:sdtPr>
                  <w:sdtEndPr/>
                  <w:sdtContent>
                    <w:tc>
                      <w:tcPr>
                        <w:tcW w:w="5240" w:type="dxa"/>
                      </w:tcPr>
                      <w:p w14:paraId="540924B3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978830403"/>
                    <w:placeholder>
                      <w:docPart w:val="1FBBCB75D1D541F49AA37A122A3ADAA0"/>
                    </w:placeholder>
                    <w:showingPlcHdr/>
                  </w:sdtPr>
                  <w:sdtEndPr/>
                  <w:sdtContent>
                    <w:tc>
                      <w:tcPr>
                        <w:tcW w:w="3776" w:type="dxa"/>
                      </w:tcPr>
                      <w:p w14:paraId="7DD1BED7" w14:textId="1E076C35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0B20EB3C" w14:textId="77777777" w:rsidR="009F0F2E" w:rsidRDefault="009F0F2E" w:rsidP="009F0F2E">
      <w:pPr>
        <w:rPr>
          <w:lang w:val="en-GB"/>
        </w:rPr>
      </w:pPr>
    </w:p>
    <w:p w14:paraId="247F31A2" w14:textId="77777777" w:rsidR="009F0F2E" w:rsidRPr="009F0F2E" w:rsidRDefault="009F0F2E" w:rsidP="009F0F2E">
      <w:pPr>
        <w:pStyle w:val="Heading1"/>
      </w:pPr>
      <w:r w:rsidRPr="009F0F2E">
        <w:t>Dermatology oral presentations</w:t>
      </w:r>
    </w:p>
    <w:tbl>
      <w:tblPr>
        <w:tblStyle w:val="TableGrid"/>
        <w:tblW w:w="5126" w:type="pct"/>
        <w:tblLook w:val="04A0" w:firstRow="1" w:lastRow="0" w:firstColumn="1" w:lastColumn="0" w:noHBand="0" w:noVBand="1"/>
      </w:tblPr>
      <w:tblGrid>
        <w:gridCol w:w="1901"/>
        <w:gridCol w:w="1908"/>
        <w:gridCol w:w="3229"/>
        <w:gridCol w:w="1417"/>
        <w:gridCol w:w="1131"/>
      </w:tblGrid>
      <w:tr w:rsidR="009F0F2E" w14:paraId="2AB00922" w14:textId="77777777" w:rsidTr="009F0F2E">
        <w:tc>
          <w:tcPr>
            <w:tcW w:w="992" w:type="pct"/>
            <w:vAlign w:val="center"/>
          </w:tcPr>
          <w:p w14:paraId="503BA9A4" w14:textId="77777777" w:rsidR="009F0F2E" w:rsidRPr="009F0F2E" w:rsidRDefault="009F0F2E" w:rsidP="009F0F2E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Name of conference</w:t>
            </w:r>
          </w:p>
        </w:tc>
        <w:tc>
          <w:tcPr>
            <w:tcW w:w="995" w:type="pct"/>
            <w:vAlign w:val="center"/>
          </w:tcPr>
          <w:p w14:paraId="1BE7DC63" w14:textId="2AD69485" w:rsidR="009F0F2E" w:rsidRPr="009F0F2E" w:rsidRDefault="009F0F2E" w:rsidP="009F0F2E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Local/ National/ International</w:t>
            </w:r>
          </w:p>
        </w:tc>
        <w:tc>
          <w:tcPr>
            <w:tcW w:w="1684" w:type="pct"/>
            <w:vAlign w:val="center"/>
          </w:tcPr>
          <w:p w14:paraId="28FE7358" w14:textId="77777777" w:rsidR="009F0F2E" w:rsidRPr="009F0F2E" w:rsidRDefault="009F0F2E" w:rsidP="009F0F2E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Title of presentation</w:t>
            </w:r>
          </w:p>
        </w:tc>
        <w:tc>
          <w:tcPr>
            <w:tcW w:w="739" w:type="pct"/>
            <w:vAlign w:val="center"/>
          </w:tcPr>
          <w:p w14:paraId="449BC558" w14:textId="4D82A0DB" w:rsidR="009F0F2E" w:rsidRPr="009F0F2E" w:rsidRDefault="009F0F2E" w:rsidP="009F0F2E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Presenter</w:t>
            </w:r>
          </w:p>
        </w:tc>
        <w:tc>
          <w:tcPr>
            <w:tcW w:w="590" w:type="pct"/>
            <w:vAlign w:val="center"/>
          </w:tcPr>
          <w:p w14:paraId="26EE9AA9" w14:textId="77777777" w:rsidR="009F0F2E" w:rsidRPr="009F0F2E" w:rsidRDefault="009F0F2E" w:rsidP="009F0F2E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Year</w:t>
            </w:r>
          </w:p>
        </w:tc>
      </w:tr>
      <w:tr w:rsidR="009F0F2E" w14:paraId="25A9678B" w14:textId="77777777" w:rsidTr="009F0F2E">
        <w:trPr>
          <w:trHeight w:val="219"/>
        </w:trPr>
        <w:sdt>
          <w:sdtPr>
            <w:rPr>
              <w:lang w:val="en-GB"/>
            </w:rPr>
            <w:id w:val="-498267859"/>
            <w:placeholder>
              <w:docPart w:val="66B72EB3A7E64981A7420EC4EB5FD807"/>
            </w:placeholder>
            <w:showingPlcHdr/>
          </w:sdtPr>
          <w:sdtEndPr/>
          <w:sdtContent>
            <w:tc>
              <w:tcPr>
                <w:tcW w:w="992" w:type="pct"/>
              </w:tcPr>
              <w:p w14:paraId="3E5B189F" w14:textId="29280734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95" w:type="pct"/>
          </w:tcPr>
          <w:p w14:paraId="7D0FEFD1" w14:textId="7E5691AB" w:rsidR="009F0F2E" w:rsidRDefault="00AD309B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882524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</w:t>
            </w:r>
            <w:r w:rsidR="009F0F2E">
              <w:rPr>
                <w:lang w:val="en-GB"/>
              </w:rPr>
              <w:t xml:space="preserve">Local </w:t>
            </w:r>
          </w:p>
          <w:p w14:paraId="0DE505DC" w14:textId="2D1BB245" w:rsidR="009F0F2E" w:rsidRDefault="00AD309B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482386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</w:t>
            </w:r>
            <w:r w:rsidR="009F0F2E">
              <w:rPr>
                <w:lang w:val="en-GB"/>
              </w:rPr>
              <w:t xml:space="preserve">National </w:t>
            </w:r>
          </w:p>
          <w:p w14:paraId="47CC593D" w14:textId="093070B6" w:rsidR="009F0F2E" w:rsidRDefault="00AD309B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724487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</w:t>
            </w:r>
            <w:r w:rsidR="009F0F2E">
              <w:rPr>
                <w:lang w:val="en-GB"/>
              </w:rPr>
              <w:t xml:space="preserve">International  </w:t>
            </w:r>
          </w:p>
        </w:tc>
        <w:sdt>
          <w:sdtPr>
            <w:rPr>
              <w:lang w:val="en-GB"/>
            </w:rPr>
            <w:id w:val="-707713350"/>
            <w:placeholder>
              <w:docPart w:val="AA3E3D28F60443FAB9D486BCF3D14332"/>
            </w:placeholder>
            <w:showingPlcHdr/>
          </w:sdtPr>
          <w:sdtEndPr/>
          <w:sdtContent>
            <w:tc>
              <w:tcPr>
                <w:tcW w:w="1684" w:type="pct"/>
              </w:tcPr>
              <w:p w14:paraId="05884BF6" w14:textId="75DC4242" w:rsidR="009F0F2E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739" w:type="pct"/>
          </w:tcPr>
          <w:p w14:paraId="18B5AFB0" w14:textId="2DA8754F" w:rsidR="009F0F2E" w:rsidRDefault="00AD309B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796260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Yes </w:t>
            </w:r>
          </w:p>
          <w:p w14:paraId="58D6C4D4" w14:textId="0592F092" w:rsidR="00C71FAB" w:rsidRDefault="00AD309B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540669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No</w:t>
            </w:r>
          </w:p>
        </w:tc>
        <w:sdt>
          <w:sdtPr>
            <w:rPr>
              <w:lang w:val="en-GB"/>
            </w:rPr>
            <w:id w:val="-638641242"/>
            <w:placeholder>
              <w:docPart w:val="7482F2F0547B4BA1B89E0408AD5988D4"/>
            </w:placeholder>
            <w:showingPlcHdr/>
          </w:sdtPr>
          <w:sdtEndPr/>
          <w:sdtContent>
            <w:tc>
              <w:tcPr>
                <w:tcW w:w="590" w:type="pct"/>
              </w:tcPr>
              <w:p w14:paraId="4249D627" w14:textId="02B6CFE4" w:rsidR="009F0F2E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1FAB" w14:paraId="678830E0" w14:textId="77777777" w:rsidTr="009F0F2E">
        <w:sdt>
          <w:sdtPr>
            <w:rPr>
              <w:lang w:val="en-GB"/>
            </w:rPr>
            <w:id w:val="-954709630"/>
            <w:placeholder>
              <w:docPart w:val="D83819D339284FF1B6248436B676AB77"/>
            </w:placeholder>
            <w:showingPlcHdr/>
          </w:sdtPr>
          <w:sdtEndPr/>
          <w:sdtContent>
            <w:tc>
              <w:tcPr>
                <w:tcW w:w="992" w:type="pct"/>
              </w:tcPr>
              <w:p w14:paraId="6EF5FD02" w14:textId="0105F74E" w:rsidR="00C71FAB" w:rsidRDefault="00C71FAB" w:rsidP="00C71FA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95" w:type="pct"/>
          </w:tcPr>
          <w:p w14:paraId="4FC143A3" w14:textId="77777777" w:rsidR="00C71FAB" w:rsidRDefault="00AD309B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098759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Local </w:t>
            </w:r>
          </w:p>
          <w:p w14:paraId="444C9175" w14:textId="77777777" w:rsidR="00C71FAB" w:rsidRDefault="00AD309B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91119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National </w:t>
            </w:r>
          </w:p>
          <w:p w14:paraId="6DF83ACC" w14:textId="48750A79" w:rsidR="00C71FAB" w:rsidRDefault="00AD309B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752344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International  </w:t>
            </w:r>
          </w:p>
        </w:tc>
        <w:sdt>
          <w:sdtPr>
            <w:rPr>
              <w:lang w:val="en-GB"/>
            </w:rPr>
            <w:id w:val="-553699081"/>
            <w:placeholder>
              <w:docPart w:val="003695BDC0EE420B801F261C4790ACBB"/>
            </w:placeholder>
            <w:showingPlcHdr/>
          </w:sdtPr>
          <w:sdtEndPr/>
          <w:sdtContent>
            <w:tc>
              <w:tcPr>
                <w:tcW w:w="1684" w:type="pct"/>
              </w:tcPr>
              <w:p w14:paraId="66F494B9" w14:textId="4D1F9D0C" w:rsidR="00C71FAB" w:rsidRDefault="00C71FAB" w:rsidP="00C71FA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739" w:type="pct"/>
          </w:tcPr>
          <w:p w14:paraId="6B543B1C" w14:textId="77777777" w:rsidR="00C71FAB" w:rsidRDefault="00AD309B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134328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Yes </w:t>
            </w:r>
          </w:p>
          <w:p w14:paraId="4FFA7DB5" w14:textId="196C9AB5" w:rsidR="00C71FAB" w:rsidRDefault="00AD309B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506554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No</w:t>
            </w:r>
          </w:p>
        </w:tc>
        <w:sdt>
          <w:sdtPr>
            <w:rPr>
              <w:lang w:val="en-GB"/>
            </w:rPr>
            <w:id w:val="475573315"/>
            <w:placeholder>
              <w:docPart w:val="4B4F747275254FA5ADDCE8835A836EDC"/>
            </w:placeholder>
            <w:showingPlcHdr/>
          </w:sdtPr>
          <w:sdtEndPr/>
          <w:sdtContent>
            <w:tc>
              <w:tcPr>
                <w:tcW w:w="590" w:type="pct"/>
              </w:tcPr>
              <w:p w14:paraId="57B5764C" w14:textId="7677DD34" w:rsidR="00C71FAB" w:rsidRDefault="00C71FAB" w:rsidP="00C71FA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1FAB" w14:paraId="49A522DA" w14:textId="77777777" w:rsidTr="009F0F2E">
        <w:sdt>
          <w:sdtPr>
            <w:rPr>
              <w:lang w:val="en-GB"/>
            </w:rPr>
            <w:id w:val="1077865769"/>
            <w:placeholder>
              <w:docPart w:val="4FE8FE8699424610B2FA72B9EADBD3CF"/>
            </w:placeholder>
            <w:showingPlcHdr/>
          </w:sdtPr>
          <w:sdtEndPr/>
          <w:sdtContent>
            <w:tc>
              <w:tcPr>
                <w:tcW w:w="992" w:type="pct"/>
              </w:tcPr>
              <w:p w14:paraId="6EC7F776" w14:textId="6E2A8208" w:rsidR="00C71FAB" w:rsidRDefault="00C71FAB" w:rsidP="00C71FA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95" w:type="pct"/>
          </w:tcPr>
          <w:p w14:paraId="719362BE" w14:textId="77777777" w:rsidR="00C71FAB" w:rsidRDefault="00AD309B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622373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Local </w:t>
            </w:r>
          </w:p>
          <w:p w14:paraId="3E400105" w14:textId="77777777" w:rsidR="00C71FAB" w:rsidRDefault="00AD309B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518823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National </w:t>
            </w:r>
          </w:p>
          <w:p w14:paraId="086D4DE6" w14:textId="3873E92B" w:rsidR="00C71FAB" w:rsidRDefault="00AD309B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835645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International  </w:t>
            </w:r>
          </w:p>
        </w:tc>
        <w:sdt>
          <w:sdtPr>
            <w:rPr>
              <w:lang w:val="en-GB"/>
            </w:rPr>
            <w:id w:val="1969470609"/>
            <w:placeholder>
              <w:docPart w:val="AF4D0BE0FA24420CAA1E3C41DD44F5F0"/>
            </w:placeholder>
            <w:showingPlcHdr/>
          </w:sdtPr>
          <w:sdtEndPr/>
          <w:sdtContent>
            <w:tc>
              <w:tcPr>
                <w:tcW w:w="1684" w:type="pct"/>
              </w:tcPr>
              <w:p w14:paraId="645236E9" w14:textId="51C4F3FB" w:rsidR="00C71FAB" w:rsidRDefault="00C71FAB" w:rsidP="00C71FA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739" w:type="pct"/>
          </w:tcPr>
          <w:p w14:paraId="62B896E2" w14:textId="1C6FBF57" w:rsidR="00C71FAB" w:rsidRDefault="00AD309B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2048410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483C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Yes </w:t>
            </w:r>
          </w:p>
          <w:p w14:paraId="411177FD" w14:textId="5E8145AD" w:rsidR="00C71FAB" w:rsidRDefault="00AD309B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989248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No</w:t>
            </w:r>
          </w:p>
        </w:tc>
        <w:sdt>
          <w:sdtPr>
            <w:rPr>
              <w:lang w:val="en-GB"/>
            </w:rPr>
            <w:id w:val="622738312"/>
            <w:placeholder>
              <w:docPart w:val="87AF8AF736764176862D323CF52913BB"/>
            </w:placeholder>
            <w:showingPlcHdr/>
          </w:sdtPr>
          <w:sdtEndPr/>
          <w:sdtContent>
            <w:tc>
              <w:tcPr>
                <w:tcW w:w="590" w:type="pct"/>
              </w:tcPr>
              <w:p w14:paraId="5634FB9A" w14:textId="2B8D7E14" w:rsidR="00C71FAB" w:rsidRDefault="00C71FAB" w:rsidP="00C71FA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D483C" w14:paraId="64AC1A5B" w14:textId="77777777" w:rsidTr="009F0F2E">
        <w:sdt>
          <w:sdtPr>
            <w:rPr>
              <w:lang w:val="en-GB"/>
            </w:rPr>
            <w:id w:val="224649693"/>
            <w:placeholder>
              <w:docPart w:val="C71004ED70E04B55A23BAD4EFE983B0B"/>
            </w:placeholder>
            <w:showingPlcHdr/>
          </w:sdtPr>
          <w:sdtEndPr/>
          <w:sdtContent>
            <w:tc>
              <w:tcPr>
                <w:tcW w:w="992" w:type="pct"/>
              </w:tcPr>
              <w:p w14:paraId="416444E5" w14:textId="7BA0A27A" w:rsidR="00DD483C" w:rsidRDefault="00DD483C" w:rsidP="00DD483C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95" w:type="pct"/>
          </w:tcPr>
          <w:p w14:paraId="2E5649DD" w14:textId="77777777" w:rsidR="00DD483C" w:rsidRDefault="00AD309B" w:rsidP="00DD483C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016118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483C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DD483C">
              <w:rPr>
                <w:lang w:val="en-GB"/>
              </w:rPr>
              <w:t xml:space="preserve"> Local </w:t>
            </w:r>
          </w:p>
          <w:p w14:paraId="3F5C73E9" w14:textId="77777777" w:rsidR="00DD483C" w:rsidRDefault="00AD309B" w:rsidP="00DD483C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437831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483C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DD483C">
              <w:rPr>
                <w:lang w:val="en-GB"/>
              </w:rPr>
              <w:t xml:space="preserve"> National </w:t>
            </w:r>
          </w:p>
          <w:p w14:paraId="3EB3E21A" w14:textId="58D77634" w:rsidR="00DD483C" w:rsidRDefault="00AD309B" w:rsidP="00DD483C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653218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483C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DD483C">
              <w:rPr>
                <w:lang w:val="en-GB"/>
              </w:rPr>
              <w:t xml:space="preserve"> International  </w:t>
            </w:r>
          </w:p>
        </w:tc>
        <w:sdt>
          <w:sdtPr>
            <w:rPr>
              <w:lang w:val="en-GB"/>
            </w:rPr>
            <w:id w:val="-572115499"/>
            <w:placeholder>
              <w:docPart w:val="25B671AB538B432F98320A7EA9D1ACE0"/>
            </w:placeholder>
            <w:showingPlcHdr/>
          </w:sdtPr>
          <w:sdtEndPr/>
          <w:sdtContent>
            <w:tc>
              <w:tcPr>
                <w:tcW w:w="1684" w:type="pct"/>
              </w:tcPr>
              <w:p w14:paraId="15F5E247" w14:textId="5CDE8A72" w:rsidR="00DD483C" w:rsidRDefault="00DD483C" w:rsidP="00DD483C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739" w:type="pct"/>
          </w:tcPr>
          <w:p w14:paraId="4BCDB788" w14:textId="77777777" w:rsidR="00DD483C" w:rsidRDefault="00AD309B" w:rsidP="00DD483C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2138598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483C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DD483C">
              <w:rPr>
                <w:lang w:val="en-GB"/>
              </w:rPr>
              <w:t xml:space="preserve"> Yes </w:t>
            </w:r>
          </w:p>
          <w:p w14:paraId="14F687AD" w14:textId="2E06AA7C" w:rsidR="00DD483C" w:rsidRDefault="00AD309B" w:rsidP="00DD483C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679118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483C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DD483C">
              <w:rPr>
                <w:lang w:val="en-GB"/>
              </w:rPr>
              <w:t xml:space="preserve"> No</w:t>
            </w:r>
          </w:p>
        </w:tc>
        <w:sdt>
          <w:sdtPr>
            <w:rPr>
              <w:lang w:val="en-GB"/>
            </w:rPr>
            <w:id w:val="462391248"/>
            <w:placeholder>
              <w:docPart w:val="FB7367ED6B8B405AA02E65C6C70B1F83"/>
            </w:placeholder>
            <w:showingPlcHdr/>
          </w:sdtPr>
          <w:sdtEndPr/>
          <w:sdtContent>
            <w:tc>
              <w:tcPr>
                <w:tcW w:w="590" w:type="pct"/>
              </w:tcPr>
              <w:p w14:paraId="50BFAF12" w14:textId="50C714DD" w:rsidR="00DD483C" w:rsidRDefault="00DD483C" w:rsidP="00DD483C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93D9F82" w14:textId="77777777" w:rsidR="009F0F2E" w:rsidRDefault="009F0F2E"/>
    <w:p w14:paraId="437C8E67" w14:textId="77777777" w:rsidR="00C71FAB" w:rsidRPr="00C71FAB" w:rsidRDefault="00C71FAB" w:rsidP="00C71FAB">
      <w:pPr>
        <w:pStyle w:val="Heading1"/>
      </w:pPr>
      <w:r w:rsidRPr="00C71FAB">
        <w:lastRenderedPageBreak/>
        <w:t>Dermatology poster presentations</w:t>
      </w:r>
    </w:p>
    <w:tbl>
      <w:tblPr>
        <w:tblStyle w:val="TableGrid"/>
        <w:tblW w:w="5126" w:type="pct"/>
        <w:tblLook w:val="04A0" w:firstRow="1" w:lastRow="0" w:firstColumn="1" w:lastColumn="0" w:noHBand="0" w:noVBand="1"/>
      </w:tblPr>
      <w:tblGrid>
        <w:gridCol w:w="1901"/>
        <w:gridCol w:w="1908"/>
        <w:gridCol w:w="3229"/>
        <w:gridCol w:w="1417"/>
        <w:gridCol w:w="1131"/>
      </w:tblGrid>
      <w:tr w:rsidR="00C71FAB" w14:paraId="1764F4BB" w14:textId="77777777" w:rsidTr="00496A0D">
        <w:tc>
          <w:tcPr>
            <w:tcW w:w="992" w:type="pct"/>
            <w:vAlign w:val="center"/>
          </w:tcPr>
          <w:p w14:paraId="0839842E" w14:textId="77777777" w:rsidR="00C71FAB" w:rsidRPr="009F0F2E" w:rsidRDefault="00C71FAB" w:rsidP="00496A0D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Name of conference</w:t>
            </w:r>
          </w:p>
        </w:tc>
        <w:tc>
          <w:tcPr>
            <w:tcW w:w="995" w:type="pct"/>
            <w:vAlign w:val="center"/>
          </w:tcPr>
          <w:p w14:paraId="21907E8D" w14:textId="77777777" w:rsidR="00C71FAB" w:rsidRPr="009F0F2E" w:rsidRDefault="00C71FAB" w:rsidP="00496A0D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Local/ National/ International</w:t>
            </w:r>
          </w:p>
        </w:tc>
        <w:tc>
          <w:tcPr>
            <w:tcW w:w="1684" w:type="pct"/>
            <w:vAlign w:val="center"/>
          </w:tcPr>
          <w:p w14:paraId="3F53B6A6" w14:textId="191A2149" w:rsidR="00C71FAB" w:rsidRPr="009F0F2E" w:rsidRDefault="00C71FAB" w:rsidP="00496A0D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 xml:space="preserve">Title of </w:t>
            </w:r>
            <w:r>
              <w:rPr>
                <w:b/>
                <w:bCs/>
                <w:lang w:val="en-GB"/>
              </w:rPr>
              <w:t>poster</w:t>
            </w:r>
          </w:p>
        </w:tc>
        <w:tc>
          <w:tcPr>
            <w:tcW w:w="739" w:type="pct"/>
            <w:vAlign w:val="center"/>
          </w:tcPr>
          <w:p w14:paraId="0992C677" w14:textId="267864D3" w:rsidR="00C71FAB" w:rsidRPr="009F0F2E" w:rsidRDefault="00C71FAB" w:rsidP="00496A0D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1</w:t>
            </w:r>
            <w:r w:rsidRPr="00C71FAB">
              <w:rPr>
                <w:b/>
                <w:bCs/>
                <w:vertAlign w:val="superscript"/>
                <w:lang w:val="en-GB"/>
              </w:rPr>
              <w:t>st</w:t>
            </w:r>
            <w:r>
              <w:rPr>
                <w:b/>
                <w:bCs/>
                <w:lang w:val="en-GB"/>
              </w:rPr>
              <w:t xml:space="preserve"> author or other</w:t>
            </w:r>
          </w:p>
        </w:tc>
        <w:tc>
          <w:tcPr>
            <w:tcW w:w="590" w:type="pct"/>
            <w:vAlign w:val="center"/>
          </w:tcPr>
          <w:p w14:paraId="5ED473A2" w14:textId="77777777" w:rsidR="00C71FAB" w:rsidRPr="009F0F2E" w:rsidRDefault="00C71FAB" w:rsidP="00496A0D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Year</w:t>
            </w:r>
          </w:p>
        </w:tc>
      </w:tr>
      <w:tr w:rsidR="00C71FAB" w14:paraId="16810EA4" w14:textId="77777777" w:rsidTr="00496A0D">
        <w:trPr>
          <w:trHeight w:val="219"/>
        </w:trPr>
        <w:sdt>
          <w:sdtPr>
            <w:rPr>
              <w:lang w:val="en-GB"/>
            </w:rPr>
            <w:id w:val="-1407608774"/>
            <w:placeholder>
              <w:docPart w:val="0B4406776FC646A69360E6EF1D610D26"/>
            </w:placeholder>
            <w:showingPlcHdr/>
          </w:sdtPr>
          <w:sdtEndPr/>
          <w:sdtContent>
            <w:tc>
              <w:tcPr>
                <w:tcW w:w="992" w:type="pct"/>
              </w:tcPr>
              <w:p w14:paraId="170D6C79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95" w:type="pct"/>
          </w:tcPr>
          <w:p w14:paraId="79071CD2" w14:textId="77777777" w:rsidR="00C71FAB" w:rsidRDefault="00AD309B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11463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Local </w:t>
            </w:r>
          </w:p>
          <w:p w14:paraId="20E98D57" w14:textId="77777777" w:rsidR="00C71FAB" w:rsidRDefault="00AD309B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2028022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National </w:t>
            </w:r>
          </w:p>
          <w:p w14:paraId="3AE00F8F" w14:textId="77777777" w:rsidR="00C71FAB" w:rsidRDefault="00AD309B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868228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International  </w:t>
            </w:r>
          </w:p>
        </w:tc>
        <w:sdt>
          <w:sdtPr>
            <w:rPr>
              <w:lang w:val="en-GB"/>
            </w:rPr>
            <w:id w:val="-917622818"/>
            <w:placeholder>
              <w:docPart w:val="8555F3FE2A59436791DD916082C0287A"/>
            </w:placeholder>
            <w:showingPlcHdr/>
          </w:sdtPr>
          <w:sdtEndPr/>
          <w:sdtContent>
            <w:tc>
              <w:tcPr>
                <w:tcW w:w="1684" w:type="pct"/>
              </w:tcPr>
              <w:p w14:paraId="40C1A955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739" w:type="pct"/>
          </w:tcPr>
          <w:p w14:paraId="6089E730" w14:textId="524A1CB1" w:rsidR="00C71FAB" w:rsidRDefault="00AD309B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544514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1</w:t>
            </w:r>
            <w:r w:rsidR="00C71FAB" w:rsidRPr="00C71FAB">
              <w:rPr>
                <w:vertAlign w:val="superscript"/>
                <w:lang w:val="en-GB"/>
              </w:rPr>
              <w:t>st</w:t>
            </w:r>
            <w:r w:rsidR="00C71FAB">
              <w:rPr>
                <w:lang w:val="en-GB"/>
              </w:rPr>
              <w:t xml:space="preserve"> author</w:t>
            </w:r>
          </w:p>
          <w:p w14:paraId="2576F6F4" w14:textId="0E06202E" w:rsidR="00C71FAB" w:rsidRDefault="00AD309B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580052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Other</w:t>
            </w:r>
          </w:p>
        </w:tc>
        <w:sdt>
          <w:sdtPr>
            <w:rPr>
              <w:lang w:val="en-GB"/>
            </w:rPr>
            <w:id w:val="-1769081260"/>
            <w:placeholder>
              <w:docPart w:val="5A79806F9A174B678A3E9D3B4FAE967A"/>
            </w:placeholder>
            <w:showingPlcHdr/>
          </w:sdtPr>
          <w:sdtEndPr/>
          <w:sdtContent>
            <w:tc>
              <w:tcPr>
                <w:tcW w:w="590" w:type="pct"/>
              </w:tcPr>
              <w:p w14:paraId="5FECB24D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1FAB" w14:paraId="19BA3C6B" w14:textId="77777777" w:rsidTr="00496A0D">
        <w:sdt>
          <w:sdtPr>
            <w:rPr>
              <w:lang w:val="en-GB"/>
            </w:rPr>
            <w:id w:val="1604371152"/>
            <w:placeholder>
              <w:docPart w:val="6C79B92521E04D4DB707C91847F4A0DE"/>
            </w:placeholder>
            <w:showingPlcHdr/>
          </w:sdtPr>
          <w:sdtEndPr/>
          <w:sdtContent>
            <w:tc>
              <w:tcPr>
                <w:tcW w:w="992" w:type="pct"/>
              </w:tcPr>
              <w:p w14:paraId="701B54CF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95" w:type="pct"/>
          </w:tcPr>
          <w:p w14:paraId="639181FB" w14:textId="77777777" w:rsidR="00C71FAB" w:rsidRDefault="00AD309B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367272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Local </w:t>
            </w:r>
          </w:p>
          <w:p w14:paraId="603472E4" w14:textId="77777777" w:rsidR="00C71FAB" w:rsidRDefault="00AD309B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003709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National </w:t>
            </w:r>
          </w:p>
          <w:p w14:paraId="57288691" w14:textId="77777777" w:rsidR="00C71FAB" w:rsidRDefault="00AD309B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890419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International  </w:t>
            </w:r>
          </w:p>
        </w:tc>
        <w:sdt>
          <w:sdtPr>
            <w:rPr>
              <w:lang w:val="en-GB"/>
            </w:rPr>
            <w:id w:val="-859890389"/>
            <w:placeholder>
              <w:docPart w:val="A8195B6A4B604F9F9F3F6E4ABEEF3D9E"/>
            </w:placeholder>
            <w:showingPlcHdr/>
          </w:sdtPr>
          <w:sdtEndPr/>
          <w:sdtContent>
            <w:tc>
              <w:tcPr>
                <w:tcW w:w="1684" w:type="pct"/>
              </w:tcPr>
              <w:p w14:paraId="48BF5E8A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739" w:type="pct"/>
          </w:tcPr>
          <w:p w14:paraId="43099D5A" w14:textId="77777777" w:rsidR="00C71FAB" w:rsidRDefault="00AD309B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2076234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1</w:t>
            </w:r>
            <w:r w:rsidR="00C71FAB" w:rsidRPr="00C71FAB">
              <w:rPr>
                <w:vertAlign w:val="superscript"/>
                <w:lang w:val="en-GB"/>
              </w:rPr>
              <w:t>st</w:t>
            </w:r>
            <w:r w:rsidR="00C71FAB">
              <w:rPr>
                <w:lang w:val="en-GB"/>
              </w:rPr>
              <w:t xml:space="preserve"> author</w:t>
            </w:r>
          </w:p>
          <w:p w14:paraId="7775ED9F" w14:textId="62E6527F" w:rsidR="00C71FAB" w:rsidRDefault="00AD309B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2022422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Other</w:t>
            </w:r>
          </w:p>
        </w:tc>
        <w:sdt>
          <w:sdtPr>
            <w:rPr>
              <w:lang w:val="en-GB"/>
            </w:rPr>
            <w:id w:val="789789805"/>
            <w:placeholder>
              <w:docPart w:val="8B17D4EDB68A40119164C62FB74818A7"/>
            </w:placeholder>
            <w:showingPlcHdr/>
          </w:sdtPr>
          <w:sdtEndPr/>
          <w:sdtContent>
            <w:tc>
              <w:tcPr>
                <w:tcW w:w="590" w:type="pct"/>
              </w:tcPr>
              <w:p w14:paraId="0229D418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1699804828"/>
          <w15:repeatingSection/>
        </w:sdtPr>
        <w:sdtEndPr/>
        <w:sdtContent>
          <w:sdt>
            <w:sdtPr>
              <w:rPr>
                <w:lang w:val="en-GB"/>
              </w:rPr>
              <w:id w:val="488825197"/>
              <w:placeholder>
                <w:docPart w:val="27FD4B0434914D44B3C541ECB23CEE38"/>
              </w:placeholder>
              <w15:repeatingSectionItem/>
            </w:sdtPr>
            <w:sdtEndPr/>
            <w:sdtContent>
              <w:tr w:rsidR="00C71FAB" w14:paraId="2F7799D3" w14:textId="77777777" w:rsidTr="00496A0D">
                <w:sdt>
                  <w:sdtPr>
                    <w:rPr>
                      <w:lang w:val="en-GB"/>
                    </w:rPr>
                    <w:id w:val="1891920387"/>
                    <w:placeholder>
                      <w:docPart w:val="0E1E1B3702914429889E10C234E231EC"/>
                    </w:placeholder>
                    <w:showingPlcHdr/>
                  </w:sdtPr>
                  <w:sdtEndPr/>
                  <w:sdtContent>
                    <w:tc>
                      <w:tcPr>
                        <w:tcW w:w="992" w:type="pct"/>
                      </w:tcPr>
                      <w:p w14:paraId="18AC81FC" w14:textId="77777777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95" w:type="pct"/>
                  </w:tcPr>
                  <w:p w14:paraId="2D035200" w14:textId="77777777" w:rsidR="00C71FAB" w:rsidRDefault="00AD309B" w:rsidP="00496A0D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155573480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C71FA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C71FAB">
                      <w:rPr>
                        <w:lang w:val="en-GB"/>
                      </w:rPr>
                      <w:t xml:space="preserve"> Local </w:t>
                    </w:r>
                  </w:p>
                  <w:p w14:paraId="736D9F57" w14:textId="77777777" w:rsidR="00C71FAB" w:rsidRDefault="00AD309B" w:rsidP="00496A0D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108896417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C71FA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C71FAB">
                      <w:rPr>
                        <w:lang w:val="en-GB"/>
                      </w:rPr>
                      <w:t xml:space="preserve"> National </w:t>
                    </w:r>
                  </w:p>
                  <w:p w14:paraId="4F86C889" w14:textId="77777777" w:rsidR="00C71FAB" w:rsidRDefault="00AD309B" w:rsidP="00496A0D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-59740965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C71FA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C71FAB">
                      <w:rPr>
                        <w:lang w:val="en-GB"/>
                      </w:rPr>
                      <w:t xml:space="preserve"> International  </w:t>
                    </w:r>
                  </w:p>
                </w:tc>
                <w:sdt>
                  <w:sdtPr>
                    <w:rPr>
                      <w:lang w:val="en-GB"/>
                    </w:rPr>
                    <w:id w:val="-531652054"/>
                    <w:placeholder>
                      <w:docPart w:val="0882FD1D5A994484B44450831EFC82FE"/>
                    </w:placeholder>
                    <w:showingPlcHdr/>
                  </w:sdtPr>
                  <w:sdtEndPr/>
                  <w:sdtContent>
                    <w:tc>
                      <w:tcPr>
                        <w:tcW w:w="1684" w:type="pct"/>
                      </w:tcPr>
                      <w:p w14:paraId="00C81A66" w14:textId="77777777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739" w:type="pct"/>
                  </w:tcPr>
                  <w:p w14:paraId="280411C0" w14:textId="77777777" w:rsidR="00C71FAB" w:rsidRDefault="00AD309B" w:rsidP="00C71FA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59043602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C71FA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C71FAB">
                      <w:rPr>
                        <w:lang w:val="en-GB"/>
                      </w:rPr>
                      <w:t xml:space="preserve"> 1</w:t>
                    </w:r>
                    <w:r w:rsidR="00C71FAB" w:rsidRPr="00C71FAB">
                      <w:rPr>
                        <w:vertAlign w:val="superscript"/>
                        <w:lang w:val="en-GB"/>
                      </w:rPr>
                      <w:t>st</w:t>
                    </w:r>
                    <w:r w:rsidR="00C71FAB">
                      <w:rPr>
                        <w:lang w:val="en-GB"/>
                      </w:rPr>
                      <w:t xml:space="preserve"> author</w:t>
                    </w:r>
                  </w:p>
                  <w:p w14:paraId="56FCEBDE" w14:textId="3F29C206" w:rsidR="00C71FAB" w:rsidRDefault="00AD309B" w:rsidP="00C71FA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91089991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C71FA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C71FAB">
                      <w:rPr>
                        <w:lang w:val="en-GB"/>
                      </w:rPr>
                      <w:t xml:space="preserve"> Other</w:t>
                    </w:r>
                  </w:p>
                </w:tc>
                <w:sdt>
                  <w:sdtPr>
                    <w:rPr>
                      <w:lang w:val="en-GB"/>
                    </w:rPr>
                    <w:id w:val="1732571266"/>
                    <w:placeholder>
                      <w:docPart w:val="BE554C0493374CB7ACF78F506E5A887A"/>
                    </w:placeholder>
                    <w:showingPlcHdr/>
                  </w:sdtPr>
                  <w:sdtEndPr/>
                  <w:sdtContent>
                    <w:tc>
                      <w:tcPr>
                        <w:tcW w:w="590" w:type="pct"/>
                      </w:tcPr>
                      <w:p w14:paraId="3FF18492" w14:textId="77777777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49F41597" w14:textId="77777777" w:rsidR="00C71FAB" w:rsidRDefault="00C71FAB"/>
    <w:p w14:paraId="547CAE86" w14:textId="77777777" w:rsidR="00C71FAB" w:rsidRPr="00C71FAB" w:rsidRDefault="00C71FAB" w:rsidP="00C71FAB">
      <w:pPr>
        <w:pStyle w:val="Heading1"/>
      </w:pPr>
      <w:r w:rsidRPr="00C71FAB">
        <w:t>Dermatology courses attended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3634"/>
      </w:tblGrid>
      <w:tr w:rsidR="00C71FAB" w:rsidRPr="00C71FAB" w14:paraId="6F21CCD2" w14:textId="77777777" w:rsidTr="00B24AF3">
        <w:tc>
          <w:tcPr>
            <w:tcW w:w="5382" w:type="dxa"/>
            <w:vAlign w:val="center"/>
          </w:tcPr>
          <w:p w14:paraId="6A25C6B8" w14:textId="77777777" w:rsidR="00C71FAB" w:rsidRPr="00C71FAB" w:rsidRDefault="00C71FAB" w:rsidP="00C71FAB">
            <w:pPr>
              <w:jc w:val="center"/>
              <w:rPr>
                <w:b/>
                <w:bCs/>
                <w:lang w:val="en-GB"/>
              </w:rPr>
            </w:pPr>
            <w:r w:rsidRPr="00C71FAB">
              <w:rPr>
                <w:b/>
                <w:bCs/>
                <w:lang w:val="en-GB"/>
              </w:rPr>
              <w:t>Name of course</w:t>
            </w:r>
          </w:p>
        </w:tc>
        <w:tc>
          <w:tcPr>
            <w:tcW w:w="3634" w:type="dxa"/>
            <w:vAlign w:val="center"/>
          </w:tcPr>
          <w:p w14:paraId="46456433" w14:textId="77777777" w:rsidR="00C71FAB" w:rsidRPr="00C71FAB" w:rsidRDefault="00C71FAB" w:rsidP="00C71FAB">
            <w:pPr>
              <w:jc w:val="center"/>
              <w:rPr>
                <w:b/>
                <w:bCs/>
                <w:lang w:val="en-GB"/>
              </w:rPr>
            </w:pPr>
            <w:r w:rsidRPr="00C71FAB">
              <w:rPr>
                <w:b/>
                <w:bCs/>
                <w:lang w:val="en-GB"/>
              </w:rPr>
              <w:t>Year attended</w:t>
            </w:r>
          </w:p>
        </w:tc>
      </w:tr>
      <w:tr w:rsidR="00C71FAB" w14:paraId="459A9882" w14:textId="77777777" w:rsidTr="00B24AF3">
        <w:sdt>
          <w:sdtPr>
            <w:rPr>
              <w:lang w:val="en-GB"/>
            </w:rPr>
            <w:id w:val="-168483223"/>
            <w:placeholder>
              <w:docPart w:val="D6581EDF975B474BB7E0082AD169DE5E"/>
            </w:placeholder>
            <w:showingPlcHdr/>
          </w:sdtPr>
          <w:sdtEndPr/>
          <w:sdtContent>
            <w:tc>
              <w:tcPr>
                <w:tcW w:w="5382" w:type="dxa"/>
              </w:tcPr>
              <w:p w14:paraId="7EBB7B63" w14:textId="6E259BD5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2134785605"/>
            <w:placeholder>
              <w:docPart w:val="1DA2BBF5EFD64FD8AB9F079FE913ABEC"/>
            </w:placeholder>
            <w:showingPlcHdr/>
          </w:sdtPr>
          <w:sdtEndPr/>
          <w:sdtContent>
            <w:tc>
              <w:tcPr>
                <w:tcW w:w="3634" w:type="dxa"/>
              </w:tcPr>
              <w:p w14:paraId="797982C4" w14:textId="45E74E40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-1214110081"/>
          <w15:repeatingSection/>
        </w:sdtPr>
        <w:sdtEndPr/>
        <w:sdtContent>
          <w:sdt>
            <w:sdtPr>
              <w:rPr>
                <w:lang w:val="en-GB"/>
              </w:rPr>
              <w:id w:val="-520704568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C71FAB" w14:paraId="11762218" w14:textId="77777777" w:rsidTr="00B24AF3">
                <w:sdt>
                  <w:sdtPr>
                    <w:rPr>
                      <w:lang w:val="en-GB"/>
                    </w:rPr>
                    <w:id w:val="-1335528487"/>
                    <w:placeholder>
                      <w:docPart w:val="6F84B4DD9D0740AF8F53BBD47E128C56"/>
                    </w:placeholder>
                    <w:showingPlcHdr/>
                  </w:sdtPr>
                  <w:sdtEndPr/>
                  <w:sdtContent>
                    <w:tc>
                      <w:tcPr>
                        <w:tcW w:w="5382" w:type="dxa"/>
                      </w:tcPr>
                      <w:p w14:paraId="56D97E14" w14:textId="740D8835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77489146"/>
                    <w:placeholder>
                      <w:docPart w:val="6BCB5E31B3B6401FB55F6922B021F248"/>
                    </w:placeholder>
                    <w:showingPlcHdr/>
                  </w:sdtPr>
                  <w:sdtEndPr/>
                  <w:sdtContent>
                    <w:tc>
                      <w:tcPr>
                        <w:tcW w:w="3634" w:type="dxa"/>
                      </w:tcPr>
                      <w:p w14:paraId="70C6B0B6" w14:textId="30EBA922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342522762"/>
              <w:placeholder>
                <w:docPart w:val="5FFBF32E9D904B75AC9544B06A6DDF50"/>
              </w:placeholder>
              <w15:repeatingSectionItem/>
            </w:sdtPr>
            <w:sdtEndPr/>
            <w:sdtContent>
              <w:tr w:rsidR="00DD483C" w14:paraId="14E6411A" w14:textId="77777777" w:rsidTr="00B24AF3">
                <w:sdt>
                  <w:sdtPr>
                    <w:rPr>
                      <w:lang w:val="en-GB"/>
                    </w:rPr>
                    <w:id w:val="-1115439181"/>
                    <w:placeholder>
                      <w:docPart w:val="26FAE8DBF7C54DA8A02FDBE7FB71DEBE"/>
                    </w:placeholder>
                    <w:showingPlcHdr/>
                  </w:sdtPr>
                  <w:sdtEndPr/>
                  <w:sdtContent>
                    <w:tc>
                      <w:tcPr>
                        <w:tcW w:w="5382" w:type="dxa"/>
                      </w:tcPr>
                      <w:p w14:paraId="14BE179B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873671405"/>
                    <w:placeholder>
                      <w:docPart w:val="F6483CFD1CBB41BCA09701F4087F7FCF"/>
                    </w:placeholder>
                    <w:showingPlcHdr/>
                  </w:sdtPr>
                  <w:sdtEndPr/>
                  <w:sdtContent>
                    <w:tc>
                      <w:tcPr>
                        <w:tcW w:w="3634" w:type="dxa"/>
                      </w:tcPr>
                      <w:p w14:paraId="5B9C43EA" w14:textId="657D427E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-617758804"/>
              <w:placeholder>
                <w:docPart w:val="7E39F2AEB4554F11BEC234FA3E93221A"/>
              </w:placeholder>
              <w15:repeatingSectionItem/>
            </w:sdtPr>
            <w:sdtEndPr/>
            <w:sdtContent>
              <w:tr w:rsidR="00DD483C" w14:paraId="33A2A3C0" w14:textId="77777777" w:rsidTr="00B24AF3">
                <w:sdt>
                  <w:sdtPr>
                    <w:rPr>
                      <w:lang w:val="en-GB"/>
                    </w:rPr>
                    <w:id w:val="-1670327347"/>
                    <w:placeholder>
                      <w:docPart w:val="901384F49CF24746B451BA57C416831D"/>
                    </w:placeholder>
                    <w:showingPlcHdr/>
                  </w:sdtPr>
                  <w:sdtEndPr/>
                  <w:sdtContent>
                    <w:tc>
                      <w:tcPr>
                        <w:tcW w:w="5382" w:type="dxa"/>
                      </w:tcPr>
                      <w:p w14:paraId="0806E5FB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610748791"/>
                    <w:placeholder>
                      <w:docPart w:val="FAA3B5B17CF14564B36F024F831A2F8C"/>
                    </w:placeholder>
                    <w:showingPlcHdr/>
                  </w:sdtPr>
                  <w:sdtEndPr/>
                  <w:sdtContent>
                    <w:tc>
                      <w:tcPr>
                        <w:tcW w:w="3634" w:type="dxa"/>
                      </w:tcPr>
                      <w:p w14:paraId="0BB180B0" w14:textId="17D57C48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4C437F6F" w14:textId="77777777" w:rsidR="00C71FAB" w:rsidRDefault="00C71FAB"/>
    <w:p w14:paraId="62D65574" w14:textId="77777777" w:rsidR="00C71FAB" w:rsidRPr="00C71FAB" w:rsidRDefault="00C71FAB" w:rsidP="00C71FAB">
      <w:pPr>
        <w:pStyle w:val="Heading1"/>
      </w:pPr>
      <w:r w:rsidRPr="00C71FAB">
        <w:t>Membership of dermatological societies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3634"/>
      </w:tblGrid>
      <w:tr w:rsidR="00C71FAB" w:rsidRPr="00C71FAB" w14:paraId="0B06011F" w14:textId="77777777" w:rsidTr="00B24AF3">
        <w:tc>
          <w:tcPr>
            <w:tcW w:w="5382" w:type="dxa"/>
            <w:vAlign w:val="center"/>
          </w:tcPr>
          <w:p w14:paraId="6E721A3B" w14:textId="1555A6E9" w:rsidR="00C71FAB" w:rsidRPr="00C71FAB" w:rsidRDefault="00C71FAB" w:rsidP="00496A0D">
            <w:pPr>
              <w:jc w:val="center"/>
              <w:rPr>
                <w:b/>
                <w:bCs/>
                <w:lang w:val="en-GB"/>
              </w:rPr>
            </w:pPr>
            <w:r w:rsidRPr="00C71FAB">
              <w:rPr>
                <w:b/>
                <w:bCs/>
                <w:lang w:val="en-GB"/>
              </w:rPr>
              <w:t xml:space="preserve">Name of </w:t>
            </w:r>
            <w:r>
              <w:rPr>
                <w:b/>
                <w:bCs/>
                <w:lang w:val="en-GB"/>
              </w:rPr>
              <w:t>society</w:t>
            </w:r>
          </w:p>
        </w:tc>
        <w:tc>
          <w:tcPr>
            <w:tcW w:w="3634" w:type="dxa"/>
            <w:vAlign w:val="center"/>
          </w:tcPr>
          <w:p w14:paraId="2A654B49" w14:textId="6A321466" w:rsidR="00C71FAB" w:rsidRPr="00C71FAB" w:rsidRDefault="00C71FAB" w:rsidP="00496A0D">
            <w:pPr>
              <w:jc w:val="center"/>
              <w:rPr>
                <w:b/>
                <w:bCs/>
                <w:lang w:val="en-GB"/>
              </w:rPr>
            </w:pPr>
            <w:r w:rsidRPr="00C71FAB">
              <w:rPr>
                <w:b/>
                <w:bCs/>
                <w:lang w:val="en-GB"/>
              </w:rPr>
              <w:t xml:space="preserve">Year </w:t>
            </w:r>
            <w:r>
              <w:rPr>
                <w:b/>
                <w:bCs/>
                <w:lang w:val="en-GB"/>
              </w:rPr>
              <w:t>joined</w:t>
            </w:r>
          </w:p>
        </w:tc>
      </w:tr>
      <w:tr w:rsidR="00C71FAB" w14:paraId="60A4D418" w14:textId="77777777" w:rsidTr="00B24AF3">
        <w:sdt>
          <w:sdtPr>
            <w:rPr>
              <w:lang w:val="en-GB"/>
            </w:rPr>
            <w:id w:val="-171028164"/>
            <w:placeholder>
              <w:docPart w:val="16B95228750948859B273991A8447024"/>
            </w:placeholder>
            <w:showingPlcHdr/>
          </w:sdtPr>
          <w:sdtEndPr/>
          <w:sdtContent>
            <w:tc>
              <w:tcPr>
                <w:tcW w:w="5382" w:type="dxa"/>
              </w:tcPr>
              <w:p w14:paraId="0065AE53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939222926"/>
            <w:placeholder>
              <w:docPart w:val="16B95228750948859B273991A8447024"/>
            </w:placeholder>
            <w:showingPlcHdr/>
          </w:sdtPr>
          <w:sdtEndPr/>
          <w:sdtContent>
            <w:tc>
              <w:tcPr>
                <w:tcW w:w="3634" w:type="dxa"/>
              </w:tcPr>
              <w:p w14:paraId="57DD5222" w14:textId="6E54E5CA" w:rsidR="00C71FAB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-1683880480"/>
          <w15:repeatingSection/>
        </w:sdtPr>
        <w:sdtEndPr/>
        <w:sdtContent>
          <w:sdt>
            <w:sdtPr>
              <w:rPr>
                <w:lang w:val="en-GB"/>
              </w:rPr>
              <w:id w:val="-1206168776"/>
              <w:placeholder>
                <w:docPart w:val="14FEE8BB9D5B45B3861608D239F05C0F"/>
              </w:placeholder>
              <w15:repeatingSectionItem/>
            </w:sdtPr>
            <w:sdtEndPr/>
            <w:sdtContent>
              <w:tr w:rsidR="00C71FAB" w14:paraId="25B58C40" w14:textId="77777777" w:rsidTr="00B24AF3">
                <w:sdt>
                  <w:sdtPr>
                    <w:rPr>
                      <w:lang w:val="en-GB"/>
                    </w:rPr>
                    <w:id w:val="-236556215"/>
                    <w:placeholder>
                      <w:docPart w:val="16B95228750948859B273991A8447024"/>
                    </w:placeholder>
                    <w:showingPlcHdr/>
                  </w:sdtPr>
                  <w:sdtEndPr/>
                  <w:sdtContent>
                    <w:tc>
                      <w:tcPr>
                        <w:tcW w:w="5382" w:type="dxa"/>
                      </w:tcPr>
                      <w:p w14:paraId="2E697A9B" w14:textId="5FFAFB08" w:rsidR="00C71FAB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53343773"/>
                    <w:placeholder>
                      <w:docPart w:val="16B95228750948859B273991A8447024"/>
                    </w:placeholder>
                    <w:showingPlcHdr/>
                  </w:sdtPr>
                  <w:sdtEndPr/>
                  <w:sdtContent>
                    <w:tc>
                      <w:tcPr>
                        <w:tcW w:w="3634" w:type="dxa"/>
                      </w:tcPr>
                      <w:p w14:paraId="1F9156A4" w14:textId="60413985" w:rsidR="00C71FAB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-2068870240"/>
              <w:placeholder>
                <w:docPart w:val="1F17F1DC540A4518A844AC746D8585F4"/>
              </w:placeholder>
              <w15:repeatingSectionItem/>
            </w:sdtPr>
            <w:sdtEndPr/>
            <w:sdtContent>
              <w:tr w:rsidR="00DD483C" w14:paraId="4ED0C31E" w14:textId="77777777" w:rsidTr="00B24AF3">
                <w:sdt>
                  <w:sdtPr>
                    <w:rPr>
                      <w:lang w:val="en-GB"/>
                    </w:rPr>
                    <w:id w:val="-588228313"/>
                    <w:placeholder>
                      <w:docPart w:val="6FBA12F07A5D41B894BCB2B6B6311932"/>
                    </w:placeholder>
                    <w:showingPlcHdr/>
                  </w:sdtPr>
                  <w:sdtEndPr/>
                  <w:sdtContent>
                    <w:tc>
                      <w:tcPr>
                        <w:tcW w:w="5382" w:type="dxa"/>
                      </w:tcPr>
                      <w:p w14:paraId="06F3760B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821722212"/>
                    <w:placeholder>
                      <w:docPart w:val="6FBA12F07A5D41B894BCB2B6B6311932"/>
                    </w:placeholder>
                    <w:showingPlcHdr/>
                  </w:sdtPr>
                  <w:sdtEndPr/>
                  <w:sdtContent>
                    <w:tc>
                      <w:tcPr>
                        <w:tcW w:w="3634" w:type="dxa"/>
                      </w:tcPr>
                      <w:p w14:paraId="45043E24" w14:textId="58C9A31C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7BB42AC1" w14:textId="77777777" w:rsidR="00C71FAB" w:rsidRDefault="00C71FAB"/>
    <w:p w14:paraId="0C92A598" w14:textId="77777777" w:rsidR="00DD483C" w:rsidRDefault="00DD483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80A1E26" w14:textId="145B45D5" w:rsidR="00C71FAB" w:rsidRPr="00C71FAB" w:rsidRDefault="00C71FAB" w:rsidP="00C71FAB">
      <w:pPr>
        <w:pStyle w:val="Heading1"/>
      </w:pPr>
      <w:r w:rsidRPr="00C71FAB">
        <w:lastRenderedPageBreak/>
        <w:t>Dermatological Publications</w:t>
      </w:r>
    </w:p>
    <w:p w14:paraId="21AD6E5B" w14:textId="77777777" w:rsidR="00C71FAB" w:rsidRDefault="00C71FAB" w:rsidP="00C71FAB">
      <w:pPr>
        <w:pStyle w:val="Heading2"/>
      </w:pPr>
      <w:r w:rsidRPr="528D7560">
        <w:t>1st Author: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555"/>
        <w:gridCol w:w="1701"/>
        <w:gridCol w:w="3685"/>
        <w:gridCol w:w="2126"/>
      </w:tblGrid>
      <w:tr w:rsidR="00C71FAB" w14:paraId="2013D262" w14:textId="77777777" w:rsidTr="00C71FAB">
        <w:tc>
          <w:tcPr>
            <w:tcW w:w="1555" w:type="dxa"/>
            <w:vAlign w:val="center"/>
          </w:tcPr>
          <w:p w14:paraId="156F5C92" w14:textId="3D976401" w:rsidR="00C71FAB" w:rsidRPr="00C71FAB" w:rsidRDefault="00C71FAB" w:rsidP="00C71FAB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Journal name</w:t>
            </w:r>
          </w:p>
        </w:tc>
        <w:tc>
          <w:tcPr>
            <w:tcW w:w="1701" w:type="dxa"/>
            <w:vAlign w:val="center"/>
          </w:tcPr>
          <w:p w14:paraId="6C3F19C3" w14:textId="77777777" w:rsidR="00C71FAB" w:rsidRPr="00C71FAB" w:rsidRDefault="00C71FAB" w:rsidP="00C71FAB">
            <w:pPr>
              <w:jc w:val="center"/>
              <w:rPr>
                <w:b/>
                <w:bCs/>
                <w:lang w:val="en-GB"/>
              </w:rPr>
            </w:pPr>
            <w:r w:rsidRPr="00C71FAB">
              <w:rPr>
                <w:b/>
                <w:bCs/>
                <w:lang w:val="en-GB"/>
              </w:rPr>
              <w:t>Impact factor</w:t>
            </w:r>
          </w:p>
        </w:tc>
        <w:tc>
          <w:tcPr>
            <w:tcW w:w="3685" w:type="dxa"/>
            <w:vAlign w:val="center"/>
          </w:tcPr>
          <w:p w14:paraId="4BCC4E0B" w14:textId="77777777" w:rsidR="00C71FAB" w:rsidRPr="00C71FAB" w:rsidRDefault="00C71FAB" w:rsidP="00C71FAB">
            <w:pPr>
              <w:jc w:val="center"/>
              <w:rPr>
                <w:b/>
                <w:bCs/>
                <w:lang w:val="en-GB"/>
              </w:rPr>
            </w:pPr>
            <w:r w:rsidRPr="00C71FAB">
              <w:rPr>
                <w:b/>
                <w:bCs/>
                <w:lang w:val="en-GB"/>
              </w:rPr>
              <w:t>Title of paper</w:t>
            </w:r>
          </w:p>
        </w:tc>
        <w:tc>
          <w:tcPr>
            <w:tcW w:w="2126" w:type="dxa"/>
            <w:vAlign w:val="center"/>
          </w:tcPr>
          <w:p w14:paraId="77DACDBD" w14:textId="77777777" w:rsidR="00C71FAB" w:rsidRPr="00C71FAB" w:rsidRDefault="00C71FAB" w:rsidP="00C71FAB">
            <w:pPr>
              <w:jc w:val="center"/>
              <w:rPr>
                <w:b/>
                <w:bCs/>
                <w:lang w:val="en-GB"/>
              </w:rPr>
            </w:pPr>
            <w:r w:rsidRPr="00C71FAB">
              <w:rPr>
                <w:b/>
                <w:bCs/>
                <w:lang w:val="en-GB"/>
              </w:rPr>
              <w:t>Date of publication</w:t>
            </w:r>
          </w:p>
        </w:tc>
      </w:tr>
      <w:tr w:rsidR="00C71FAB" w14:paraId="6E9E6833" w14:textId="77777777" w:rsidTr="00C71FAB">
        <w:sdt>
          <w:sdtPr>
            <w:rPr>
              <w:lang w:val="en-GB"/>
            </w:rPr>
            <w:id w:val="-976301616"/>
            <w:placeholder>
              <w:docPart w:val="10F1EE434F5A44E181E593E7752F56DD"/>
            </w:placeholder>
            <w:showingPlcHdr/>
          </w:sdtPr>
          <w:sdtEndPr/>
          <w:sdtContent>
            <w:tc>
              <w:tcPr>
                <w:tcW w:w="1555" w:type="dxa"/>
              </w:tcPr>
              <w:p w14:paraId="337AC3DB" w14:textId="421FD7C2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214941127"/>
            <w:placeholder>
              <w:docPart w:val="B40C584BB7E545F2879BA9633C74D256"/>
            </w:placeholder>
            <w:showingPlcHdr/>
          </w:sdtPr>
          <w:sdtEndPr/>
          <w:sdtContent>
            <w:tc>
              <w:tcPr>
                <w:tcW w:w="1701" w:type="dxa"/>
              </w:tcPr>
              <w:p w14:paraId="07B882A0" w14:textId="6CFC8C53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647882667"/>
            <w:placeholder>
              <w:docPart w:val="B7E38A93B8E5445D9BEE8158E2F84542"/>
            </w:placeholder>
            <w:showingPlcHdr/>
          </w:sdtPr>
          <w:sdtEndPr/>
          <w:sdtContent>
            <w:tc>
              <w:tcPr>
                <w:tcW w:w="3685" w:type="dxa"/>
              </w:tcPr>
              <w:p w14:paraId="4C77F457" w14:textId="3A48BE72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2125613126"/>
            <w:placeholder>
              <w:docPart w:val="0295984F86F44A4D99FC09EE4C51D246"/>
            </w:placeholder>
            <w:showingPlcHdr/>
          </w:sdtPr>
          <w:sdtEndPr/>
          <w:sdtContent>
            <w:tc>
              <w:tcPr>
                <w:tcW w:w="2126" w:type="dxa"/>
              </w:tcPr>
              <w:p w14:paraId="30E57AA2" w14:textId="6912C831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1FAB" w14:paraId="7640285E" w14:textId="77777777" w:rsidTr="00C71FAB">
        <w:sdt>
          <w:sdtPr>
            <w:rPr>
              <w:lang w:val="en-GB"/>
            </w:rPr>
            <w:id w:val="325718970"/>
            <w:placeholder>
              <w:docPart w:val="8F450B719FE3485F8827E3FE0B57CF7B"/>
            </w:placeholder>
            <w:showingPlcHdr/>
          </w:sdtPr>
          <w:sdtEndPr/>
          <w:sdtContent>
            <w:tc>
              <w:tcPr>
                <w:tcW w:w="1555" w:type="dxa"/>
              </w:tcPr>
              <w:p w14:paraId="4E105414" w14:textId="12D9A160" w:rsidR="00C71FAB" w:rsidRDefault="00C71FAB" w:rsidP="00C71FA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631675603"/>
            <w:placeholder>
              <w:docPart w:val="7DDD901793894AB394970CAF054766F7"/>
            </w:placeholder>
            <w:showingPlcHdr/>
          </w:sdtPr>
          <w:sdtEndPr/>
          <w:sdtContent>
            <w:tc>
              <w:tcPr>
                <w:tcW w:w="1701" w:type="dxa"/>
              </w:tcPr>
              <w:p w14:paraId="63765E4D" w14:textId="48BEB304" w:rsidR="00C71FAB" w:rsidRDefault="00C71FAB" w:rsidP="00C71FA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374078542"/>
            <w:placeholder>
              <w:docPart w:val="E704E279F493452781E2A8CEEC24B5BB"/>
            </w:placeholder>
            <w:showingPlcHdr/>
          </w:sdtPr>
          <w:sdtEndPr/>
          <w:sdtContent>
            <w:tc>
              <w:tcPr>
                <w:tcW w:w="3685" w:type="dxa"/>
              </w:tcPr>
              <w:p w14:paraId="4F0CA469" w14:textId="15962D1A" w:rsidR="00C71FAB" w:rsidRDefault="00C71FAB" w:rsidP="00C71FA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34769206"/>
            <w:placeholder>
              <w:docPart w:val="04DDA817443C4FD5A8D3A9ED71F76113"/>
            </w:placeholder>
            <w:showingPlcHdr/>
          </w:sdtPr>
          <w:sdtEndPr/>
          <w:sdtContent>
            <w:tc>
              <w:tcPr>
                <w:tcW w:w="2126" w:type="dxa"/>
              </w:tcPr>
              <w:p w14:paraId="330C3453" w14:textId="1BF1D241" w:rsidR="00C71FAB" w:rsidRDefault="00C71FAB" w:rsidP="00C71FA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-205030705"/>
          <w15:repeatingSection/>
        </w:sdtPr>
        <w:sdtEndPr/>
        <w:sdtContent>
          <w:sdt>
            <w:sdtPr>
              <w:rPr>
                <w:lang w:val="en-GB"/>
              </w:rPr>
              <w:id w:val="-1180737444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C71FAB" w14:paraId="0687C760" w14:textId="77777777" w:rsidTr="00C71FAB">
                <w:sdt>
                  <w:sdtPr>
                    <w:rPr>
                      <w:lang w:val="en-GB"/>
                    </w:rPr>
                    <w:id w:val="-971905640"/>
                    <w:placeholder>
                      <w:docPart w:val="0DB7386910054A43A9EDAECFBD75876A"/>
                    </w:placeholder>
                    <w:showingPlcHdr/>
                  </w:sdtPr>
                  <w:sdtEndPr/>
                  <w:sdtContent>
                    <w:tc>
                      <w:tcPr>
                        <w:tcW w:w="1555" w:type="dxa"/>
                      </w:tcPr>
                      <w:p w14:paraId="1659A4A6" w14:textId="2CC33970" w:rsidR="00C71FAB" w:rsidRDefault="00C71FAB" w:rsidP="00C71FAB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924533775"/>
                    <w:placeholder>
                      <w:docPart w:val="21F136CA1CC045C798AC5BA59B6D2BD4"/>
                    </w:placeholder>
                    <w:showingPlcHdr/>
                  </w:sdtPr>
                  <w:sdtEndPr/>
                  <w:sdtContent>
                    <w:tc>
                      <w:tcPr>
                        <w:tcW w:w="1701" w:type="dxa"/>
                      </w:tcPr>
                      <w:p w14:paraId="080E2995" w14:textId="4DBC14E5" w:rsidR="00C71FAB" w:rsidRDefault="00C71FAB" w:rsidP="00C71FAB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336914150"/>
                    <w:placeholder>
                      <w:docPart w:val="4D852D34F8924C6ABD9A772F9C080873"/>
                    </w:placeholder>
                    <w:showingPlcHdr/>
                  </w:sdtPr>
                  <w:sdtEndPr/>
                  <w:sdtContent>
                    <w:tc>
                      <w:tcPr>
                        <w:tcW w:w="3685" w:type="dxa"/>
                      </w:tcPr>
                      <w:p w14:paraId="225DF23A" w14:textId="718BAE2C" w:rsidR="00C71FAB" w:rsidRDefault="00C71FAB" w:rsidP="00C71FAB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85153704"/>
                    <w:placeholder>
                      <w:docPart w:val="201355B7C5634028946BD6AB7E6043F7"/>
                    </w:placeholder>
                    <w:showingPlcHdr/>
                  </w:sdtPr>
                  <w:sdtEndPr/>
                  <w:sdtContent>
                    <w:tc>
                      <w:tcPr>
                        <w:tcW w:w="2126" w:type="dxa"/>
                      </w:tcPr>
                      <w:p w14:paraId="09225E49" w14:textId="3922FDF9" w:rsidR="00C71FAB" w:rsidRDefault="00C71FAB" w:rsidP="00C71FAB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-352882793"/>
              <w:placeholder>
                <w:docPart w:val="E55EC93F111D4FB186A3192CEFEF02EC"/>
              </w:placeholder>
              <w15:repeatingSectionItem/>
            </w:sdtPr>
            <w:sdtEndPr/>
            <w:sdtContent>
              <w:tr w:rsidR="00DD483C" w14:paraId="5DD6090F" w14:textId="77777777" w:rsidTr="00C71FAB">
                <w:sdt>
                  <w:sdtPr>
                    <w:rPr>
                      <w:lang w:val="en-GB"/>
                    </w:rPr>
                    <w:id w:val="1087580231"/>
                    <w:placeholder>
                      <w:docPart w:val="BE7C403652B14722A96332BCDEBE92AB"/>
                    </w:placeholder>
                    <w:showingPlcHdr/>
                  </w:sdtPr>
                  <w:sdtEndPr/>
                  <w:sdtContent>
                    <w:tc>
                      <w:tcPr>
                        <w:tcW w:w="1555" w:type="dxa"/>
                      </w:tcPr>
                      <w:p w14:paraId="4C8739E0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880977648"/>
                    <w:placeholder>
                      <w:docPart w:val="B8F35BABCCA445B4BDAA6DE29C247095"/>
                    </w:placeholder>
                    <w:showingPlcHdr/>
                  </w:sdtPr>
                  <w:sdtEndPr/>
                  <w:sdtContent>
                    <w:tc>
                      <w:tcPr>
                        <w:tcW w:w="1701" w:type="dxa"/>
                      </w:tcPr>
                      <w:p w14:paraId="7AC41C04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42055377"/>
                    <w:placeholder>
                      <w:docPart w:val="FDC2993B70954D40A6013B3915494301"/>
                    </w:placeholder>
                    <w:showingPlcHdr/>
                  </w:sdtPr>
                  <w:sdtEndPr/>
                  <w:sdtContent>
                    <w:tc>
                      <w:tcPr>
                        <w:tcW w:w="3685" w:type="dxa"/>
                      </w:tcPr>
                      <w:p w14:paraId="5073B6E5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412095258"/>
                    <w:placeholder>
                      <w:docPart w:val="5E9F7A3413814E77A4AAAF6B4CA02D5B"/>
                    </w:placeholder>
                    <w:showingPlcHdr/>
                  </w:sdtPr>
                  <w:sdtEndPr/>
                  <w:sdtContent>
                    <w:tc>
                      <w:tcPr>
                        <w:tcW w:w="2126" w:type="dxa"/>
                      </w:tcPr>
                      <w:p w14:paraId="023C4956" w14:textId="62D1FC26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0883EC3A" w14:textId="77777777" w:rsidR="00C71FAB" w:rsidRDefault="00C71FAB"/>
    <w:p w14:paraId="766B678F" w14:textId="77777777" w:rsidR="00C71FAB" w:rsidRDefault="00C71FAB" w:rsidP="00C71FAB">
      <w:pPr>
        <w:pStyle w:val="Heading2"/>
      </w:pPr>
      <w:r w:rsidRPr="528D7560">
        <w:t>Joint author: (not first)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555"/>
        <w:gridCol w:w="1701"/>
        <w:gridCol w:w="3685"/>
        <w:gridCol w:w="2126"/>
      </w:tblGrid>
      <w:tr w:rsidR="00C71FAB" w14:paraId="356D7313" w14:textId="77777777" w:rsidTr="00496A0D">
        <w:tc>
          <w:tcPr>
            <w:tcW w:w="1555" w:type="dxa"/>
            <w:vAlign w:val="center"/>
          </w:tcPr>
          <w:p w14:paraId="53EECAC3" w14:textId="77777777" w:rsidR="00C71FAB" w:rsidRPr="00C71FAB" w:rsidRDefault="00C71FAB" w:rsidP="00496A0D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Journal name</w:t>
            </w:r>
          </w:p>
        </w:tc>
        <w:tc>
          <w:tcPr>
            <w:tcW w:w="1701" w:type="dxa"/>
            <w:vAlign w:val="center"/>
          </w:tcPr>
          <w:p w14:paraId="0AE58C5C" w14:textId="77777777" w:rsidR="00C71FAB" w:rsidRPr="00C71FAB" w:rsidRDefault="00C71FAB" w:rsidP="00496A0D">
            <w:pPr>
              <w:jc w:val="center"/>
              <w:rPr>
                <w:b/>
                <w:bCs/>
                <w:lang w:val="en-GB"/>
              </w:rPr>
            </w:pPr>
            <w:r w:rsidRPr="00C71FAB">
              <w:rPr>
                <w:b/>
                <w:bCs/>
                <w:lang w:val="en-GB"/>
              </w:rPr>
              <w:t>Impact factor</w:t>
            </w:r>
          </w:p>
        </w:tc>
        <w:tc>
          <w:tcPr>
            <w:tcW w:w="3685" w:type="dxa"/>
            <w:vAlign w:val="center"/>
          </w:tcPr>
          <w:p w14:paraId="23466005" w14:textId="77777777" w:rsidR="00C71FAB" w:rsidRPr="00C71FAB" w:rsidRDefault="00C71FAB" w:rsidP="00496A0D">
            <w:pPr>
              <w:jc w:val="center"/>
              <w:rPr>
                <w:b/>
                <w:bCs/>
                <w:lang w:val="en-GB"/>
              </w:rPr>
            </w:pPr>
            <w:r w:rsidRPr="00C71FAB">
              <w:rPr>
                <w:b/>
                <w:bCs/>
                <w:lang w:val="en-GB"/>
              </w:rPr>
              <w:t>Title of paper</w:t>
            </w:r>
          </w:p>
        </w:tc>
        <w:tc>
          <w:tcPr>
            <w:tcW w:w="2126" w:type="dxa"/>
            <w:vAlign w:val="center"/>
          </w:tcPr>
          <w:p w14:paraId="5DDE54F0" w14:textId="77777777" w:rsidR="00C71FAB" w:rsidRPr="00C71FAB" w:rsidRDefault="00C71FAB" w:rsidP="00496A0D">
            <w:pPr>
              <w:jc w:val="center"/>
              <w:rPr>
                <w:b/>
                <w:bCs/>
                <w:lang w:val="en-GB"/>
              </w:rPr>
            </w:pPr>
            <w:r w:rsidRPr="00C71FAB">
              <w:rPr>
                <w:b/>
                <w:bCs/>
                <w:lang w:val="en-GB"/>
              </w:rPr>
              <w:t>Date of publication</w:t>
            </w:r>
          </w:p>
        </w:tc>
      </w:tr>
      <w:tr w:rsidR="00C71FAB" w14:paraId="17F59DF8" w14:textId="77777777" w:rsidTr="00496A0D">
        <w:sdt>
          <w:sdtPr>
            <w:rPr>
              <w:lang w:val="en-GB"/>
            </w:rPr>
            <w:id w:val="-608349060"/>
            <w:placeholder>
              <w:docPart w:val="CB682F3159C7437FBED2ADF24281A56B"/>
            </w:placeholder>
            <w:showingPlcHdr/>
          </w:sdtPr>
          <w:sdtEndPr/>
          <w:sdtContent>
            <w:tc>
              <w:tcPr>
                <w:tcW w:w="1555" w:type="dxa"/>
              </w:tcPr>
              <w:p w14:paraId="42E46B5B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724404342"/>
            <w:placeholder>
              <w:docPart w:val="CB682F3159C7437FBED2ADF24281A56B"/>
            </w:placeholder>
            <w:showingPlcHdr/>
          </w:sdtPr>
          <w:sdtEndPr/>
          <w:sdtContent>
            <w:tc>
              <w:tcPr>
                <w:tcW w:w="1701" w:type="dxa"/>
              </w:tcPr>
              <w:p w14:paraId="4FF75886" w14:textId="4F5B2D3C" w:rsidR="00C71FAB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730383417"/>
            <w:placeholder>
              <w:docPart w:val="CB682F3159C7437FBED2ADF24281A56B"/>
            </w:placeholder>
            <w:showingPlcHdr/>
          </w:sdtPr>
          <w:sdtEndPr/>
          <w:sdtContent>
            <w:tc>
              <w:tcPr>
                <w:tcW w:w="3685" w:type="dxa"/>
              </w:tcPr>
              <w:p w14:paraId="5F0BFE0B" w14:textId="068326BF" w:rsidR="00C71FAB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714574345"/>
            <w:placeholder>
              <w:docPart w:val="CB682F3159C7437FBED2ADF24281A56B"/>
            </w:placeholder>
            <w:showingPlcHdr/>
          </w:sdtPr>
          <w:sdtEndPr/>
          <w:sdtContent>
            <w:tc>
              <w:tcPr>
                <w:tcW w:w="2126" w:type="dxa"/>
              </w:tcPr>
              <w:p w14:paraId="6A1DE561" w14:textId="45233D74" w:rsidR="00C71FAB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1FAB" w14:paraId="72C73B2B" w14:textId="77777777" w:rsidTr="00496A0D">
        <w:sdt>
          <w:sdtPr>
            <w:rPr>
              <w:lang w:val="en-GB"/>
            </w:rPr>
            <w:id w:val="2032064829"/>
            <w:placeholder>
              <w:docPart w:val="A05484B11E7448A2B18ED6F97E1B6532"/>
            </w:placeholder>
            <w:showingPlcHdr/>
          </w:sdtPr>
          <w:sdtEndPr/>
          <w:sdtContent>
            <w:tc>
              <w:tcPr>
                <w:tcW w:w="1555" w:type="dxa"/>
              </w:tcPr>
              <w:p w14:paraId="44BA03DE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596753205"/>
            <w:placeholder>
              <w:docPart w:val="BA46E1AB5C6E4F7D838FC83E170DA7C7"/>
            </w:placeholder>
            <w:showingPlcHdr/>
          </w:sdtPr>
          <w:sdtEndPr/>
          <w:sdtContent>
            <w:tc>
              <w:tcPr>
                <w:tcW w:w="1701" w:type="dxa"/>
              </w:tcPr>
              <w:p w14:paraId="2F332E25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922625209"/>
            <w:placeholder>
              <w:docPart w:val="3D5F40D85F7F4CD4B447AC2B146DB076"/>
            </w:placeholder>
            <w:showingPlcHdr/>
          </w:sdtPr>
          <w:sdtEndPr/>
          <w:sdtContent>
            <w:tc>
              <w:tcPr>
                <w:tcW w:w="3685" w:type="dxa"/>
              </w:tcPr>
              <w:p w14:paraId="597E1AC1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389533650"/>
            <w:placeholder>
              <w:docPart w:val="BA310A9C7A014DDF9E049241AD1E19AA"/>
            </w:placeholder>
            <w:showingPlcHdr/>
          </w:sdtPr>
          <w:sdtEndPr/>
          <w:sdtContent>
            <w:tc>
              <w:tcPr>
                <w:tcW w:w="2126" w:type="dxa"/>
              </w:tcPr>
              <w:p w14:paraId="55D54BBB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-2135929923"/>
          <w15:repeatingSection/>
        </w:sdtPr>
        <w:sdtEndPr/>
        <w:sdtContent>
          <w:sdt>
            <w:sdtPr>
              <w:rPr>
                <w:lang w:val="en-GB"/>
              </w:rPr>
              <w:id w:val="-466514046"/>
              <w:placeholder>
                <w:docPart w:val="ED14A24F39E54F8FBEBA54292DE77560"/>
              </w:placeholder>
              <w15:repeatingSectionItem/>
            </w:sdtPr>
            <w:sdtEndPr/>
            <w:sdtContent>
              <w:tr w:rsidR="00C71FAB" w14:paraId="3D92380E" w14:textId="77777777" w:rsidTr="00496A0D">
                <w:sdt>
                  <w:sdtPr>
                    <w:rPr>
                      <w:lang w:val="en-GB"/>
                    </w:rPr>
                    <w:id w:val="-810861988"/>
                    <w:placeholder>
                      <w:docPart w:val="308FBDA9B45C4701B0C05AEF8ED75BC3"/>
                    </w:placeholder>
                    <w:showingPlcHdr/>
                  </w:sdtPr>
                  <w:sdtEndPr/>
                  <w:sdtContent>
                    <w:tc>
                      <w:tcPr>
                        <w:tcW w:w="1555" w:type="dxa"/>
                      </w:tcPr>
                      <w:p w14:paraId="6035D296" w14:textId="7EB180D2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999998483"/>
                    <w:placeholder>
                      <w:docPart w:val="199C243DDFDA4F028527A9A4A4F18649"/>
                    </w:placeholder>
                    <w:showingPlcHdr/>
                  </w:sdtPr>
                  <w:sdtEndPr/>
                  <w:sdtContent>
                    <w:tc>
                      <w:tcPr>
                        <w:tcW w:w="1701" w:type="dxa"/>
                      </w:tcPr>
                      <w:p w14:paraId="0BDCA8F9" w14:textId="77777777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644155852"/>
                    <w:placeholder>
                      <w:docPart w:val="B0E7472F03B24077B2AB75F3055E3A74"/>
                    </w:placeholder>
                    <w:showingPlcHdr/>
                  </w:sdtPr>
                  <w:sdtEndPr/>
                  <w:sdtContent>
                    <w:tc>
                      <w:tcPr>
                        <w:tcW w:w="3685" w:type="dxa"/>
                      </w:tcPr>
                      <w:p w14:paraId="2B4B2230" w14:textId="77777777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601176525"/>
                    <w:placeholder>
                      <w:docPart w:val="408BEA7FF9FA4940A3E1A1AB60493DAF"/>
                    </w:placeholder>
                    <w:showingPlcHdr/>
                  </w:sdtPr>
                  <w:sdtEndPr/>
                  <w:sdtContent>
                    <w:tc>
                      <w:tcPr>
                        <w:tcW w:w="2126" w:type="dxa"/>
                      </w:tcPr>
                      <w:p w14:paraId="7C6B5B15" w14:textId="118F7FE4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262657265"/>
              <w:placeholder>
                <w:docPart w:val="61170E0537A4408893387EBFFFAF8BAD"/>
              </w:placeholder>
              <w15:repeatingSectionItem/>
            </w:sdtPr>
            <w:sdtEndPr/>
            <w:sdtContent>
              <w:tr w:rsidR="00DD483C" w14:paraId="09D9BD49" w14:textId="77777777" w:rsidTr="00496A0D">
                <w:sdt>
                  <w:sdtPr>
                    <w:rPr>
                      <w:lang w:val="en-GB"/>
                    </w:rPr>
                    <w:id w:val="-2004120160"/>
                    <w:placeholder>
                      <w:docPart w:val="5A149166FDF04F268230B9FFEB99B92F"/>
                    </w:placeholder>
                    <w:showingPlcHdr/>
                  </w:sdtPr>
                  <w:sdtEndPr/>
                  <w:sdtContent>
                    <w:tc>
                      <w:tcPr>
                        <w:tcW w:w="1555" w:type="dxa"/>
                      </w:tcPr>
                      <w:p w14:paraId="22F79406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916696546"/>
                    <w:placeholder>
                      <w:docPart w:val="5A420BBD1E624A859916DA8D1D8302BC"/>
                    </w:placeholder>
                    <w:showingPlcHdr/>
                  </w:sdtPr>
                  <w:sdtEndPr/>
                  <w:sdtContent>
                    <w:tc>
                      <w:tcPr>
                        <w:tcW w:w="1701" w:type="dxa"/>
                      </w:tcPr>
                      <w:p w14:paraId="0EF66886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402486604"/>
                    <w:placeholder>
                      <w:docPart w:val="24F732B9168F4D3BB882CEA6720903FC"/>
                    </w:placeholder>
                    <w:showingPlcHdr/>
                  </w:sdtPr>
                  <w:sdtEndPr/>
                  <w:sdtContent>
                    <w:tc>
                      <w:tcPr>
                        <w:tcW w:w="3685" w:type="dxa"/>
                      </w:tcPr>
                      <w:p w14:paraId="1E1494F4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558229807"/>
                    <w:placeholder>
                      <w:docPart w:val="D26BDF15CA6A491C95AEBCAE06201611"/>
                    </w:placeholder>
                    <w:showingPlcHdr/>
                  </w:sdtPr>
                  <w:sdtEndPr/>
                  <w:sdtContent>
                    <w:tc>
                      <w:tcPr>
                        <w:tcW w:w="2126" w:type="dxa"/>
                      </w:tcPr>
                      <w:p w14:paraId="16A317EE" w14:textId="3581108D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2050495563"/>
              <w:placeholder>
                <w:docPart w:val="98731C3767E745D3955BEFFA8AC19D28"/>
              </w:placeholder>
              <w15:repeatingSectionItem/>
            </w:sdtPr>
            <w:sdtEndPr/>
            <w:sdtContent>
              <w:tr w:rsidR="00DD483C" w14:paraId="0B3BED0B" w14:textId="77777777" w:rsidTr="00496A0D">
                <w:sdt>
                  <w:sdtPr>
                    <w:rPr>
                      <w:lang w:val="en-GB"/>
                    </w:rPr>
                    <w:id w:val="-1029185400"/>
                    <w:placeholder>
                      <w:docPart w:val="EE4E2672458545188DDDA7BF64927F2B"/>
                    </w:placeholder>
                    <w:showingPlcHdr/>
                  </w:sdtPr>
                  <w:sdtEndPr/>
                  <w:sdtContent>
                    <w:tc>
                      <w:tcPr>
                        <w:tcW w:w="1555" w:type="dxa"/>
                      </w:tcPr>
                      <w:p w14:paraId="1EEA59C3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026378867"/>
                    <w:placeholder>
                      <w:docPart w:val="2B883F15FACA48969B24455892AF21AF"/>
                    </w:placeholder>
                    <w:showingPlcHdr/>
                  </w:sdtPr>
                  <w:sdtEndPr/>
                  <w:sdtContent>
                    <w:tc>
                      <w:tcPr>
                        <w:tcW w:w="1701" w:type="dxa"/>
                      </w:tcPr>
                      <w:p w14:paraId="1F824849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866947328"/>
                    <w:placeholder>
                      <w:docPart w:val="8CF9BA4B61E84C1D905D7818EEA5A101"/>
                    </w:placeholder>
                    <w:showingPlcHdr/>
                  </w:sdtPr>
                  <w:sdtEndPr/>
                  <w:sdtContent>
                    <w:tc>
                      <w:tcPr>
                        <w:tcW w:w="3685" w:type="dxa"/>
                      </w:tcPr>
                      <w:p w14:paraId="641BE612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73480576"/>
                    <w:placeholder>
                      <w:docPart w:val="840463F28D9F417B91987D42E6CBAB42"/>
                    </w:placeholder>
                    <w:showingPlcHdr/>
                  </w:sdtPr>
                  <w:sdtEndPr/>
                  <w:sdtContent>
                    <w:tc>
                      <w:tcPr>
                        <w:tcW w:w="2126" w:type="dxa"/>
                      </w:tcPr>
                      <w:p w14:paraId="1D561A4E" w14:textId="3BBDE2C5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6EAD4E53" w14:textId="77777777" w:rsidR="00C71FAB" w:rsidRDefault="00C71FAB"/>
    <w:p w14:paraId="0C93DD59" w14:textId="77777777" w:rsidR="00C71FAB" w:rsidRDefault="00C71FAB" w:rsidP="00C71FAB">
      <w:pPr>
        <w:pStyle w:val="Heading2"/>
      </w:pPr>
      <w:r w:rsidRPr="528D7560">
        <w:t xml:space="preserve">Case reports – 1st Author only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555"/>
        <w:gridCol w:w="1701"/>
        <w:gridCol w:w="3685"/>
        <w:gridCol w:w="2126"/>
      </w:tblGrid>
      <w:tr w:rsidR="00C71FAB" w14:paraId="4CE0692E" w14:textId="77777777" w:rsidTr="00496A0D">
        <w:tc>
          <w:tcPr>
            <w:tcW w:w="1555" w:type="dxa"/>
            <w:vAlign w:val="center"/>
          </w:tcPr>
          <w:p w14:paraId="54B76281" w14:textId="77777777" w:rsidR="00C71FAB" w:rsidRPr="00C71FAB" w:rsidRDefault="00C71FAB" w:rsidP="00496A0D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Journal name</w:t>
            </w:r>
          </w:p>
        </w:tc>
        <w:tc>
          <w:tcPr>
            <w:tcW w:w="1701" w:type="dxa"/>
            <w:vAlign w:val="center"/>
          </w:tcPr>
          <w:p w14:paraId="1A4AD54B" w14:textId="77777777" w:rsidR="00C71FAB" w:rsidRPr="00C71FAB" w:rsidRDefault="00C71FAB" w:rsidP="00496A0D">
            <w:pPr>
              <w:jc w:val="center"/>
              <w:rPr>
                <w:b/>
                <w:bCs/>
                <w:lang w:val="en-GB"/>
              </w:rPr>
            </w:pPr>
            <w:r w:rsidRPr="00C71FAB">
              <w:rPr>
                <w:b/>
                <w:bCs/>
                <w:lang w:val="en-GB"/>
              </w:rPr>
              <w:t>Impact factor</w:t>
            </w:r>
          </w:p>
        </w:tc>
        <w:tc>
          <w:tcPr>
            <w:tcW w:w="3685" w:type="dxa"/>
            <w:vAlign w:val="center"/>
          </w:tcPr>
          <w:p w14:paraId="43E55D56" w14:textId="77777777" w:rsidR="00C71FAB" w:rsidRPr="00C71FAB" w:rsidRDefault="00C71FAB" w:rsidP="00496A0D">
            <w:pPr>
              <w:jc w:val="center"/>
              <w:rPr>
                <w:b/>
                <w:bCs/>
                <w:lang w:val="en-GB"/>
              </w:rPr>
            </w:pPr>
            <w:r w:rsidRPr="00C71FAB">
              <w:rPr>
                <w:b/>
                <w:bCs/>
                <w:lang w:val="en-GB"/>
              </w:rPr>
              <w:t>Title of paper</w:t>
            </w:r>
          </w:p>
        </w:tc>
        <w:tc>
          <w:tcPr>
            <w:tcW w:w="2126" w:type="dxa"/>
            <w:vAlign w:val="center"/>
          </w:tcPr>
          <w:p w14:paraId="513A83D5" w14:textId="77777777" w:rsidR="00C71FAB" w:rsidRPr="00C71FAB" w:rsidRDefault="00C71FAB" w:rsidP="00496A0D">
            <w:pPr>
              <w:jc w:val="center"/>
              <w:rPr>
                <w:b/>
                <w:bCs/>
                <w:lang w:val="en-GB"/>
              </w:rPr>
            </w:pPr>
            <w:r w:rsidRPr="00C71FAB">
              <w:rPr>
                <w:b/>
                <w:bCs/>
                <w:lang w:val="en-GB"/>
              </w:rPr>
              <w:t>Date of publication</w:t>
            </w:r>
          </w:p>
        </w:tc>
      </w:tr>
      <w:tr w:rsidR="00C71FAB" w14:paraId="1FF5ABAA" w14:textId="77777777" w:rsidTr="00496A0D">
        <w:sdt>
          <w:sdtPr>
            <w:rPr>
              <w:lang w:val="en-GB"/>
            </w:rPr>
            <w:id w:val="1980649524"/>
            <w:placeholder>
              <w:docPart w:val="38B3BFC45D7F4401B68629DA4530AF35"/>
            </w:placeholder>
            <w:showingPlcHdr/>
          </w:sdtPr>
          <w:sdtEndPr/>
          <w:sdtContent>
            <w:tc>
              <w:tcPr>
                <w:tcW w:w="1555" w:type="dxa"/>
              </w:tcPr>
              <w:p w14:paraId="582FEBA4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843049525"/>
            <w:placeholder>
              <w:docPart w:val="38B3BFC45D7F4401B68629DA4530AF35"/>
            </w:placeholder>
            <w:showingPlcHdr/>
          </w:sdtPr>
          <w:sdtEndPr/>
          <w:sdtContent>
            <w:tc>
              <w:tcPr>
                <w:tcW w:w="1701" w:type="dxa"/>
              </w:tcPr>
              <w:p w14:paraId="416FDBED" w14:textId="2818EFBA" w:rsidR="00C71FAB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783302557"/>
            <w:placeholder>
              <w:docPart w:val="38B3BFC45D7F4401B68629DA4530AF35"/>
            </w:placeholder>
            <w:showingPlcHdr/>
          </w:sdtPr>
          <w:sdtEndPr/>
          <w:sdtContent>
            <w:tc>
              <w:tcPr>
                <w:tcW w:w="3685" w:type="dxa"/>
              </w:tcPr>
              <w:p w14:paraId="7B54FBC5" w14:textId="2407F725" w:rsidR="00C71FAB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594681804"/>
            <w:placeholder>
              <w:docPart w:val="38B3BFC45D7F4401B68629DA4530AF35"/>
            </w:placeholder>
            <w:showingPlcHdr/>
          </w:sdtPr>
          <w:sdtEndPr/>
          <w:sdtContent>
            <w:tc>
              <w:tcPr>
                <w:tcW w:w="2126" w:type="dxa"/>
              </w:tcPr>
              <w:p w14:paraId="064BAB42" w14:textId="0AEA7A27" w:rsidR="00C71FAB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1FAB" w14:paraId="23256BDF" w14:textId="77777777" w:rsidTr="00496A0D">
        <w:sdt>
          <w:sdtPr>
            <w:rPr>
              <w:lang w:val="en-GB"/>
            </w:rPr>
            <w:id w:val="893619177"/>
            <w:placeholder>
              <w:docPart w:val="53D18B4C197645E781366B3C0E2FBAD6"/>
            </w:placeholder>
            <w:showingPlcHdr/>
          </w:sdtPr>
          <w:sdtEndPr/>
          <w:sdtContent>
            <w:tc>
              <w:tcPr>
                <w:tcW w:w="1555" w:type="dxa"/>
              </w:tcPr>
              <w:p w14:paraId="2EC76470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186827776"/>
            <w:placeholder>
              <w:docPart w:val="D8BF06A0471740EF9DF7F22ADCE90891"/>
            </w:placeholder>
            <w:showingPlcHdr/>
          </w:sdtPr>
          <w:sdtEndPr/>
          <w:sdtContent>
            <w:tc>
              <w:tcPr>
                <w:tcW w:w="1701" w:type="dxa"/>
              </w:tcPr>
              <w:p w14:paraId="3264E1B3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010987336"/>
            <w:placeholder>
              <w:docPart w:val="35AD3F7C9A1548ABB20CA7F584CA9D87"/>
            </w:placeholder>
            <w:showingPlcHdr/>
          </w:sdtPr>
          <w:sdtEndPr/>
          <w:sdtContent>
            <w:tc>
              <w:tcPr>
                <w:tcW w:w="3685" w:type="dxa"/>
              </w:tcPr>
              <w:p w14:paraId="63334EAA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989092421"/>
            <w:placeholder>
              <w:docPart w:val="C390AAF9BF9D42BDBC3849043CB18A06"/>
            </w:placeholder>
            <w:showingPlcHdr/>
          </w:sdtPr>
          <w:sdtEndPr/>
          <w:sdtContent>
            <w:tc>
              <w:tcPr>
                <w:tcW w:w="2126" w:type="dxa"/>
              </w:tcPr>
              <w:p w14:paraId="425DCA44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90525487"/>
          <w15:repeatingSection/>
        </w:sdtPr>
        <w:sdtEndPr/>
        <w:sdtContent>
          <w:sdt>
            <w:sdtPr>
              <w:rPr>
                <w:lang w:val="en-GB"/>
              </w:rPr>
              <w:id w:val="74942854"/>
              <w:placeholder>
                <w:docPart w:val="8385C49EDBB34783A2ECC9B96B707A6F"/>
              </w:placeholder>
              <w15:repeatingSectionItem/>
            </w:sdtPr>
            <w:sdtEndPr/>
            <w:sdtContent>
              <w:tr w:rsidR="00C71FAB" w14:paraId="68992B87" w14:textId="77777777" w:rsidTr="00496A0D">
                <w:sdt>
                  <w:sdtPr>
                    <w:rPr>
                      <w:lang w:val="en-GB"/>
                    </w:rPr>
                    <w:id w:val="777370462"/>
                    <w:placeholder>
                      <w:docPart w:val="2D403F3F55A641EA860C7E0B09500DB4"/>
                    </w:placeholder>
                    <w:showingPlcHdr/>
                  </w:sdtPr>
                  <w:sdtEndPr/>
                  <w:sdtContent>
                    <w:tc>
                      <w:tcPr>
                        <w:tcW w:w="1555" w:type="dxa"/>
                      </w:tcPr>
                      <w:p w14:paraId="6DA80354" w14:textId="0C5FF019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2003690441"/>
                    <w:placeholder>
                      <w:docPart w:val="73A032C321A94FE1BCD573CBC19EBADB"/>
                    </w:placeholder>
                    <w:showingPlcHdr/>
                  </w:sdtPr>
                  <w:sdtEndPr/>
                  <w:sdtContent>
                    <w:tc>
                      <w:tcPr>
                        <w:tcW w:w="1701" w:type="dxa"/>
                      </w:tcPr>
                      <w:p w14:paraId="6194ABFE" w14:textId="77777777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229588077"/>
                    <w:placeholder>
                      <w:docPart w:val="E5F2E39885F848DCB1A7376E4B8078BD"/>
                    </w:placeholder>
                    <w:showingPlcHdr/>
                  </w:sdtPr>
                  <w:sdtEndPr/>
                  <w:sdtContent>
                    <w:tc>
                      <w:tcPr>
                        <w:tcW w:w="3685" w:type="dxa"/>
                      </w:tcPr>
                      <w:p w14:paraId="1F97207E" w14:textId="77777777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782145014"/>
                    <w:placeholder>
                      <w:docPart w:val="F18A9E417A70477EB41BE468D0F86994"/>
                    </w:placeholder>
                    <w:showingPlcHdr/>
                  </w:sdtPr>
                  <w:sdtEndPr/>
                  <w:sdtContent>
                    <w:tc>
                      <w:tcPr>
                        <w:tcW w:w="2126" w:type="dxa"/>
                      </w:tcPr>
                      <w:p w14:paraId="03C646DC" w14:textId="6220802B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-648679786"/>
              <w:placeholder>
                <w:docPart w:val="8920C0A52DB7438D93E06646670E624A"/>
              </w:placeholder>
              <w15:repeatingSectionItem/>
            </w:sdtPr>
            <w:sdtEndPr/>
            <w:sdtContent>
              <w:tr w:rsidR="00DD483C" w14:paraId="44560279" w14:textId="77777777" w:rsidTr="00496A0D">
                <w:sdt>
                  <w:sdtPr>
                    <w:rPr>
                      <w:lang w:val="en-GB"/>
                    </w:rPr>
                    <w:id w:val="1563757929"/>
                    <w:placeholder>
                      <w:docPart w:val="68B368A30B904213AFE6CE2AE1F9F2E9"/>
                    </w:placeholder>
                    <w:showingPlcHdr/>
                  </w:sdtPr>
                  <w:sdtEndPr/>
                  <w:sdtContent>
                    <w:tc>
                      <w:tcPr>
                        <w:tcW w:w="1555" w:type="dxa"/>
                      </w:tcPr>
                      <w:p w14:paraId="2653B4A9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920874776"/>
                    <w:placeholder>
                      <w:docPart w:val="0C1E35E8180A46C591543BBB1711FC9E"/>
                    </w:placeholder>
                    <w:showingPlcHdr/>
                  </w:sdtPr>
                  <w:sdtEndPr/>
                  <w:sdtContent>
                    <w:tc>
                      <w:tcPr>
                        <w:tcW w:w="1701" w:type="dxa"/>
                      </w:tcPr>
                      <w:p w14:paraId="74467FD9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658732223"/>
                    <w:placeholder>
                      <w:docPart w:val="7D2CEA99B1BB4A2FA5DE8661B50DE9D9"/>
                    </w:placeholder>
                    <w:showingPlcHdr/>
                  </w:sdtPr>
                  <w:sdtEndPr/>
                  <w:sdtContent>
                    <w:tc>
                      <w:tcPr>
                        <w:tcW w:w="3685" w:type="dxa"/>
                      </w:tcPr>
                      <w:p w14:paraId="4FA39A79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887367746"/>
                    <w:placeholder>
                      <w:docPart w:val="BEB8F6EAF7474E90A20700F8F8F0DDE2"/>
                    </w:placeholder>
                    <w:showingPlcHdr/>
                  </w:sdtPr>
                  <w:sdtEndPr/>
                  <w:sdtContent>
                    <w:tc>
                      <w:tcPr>
                        <w:tcW w:w="2126" w:type="dxa"/>
                      </w:tcPr>
                      <w:p w14:paraId="5269EA80" w14:textId="1FBA1256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-419255359"/>
              <w:placeholder>
                <w:docPart w:val="9FD7BCDBD0FA4E4C9BDB52498F341BC4"/>
              </w:placeholder>
              <w15:repeatingSectionItem/>
            </w:sdtPr>
            <w:sdtEndPr/>
            <w:sdtContent>
              <w:tr w:rsidR="00DD483C" w14:paraId="3F812859" w14:textId="77777777" w:rsidTr="00496A0D">
                <w:sdt>
                  <w:sdtPr>
                    <w:rPr>
                      <w:lang w:val="en-GB"/>
                    </w:rPr>
                    <w:id w:val="1555272519"/>
                    <w:placeholder>
                      <w:docPart w:val="A14CB7F3BF7549418AC72067D9258867"/>
                    </w:placeholder>
                    <w:showingPlcHdr/>
                  </w:sdtPr>
                  <w:sdtEndPr/>
                  <w:sdtContent>
                    <w:tc>
                      <w:tcPr>
                        <w:tcW w:w="1555" w:type="dxa"/>
                      </w:tcPr>
                      <w:p w14:paraId="62103BC0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581871096"/>
                    <w:placeholder>
                      <w:docPart w:val="B097C4C0063948EC9B9B8BA6F1FFF913"/>
                    </w:placeholder>
                    <w:showingPlcHdr/>
                  </w:sdtPr>
                  <w:sdtEndPr/>
                  <w:sdtContent>
                    <w:tc>
                      <w:tcPr>
                        <w:tcW w:w="1701" w:type="dxa"/>
                      </w:tcPr>
                      <w:p w14:paraId="23D11EC7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808091441"/>
                    <w:placeholder>
                      <w:docPart w:val="1CAB76C93DEB4B5AA49124D0666CBFB4"/>
                    </w:placeholder>
                    <w:showingPlcHdr/>
                  </w:sdtPr>
                  <w:sdtEndPr/>
                  <w:sdtContent>
                    <w:tc>
                      <w:tcPr>
                        <w:tcW w:w="3685" w:type="dxa"/>
                      </w:tcPr>
                      <w:p w14:paraId="28966C98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534972608"/>
                    <w:placeholder>
                      <w:docPart w:val="A5585E5ADF90480F9CEB405BBF0B1285"/>
                    </w:placeholder>
                    <w:showingPlcHdr/>
                  </w:sdtPr>
                  <w:sdtEndPr/>
                  <w:sdtContent>
                    <w:tc>
                      <w:tcPr>
                        <w:tcW w:w="2126" w:type="dxa"/>
                      </w:tcPr>
                      <w:p w14:paraId="2DD0D4D1" w14:textId="76A3FE4E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4DD8E15D" w14:textId="77777777" w:rsidR="00C71FAB" w:rsidRDefault="00C71FAB"/>
    <w:p w14:paraId="788BA3CD" w14:textId="77777777" w:rsidR="00DD483C" w:rsidRDefault="00DD483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54011AFB" w14:textId="70E767F2" w:rsidR="00C71FAB" w:rsidRPr="00C71FAB" w:rsidRDefault="00C71FAB" w:rsidP="00C71FAB">
      <w:pPr>
        <w:pStyle w:val="Heading1"/>
      </w:pPr>
      <w:r w:rsidRPr="00C71FAB">
        <w:lastRenderedPageBreak/>
        <w:t>Other specialities – presentations and publications</w:t>
      </w:r>
    </w:p>
    <w:p w14:paraId="5889EAE0" w14:textId="77777777" w:rsidR="00C71FAB" w:rsidRDefault="00C71FAB" w:rsidP="00C71FAB">
      <w:pPr>
        <w:pStyle w:val="Heading2"/>
      </w:pPr>
      <w:r w:rsidRPr="528D7560">
        <w:t>Presentations in other specialties: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47"/>
        <w:gridCol w:w="1552"/>
        <w:gridCol w:w="1552"/>
        <w:gridCol w:w="2627"/>
        <w:gridCol w:w="1152"/>
        <w:gridCol w:w="920"/>
      </w:tblGrid>
      <w:tr w:rsidR="00C71FAB" w14:paraId="0884F366" w14:textId="77777777" w:rsidTr="00C71FAB">
        <w:tc>
          <w:tcPr>
            <w:tcW w:w="827" w:type="pct"/>
            <w:vAlign w:val="center"/>
          </w:tcPr>
          <w:p w14:paraId="6ED24491" w14:textId="77777777" w:rsidR="00C71FAB" w:rsidRPr="009F0F2E" w:rsidRDefault="00C71FAB" w:rsidP="00C71FAB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Name of conference</w:t>
            </w:r>
          </w:p>
        </w:tc>
        <w:tc>
          <w:tcPr>
            <w:tcW w:w="830" w:type="pct"/>
            <w:vAlign w:val="center"/>
          </w:tcPr>
          <w:p w14:paraId="232E1824" w14:textId="4F3826BC" w:rsidR="00C71FAB" w:rsidRPr="009F0F2E" w:rsidRDefault="00C71FAB" w:rsidP="00C71FAB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Specialty</w:t>
            </w:r>
          </w:p>
        </w:tc>
        <w:tc>
          <w:tcPr>
            <w:tcW w:w="830" w:type="pct"/>
            <w:vAlign w:val="center"/>
          </w:tcPr>
          <w:p w14:paraId="139D5541" w14:textId="19F6913A" w:rsidR="00C71FAB" w:rsidRPr="009F0F2E" w:rsidRDefault="00C71FAB" w:rsidP="00C71FAB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Local/ National/ International</w:t>
            </w:r>
          </w:p>
        </w:tc>
        <w:tc>
          <w:tcPr>
            <w:tcW w:w="1405" w:type="pct"/>
            <w:vAlign w:val="center"/>
          </w:tcPr>
          <w:p w14:paraId="15DC6BB8" w14:textId="61CA1F28" w:rsidR="00C71FAB" w:rsidRPr="009F0F2E" w:rsidRDefault="00C71FAB" w:rsidP="00C71FAB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Title of presentation</w:t>
            </w:r>
            <w:r>
              <w:rPr>
                <w:b/>
                <w:bCs/>
                <w:lang w:val="en-GB"/>
              </w:rPr>
              <w:t xml:space="preserve"> or poster</w:t>
            </w:r>
          </w:p>
        </w:tc>
        <w:tc>
          <w:tcPr>
            <w:tcW w:w="616" w:type="pct"/>
            <w:vAlign w:val="center"/>
          </w:tcPr>
          <w:p w14:paraId="441D21CC" w14:textId="72839419" w:rsidR="00C71FAB" w:rsidRPr="009F0F2E" w:rsidRDefault="00C71FAB" w:rsidP="00C71FAB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1</w:t>
            </w:r>
            <w:r w:rsidRPr="00C71FAB">
              <w:rPr>
                <w:b/>
                <w:bCs/>
                <w:vertAlign w:val="superscript"/>
                <w:lang w:val="en-GB"/>
              </w:rPr>
              <w:t>st</w:t>
            </w:r>
            <w:r>
              <w:rPr>
                <w:b/>
                <w:bCs/>
                <w:lang w:val="en-GB"/>
              </w:rPr>
              <w:t xml:space="preserve"> author or other</w:t>
            </w:r>
          </w:p>
        </w:tc>
        <w:tc>
          <w:tcPr>
            <w:tcW w:w="492" w:type="pct"/>
            <w:vAlign w:val="center"/>
          </w:tcPr>
          <w:p w14:paraId="2CA6728A" w14:textId="77777777" w:rsidR="00C71FAB" w:rsidRPr="009F0F2E" w:rsidRDefault="00C71FAB" w:rsidP="00C71FAB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Year</w:t>
            </w:r>
          </w:p>
        </w:tc>
      </w:tr>
      <w:tr w:rsidR="00C71FAB" w14:paraId="4177804B" w14:textId="77777777" w:rsidTr="00C71FAB">
        <w:trPr>
          <w:trHeight w:val="219"/>
        </w:trPr>
        <w:sdt>
          <w:sdtPr>
            <w:rPr>
              <w:lang w:val="en-GB"/>
            </w:rPr>
            <w:id w:val="-948464092"/>
            <w:placeholder>
              <w:docPart w:val="ECA29882FE3845AA9803DEA553D28A05"/>
            </w:placeholder>
            <w:showingPlcHdr/>
          </w:sdtPr>
          <w:sdtEndPr/>
          <w:sdtContent>
            <w:tc>
              <w:tcPr>
                <w:tcW w:w="827" w:type="pct"/>
              </w:tcPr>
              <w:p w14:paraId="6F7A4CAB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920474491"/>
            <w:placeholder>
              <w:docPart w:val="EEA6BE38B9904860B12C3DC88D2EB799"/>
            </w:placeholder>
            <w:showingPlcHdr/>
          </w:sdtPr>
          <w:sdtEndPr/>
          <w:sdtContent>
            <w:tc>
              <w:tcPr>
                <w:tcW w:w="830" w:type="pct"/>
              </w:tcPr>
              <w:p w14:paraId="339D162D" w14:textId="3627AC61" w:rsidR="00C71FAB" w:rsidRDefault="000869B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30" w:type="pct"/>
          </w:tcPr>
          <w:p w14:paraId="41DC3A4D" w14:textId="3A60EE27" w:rsidR="00C71FAB" w:rsidRDefault="00AD309B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257478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Local </w:t>
            </w:r>
          </w:p>
          <w:p w14:paraId="38B57151" w14:textId="77777777" w:rsidR="00C71FAB" w:rsidRDefault="00AD309B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2002850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National </w:t>
            </w:r>
          </w:p>
          <w:p w14:paraId="23C905FF" w14:textId="77777777" w:rsidR="00C71FAB" w:rsidRDefault="00AD309B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955551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International  </w:t>
            </w:r>
          </w:p>
        </w:tc>
        <w:sdt>
          <w:sdtPr>
            <w:rPr>
              <w:lang w:val="en-GB"/>
            </w:rPr>
            <w:id w:val="-258913257"/>
            <w:placeholder>
              <w:docPart w:val="0A07F8CD6D494D028BD6B58BBB1EED60"/>
            </w:placeholder>
            <w:showingPlcHdr/>
          </w:sdtPr>
          <w:sdtEndPr/>
          <w:sdtContent>
            <w:tc>
              <w:tcPr>
                <w:tcW w:w="1405" w:type="pct"/>
              </w:tcPr>
              <w:p w14:paraId="71F7CBBE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616" w:type="pct"/>
          </w:tcPr>
          <w:p w14:paraId="69AD1F3F" w14:textId="77777777" w:rsidR="00C71FAB" w:rsidRDefault="00AD309B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770007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1</w:t>
            </w:r>
            <w:r w:rsidR="00C71FAB" w:rsidRPr="00C71FAB">
              <w:rPr>
                <w:vertAlign w:val="superscript"/>
                <w:lang w:val="en-GB"/>
              </w:rPr>
              <w:t>st</w:t>
            </w:r>
            <w:r w:rsidR="00C71FAB">
              <w:rPr>
                <w:lang w:val="en-GB"/>
              </w:rPr>
              <w:t xml:space="preserve"> author</w:t>
            </w:r>
          </w:p>
          <w:p w14:paraId="032DB360" w14:textId="3194A302" w:rsidR="00C71FAB" w:rsidRDefault="00AD309B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592748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Other</w:t>
            </w:r>
          </w:p>
        </w:tc>
        <w:sdt>
          <w:sdtPr>
            <w:rPr>
              <w:lang w:val="en-GB"/>
            </w:rPr>
            <w:id w:val="1007331236"/>
            <w:placeholder>
              <w:docPart w:val="28C7B2C0679D43B6B54AE35A58D1A5BF"/>
            </w:placeholder>
            <w:showingPlcHdr/>
          </w:sdtPr>
          <w:sdtEndPr/>
          <w:sdtContent>
            <w:tc>
              <w:tcPr>
                <w:tcW w:w="492" w:type="pct"/>
              </w:tcPr>
              <w:p w14:paraId="0B47182F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1FAB" w14:paraId="3506AF79" w14:textId="77777777" w:rsidTr="00C71FAB">
        <w:sdt>
          <w:sdtPr>
            <w:rPr>
              <w:lang w:val="en-GB"/>
            </w:rPr>
            <w:id w:val="-1623151311"/>
            <w:placeholder>
              <w:docPart w:val="9B7DABFBBBAE442E89255EA1A7064E23"/>
            </w:placeholder>
            <w:showingPlcHdr/>
          </w:sdtPr>
          <w:sdtEndPr/>
          <w:sdtContent>
            <w:tc>
              <w:tcPr>
                <w:tcW w:w="827" w:type="pct"/>
              </w:tcPr>
              <w:p w14:paraId="20819714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91386788"/>
            <w:placeholder>
              <w:docPart w:val="968F5EED71B549C29FD790648C6D0985"/>
            </w:placeholder>
            <w:showingPlcHdr/>
          </w:sdtPr>
          <w:sdtEndPr/>
          <w:sdtContent>
            <w:tc>
              <w:tcPr>
                <w:tcW w:w="830" w:type="pct"/>
              </w:tcPr>
              <w:p w14:paraId="40C9FE77" w14:textId="1DA8AFD1" w:rsidR="00C71FAB" w:rsidRDefault="000869B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30" w:type="pct"/>
          </w:tcPr>
          <w:p w14:paraId="268D9CA7" w14:textId="2C68852E" w:rsidR="00C71FAB" w:rsidRDefault="00AD309B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2065789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Local </w:t>
            </w:r>
          </w:p>
          <w:p w14:paraId="21BF89F6" w14:textId="77777777" w:rsidR="00C71FAB" w:rsidRDefault="00AD309B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320582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National </w:t>
            </w:r>
          </w:p>
          <w:p w14:paraId="4C1C6D4C" w14:textId="77777777" w:rsidR="00C71FAB" w:rsidRDefault="00AD309B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615051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International  </w:t>
            </w:r>
          </w:p>
        </w:tc>
        <w:sdt>
          <w:sdtPr>
            <w:rPr>
              <w:lang w:val="en-GB"/>
            </w:rPr>
            <w:id w:val="139549604"/>
            <w:placeholder>
              <w:docPart w:val="45CCA457C00041E7BA31F89B49535ADC"/>
            </w:placeholder>
            <w:showingPlcHdr/>
          </w:sdtPr>
          <w:sdtEndPr/>
          <w:sdtContent>
            <w:tc>
              <w:tcPr>
                <w:tcW w:w="1405" w:type="pct"/>
              </w:tcPr>
              <w:p w14:paraId="7999C8A9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616" w:type="pct"/>
          </w:tcPr>
          <w:p w14:paraId="4E7FB7DF" w14:textId="77777777" w:rsidR="00C71FAB" w:rsidRDefault="00AD309B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910581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1</w:t>
            </w:r>
            <w:r w:rsidR="00C71FAB" w:rsidRPr="00C71FAB">
              <w:rPr>
                <w:vertAlign w:val="superscript"/>
                <w:lang w:val="en-GB"/>
              </w:rPr>
              <w:t>st</w:t>
            </w:r>
            <w:r w:rsidR="00C71FAB">
              <w:rPr>
                <w:lang w:val="en-GB"/>
              </w:rPr>
              <w:t xml:space="preserve"> author</w:t>
            </w:r>
          </w:p>
          <w:p w14:paraId="5F21B86F" w14:textId="14BDB357" w:rsidR="00C71FAB" w:rsidRDefault="00AD309B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920313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Other</w:t>
            </w:r>
          </w:p>
        </w:tc>
        <w:sdt>
          <w:sdtPr>
            <w:rPr>
              <w:lang w:val="en-GB"/>
            </w:rPr>
            <w:id w:val="-788048404"/>
            <w:placeholder>
              <w:docPart w:val="E888EB62424A4D3A874915B3ADBD0839"/>
            </w:placeholder>
            <w:showingPlcHdr/>
          </w:sdtPr>
          <w:sdtEndPr/>
          <w:sdtContent>
            <w:tc>
              <w:tcPr>
                <w:tcW w:w="492" w:type="pct"/>
              </w:tcPr>
              <w:p w14:paraId="2BAD5E48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-1750794231"/>
          <w15:repeatingSection/>
        </w:sdtPr>
        <w:sdtEndPr/>
        <w:sdtContent>
          <w:sdt>
            <w:sdtPr>
              <w:rPr>
                <w:lang w:val="en-GB"/>
              </w:rPr>
              <w:id w:val="-1569570083"/>
              <w:placeholder>
                <w:docPart w:val="EC2C9AC7F143475E947DFAAC4EAA02E9"/>
              </w:placeholder>
              <w15:repeatingSectionItem/>
            </w:sdtPr>
            <w:sdtEndPr/>
            <w:sdtContent>
              <w:tr w:rsidR="00C71FAB" w14:paraId="78A29DE4" w14:textId="77777777" w:rsidTr="00C71FAB">
                <w:sdt>
                  <w:sdtPr>
                    <w:rPr>
                      <w:lang w:val="en-GB"/>
                    </w:rPr>
                    <w:id w:val="1553351827"/>
                    <w:placeholder>
                      <w:docPart w:val="A4F9E67898BD49E89F3547B3F0F38953"/>
                    </w:placeholder>
                    <w:showingPlcHdr/>
                  </w:sdtPr>
                  <w:sdtEndPr/>
                  <w:sdtContent>
                    <w:tc>
                      <w:tcPr>
                        <w:tcW w:w="827" w:type="pct"/>
                      </w:tcPr>
                      <w:p w14:paraId="5C867B17" w14:textId="40957867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2062275105"/>
                    <w:placeholder>
                      <w:docPart w:val="774DF3ABE4C54495959EAECD40B8D74F"/>
                    </w:placeholder>
                    <w:showingPlcHdr/>
                  </w:sdtPr>
                  <w:sdtEndPr/>
                  <w:sdtContent>
                    <w:tc>
                      <w:tcPr>
                        <w:tcW w:w="830" w:type="pct"/>
                      </w:tcPr>
                      <w:p w14:paraId="06728C83" w14:textId="55BBE535" w:rsidR="00C71FAB" w:rsidRDefault="000869B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830" w:type="pct"/>
                  </w:tcPr>
                  <w:p w14:paraId="2E2CFBCC" w14:textId="20340362" w:rsidR="00C71FAB" w:rsidRDefault="00AD309B" w:rsidP="00496A0D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51874490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C71FA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C71FAB">
                      <w:rPr>
                        <w:lang w:val="en-GB"/>
                      </w:rPr>
                      <w:t xml:space="preserve"> Local </w:t>
                    </w:r>
                  </w:p>
                  <w:p w14:paraId="0EC47DCE" w14:textId="77777777" w:rsidR="00C71FAB" w:rsidRDefault="00AD309B" w:rsidP="00496A0D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-184731278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C71FA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C71FAB">
                      <w:rPr>
                        <w:lang w:val="en-GB"/>
                      </w:rPr>
                      <w:t xml:space="preserve"> National </w:t>
                    </w:r>
                  </w:p>
                  <w:p w14:paraId="231B0042" w14:textId="77777777" w:rsidR="00C71FAB" w:rsidRDefault="00AD309B" w:rsidP="00496A0D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105820065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C71FA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C71FAB">
                      <w:rPr>
                        <w:lang w:val="en-GB"/>
                      </w:rPr>
                      <w:t xml:space="preserve"> International  </w:t>
                    </w:r>
                  </w:p>
                </w:tc>
                <w:sdt>
                  <w:sdtPr>
                    <w:rPr>
                      <w:lang w:val="en-GB"/>
                    </w:rPr>
                    <w:id w:val="-1544901547"/>
                    <w:placeholder>
                      <w:docPart w:val="DF9CB54F43D34C49A56B120DDB492CCF"/>
                    </w:placeholder>
                    <w:showingPlcHdr/>
                  </w:sdtPr>
                  <w:sdtEndPr/>
                  <w:sdtContent>
                    <w:tc>
                      <w:tcPr>
                        <w:tcW w:w="1405" w:type="pct"/>
                      </w:tcPr>
                      <w:p w14:paraId="5DE5B533" w14:textId="77777777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616" w:type="pct"/>
                  </w:tcPr>
                  <w:p w14:paraId="20BA4A8F" w14:textId="77777777" w:rsidR="00C71FAB" w:rsidRDefault="00AD309B" w:rsidP="00C71FA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-26994509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C71FA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C71FAB">
                      <w:rPr>
                        <w:lang w:val="en-GB"/>
                      </w:rPr>
                      <w:t xml:space="preserve"> 1</w:t>
                    </w:r>
                    <w:r w:rsidR="00C71FAB" w:rsidRPr="00C71FAB">
                      <w:rPr>
                        <w:vertAlign w:val="superscript"/>
                        <w:lang w:val="en-GB"/>
                      </w:rPr>
                      <w:t>st</w:t>
                    </w:r>
                    <w:r w:rsidR="00C71FAB">
                      <w:rPr>
                        <w:lang w:val="en-GB"/>
                      </w:rPr>
                      <w:t xml:space="preserve"> author</w:t>
                    </w:r>
                  </w:p>
                  <w:p w14:paraId="56A7518B" w14:textId="25CB243F" w:rsidR="00C71FAB" w:rsidRDefault="00AD309B" w:rsidP="00C71FA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180272422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C71FA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C71FAB">
                      <w:rPr>
                        <w:lang w:val="en-GB"/>
                      </w:rPr>
                      <w:t xml:space="preserve"> Other</w:t>
                    </w:r>
                  </w:p>
                </w:tc>
                <w:sdt>
                  <w:sdtPr>
                    <w:rPr>
                      <w:lang w:val="en-GB"/>
                    </w:rPr>
                    <w:id w:val="-717353342"/>
                    <w:placeholder>
                      <w:docPart w:val="33FE6DB818E5405FA51CE7AA12E50D56"/>
                    </w:placeholder>
                    <w:showingPlcHdr/>
                  </w:sdtPr>
                  <w:sdtEndPr/>
                  <w:sdtContent>
                    <w:tc>
                      <w:tcPr>
                        <w:tcW w:w="492" w:type="pct"/>
                      </w:tcPr>
                      <w:p w14:paraId="6BF0315D" w14:textId="362F2818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-1416927794"/>
              <w:placeholder>
                <w:docPart w:val="A22B1A5A22344EC1B93CF6B4A3FE1C2C"/>
              </w:placeholder>
              <w15:repeatingSectionItem/>
            </w:sdtPr>
            <w:sdtEndPr/>
            <w:sdtContent>
              <w:tr w:rsidR="00DD483C" w14:paraId="7B73D1B5" w14:textId="77777777" w:rsidTr="00C71FAB">
                <w:sdt>
                  <w:sdtPr>
                    <w:rPr>
                      <w:lang w:val="en-GB"/>
                    </w:rPr>
                    <w:id w:val="-535584704"/>
                    <w:placeholder>
                      <w:docPart w:val="EFC80408877A4F80A378ED52D134D32A"/>
                    </w:placeholder>
                    <w:showingPlcHdr/>
                  </w:sdtPr>
                  <w:sdtEndPr/>
                  <w:sdtContent>
                    <w:tc>
                      <w:tcPr>
                        <w:tcW w:w="827" w:type="pct"/>
                      </w:tcPr>
                      <w:p w14:paraId="4DE3033D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733197201"/>
                    <w:placeholder>
                      <w:docPart w:val="835BC845A8C64A079BF674DB516785CB"/>
                    </w:placeholder>
                    <w:showingPlcHdr/>
                  </w:sdtPr>
                  <w:sdtEndPr/>
                  <w:sdtContent>
                    <w:tc>
                      <w:tcPr>
                        <w:tcW w:w="830" w:type="pct"/>
                      </w:tcPr>
                      <w:p w14:paraId="190026AF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830" w:type="pct"/>
                  </w:tcPr>
                  <w:p w14:paraId="35D8D427" w14:textId="77777777" w:rsidR="00DD483C" w:rsidRDefault="00AD309B" w:rsidP="00496A0D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89162284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DD483C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DD483C">
                      <w:rPr>
                        <w:lang w:val="en-GB"/>
                      </w:rPr>
                      <w:t xml:space="preserve"> Local </w:t>
                    </w:r>
                  </w:p>
                  <w:p w14:paraId="5A4FA812" w14:textId="77777777" w:rsidR="00DD483C" w:rsidRDefault="00AD309B" w:rsidP="00496A0D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132848951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DD483C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DD483C">
                      <w:rPr>
                        <w:lang w:val="en-GB"/>
                      </w:rPr>
                      <w:t xml:space="preserve"> National </w:t>
                    </w:r>
                  </w:p>
                  <w:p w14:paraId="3CEF9474" w14:textId="77777777" w:rsidR="00DD483C" w:rsidRDefault="00AD309B" w:rsidP="00496A0D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-144707360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DD483C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DD483C">
                      <w:rPr>
                        <w:lang w:val="en-GB"/>
                      </w:rPr>
                      <w:t xml:space="preserve"> International  </w:t>
                    </w:r>
                  </w:p>
                </w:tc>
                <w:sdt>
                  <w:sdtPr>
                    <w:rPr>
                      <w:lang w:val="en-GB"/>
                    </w:rPr>
                    <w:id w:val="-896659927"/>
                    <w:placeholder>
                      <w:docPart w:val="89BA6EBE23D74438A6CFD0BFBF045199"/>
                    </w:placeholder>
                    <w:showingPlcHdr/>
                  </w:sdtPr>
                  <w:sdtEndPr/>
                  <w:sdtContent>
                    <w:tc>
                      <w:tcPr>
                        <w:tcW w:w="1405" w:type="pct"/>
                      </w:tcPr>
                      <w:p w14:paraId="4E1EFEC8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616" w:type="pct"/>
                  </w:tcPr>
                  <w:p w14:paraId="162113ED" w14:textId="77777777" w:rsidR="00DD483C" w:rsidRDefault="00AD309B" w:rsidP="00C71FA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-186712032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DD483C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DD483C">
                      <w:rPr>
                        <w:lang w:val="en-GB"/>
                      </w:rPr>
                      <w:t xml:space="preserve"> 1</w:t>
                    </w:r>
                    <w:r w:rsidR="00DD483C" w:rsidRPr="00C71FAB">
                      <w:rPr>
                        <w:vertAlign w:val="superscript"/>
                        <w:lang w:val="en-GB"/>
                      </w:rPr>
                      <w:t>st</w:t>
                    </w:r>
                    <w:r w:rsidR="00DD483C">
                      <w:rPr>
                        <w:lang w:val="en-GB"/>
                      </w:rPr>
                      <w:t xml:space="preserve"> author</w:t>
                    </w:r>
                  </w:p>
                  <w:p w14:paraId="0E0639B3" w14:textId="77777777" w:rsidR="00DD483C" w:rsidRDefault="00AD309B" w:rsidP="00C71FA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102190310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DD483C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DD483C">
                      <w:rPr>
                        <w:lang w:val="en-GB"/>
                      </w:rPr>
                      <w:t xml:space="preserve"> Other</w:t>
                    </w:r>
                  </w:p>
                </w:tc>
                <w:sdt>
                  <w:sdtPr>
                    <w:rPr>
                      <w:lang w:val="en-GB"/>
                    </w:rPr>
                    <w:id w:val="496615867"/>
                    <w:placeholder>
                      <w:docPart w:val="4EE6CCCFEE7546299C1E57A89D419760"/>
                    </w:placeholder>
                    <w:showingPlcHdr/>
                  </w:sdtPr>
                  <w:sdtEndPr/>
                  <w:sdtContent>
                    <w:tc>
                      <w:tcPr>
                        <w:tcW w:w="492" w:type="pct"/>
                      </w:tcPr>
                      <w:p w14:paraId="1FE05043" w14:textId="14C40F8E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434F4B1B" w14:textId="77777777" w:rsidR="00C71FAB" w:rsidRDefault="00C71FAB"/>
    <w:p w14:paraId="308F89D0" w14:textId="77777777" w:rsidR="000869BB" w:rsidRDefault="000869BB" w:rsidP="000869BB">
      <w:pPr>
        <w:pStyle w:val="Heading2"/>
      </w:pPr>
      <w:r w:rsidRPr="528D7560">
        <w:t>Papers and case reports published in other specialties: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50"/>
        <w:gridCol w:w="1257"/>
        <w:gridCol w:w="1257"/>
        <w:gridCol w:w="2197"/>
        <w:gridCol w:w="1122"/>
        <w:gridCol w:w="928"/>
        <w:gridCol w:w="1339"/>
      </w:tblGrid>
      <w:tr w:rsidR="000869BB" w14:paraId="6C55B934" w14:textId="77777777" w:rsidTr="000869BB">
        <w:tc>
          <w:tcPr>
            <w:tcW w:w="668" w:type="pct"/>
            <w:vAlign w:val="center"/>
          </w:tcPr>
          <w:p w14:paraId="5D4DE752" w14:textId="6BAF951D" w:rsidR="000869BB" w:rsidRPr="009F0F2E" w:rsidRDefault="000869BB" w:rsidP="000869BB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Journal name</w:t>
            </w:r>
          </w:p>
        </w:tc>
        <w:tc>
          <w:tcPr>
            <w:tcW w:w="672" w:type="pct"/>
            <w:vAlign w:val="center"/>
          </w:tcPr>
          <w:p w14:paraId="10B00CE8" w14:textId="77777777" w:rsidR="000869BB" w:rsidRPr="009F0F2E" w:rsidRDefault="000869BB" w:rsidP="000869BB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Specialty</w:t>
            </w:r>
          </w:p>
        </w:tc>
        <w:tc>
          <w:tcPr>
            <w:tcW w:w="672" w:type="pct"/>
            <w:vAlign w:val="center"/>
          </w:tcPr>
          <w:p w14:paraId="4CEBEB22" w14:textId="79D6715B" w:rsidR="000869BB" w:rsidRPr="009F0F2E" w:rsidRDefault="000869BB" w:rsidP="000869BB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Impact factor</w:t>
            </w:r>
          </w:p>
        </w:tc>
        <w:tc>
          <w:tcPr>
            <w:tcW w:w="1175" w:type="pct"/>
            <w:vAlign w:val="center"/>
          </w:tcPr>
          <w:p w14:paraId="11A862CD" w14:textId="59833A83" w:rsidR="000869BB" w:rsidRPr="009F0F2E" w:rsidRDefault="000869BB" w:rsidP="000869BB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Title</w:t>
            </w:r>
          </w:p>
        </w:tc>
        <w:tc>
          <w:tcPr>
            <w:tcW w:w="600" w:type="pct"/>
            <w:vAlign w:val="center"/>
          </w:tcPr>
          <w:p w14:paraId="03E31816" w14:textId="77777777" w:rsidR="000869BB" w:rsidRPr="009F0F2E" w:rsidRDefault="000869BB" w:rsidP="000869BB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1</w:t>
            </w:r>
            <w:r w:rsidRPr="00C71FAB">
              <w:rPr>
                <w:b/>
                <w:bCs/>
                <w:vertAlign w:val="superscript"/>
                <w:lang w:val="en-GB"/>
              </w:rPr>
              <w:t>st</w:t>
            </w:r>
            <w:r>
              <w:rPr>
                <w:b/>
                <w:bCs/>
                <w:lang w:val="en-GB"/>
              </w:rPr>
              <w:t xml:space="preserve"> author or other</w:t>
            </w:r>
          </w:p>
        </w:tc>
        <w:tc>
          <w:tcPr>
            <w:tcW w:w="496" w:type="pct"/>
            <w:vAlign w:val="center"/>
          </w:tcPr>
          <w:p w14:paraId="2339B81F" w14:textId="5492E73E" w:rsidR="000869BB" w:rsidRDefault="000869BB" w:rsidP="000869BB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Joint author</w:t>
            </w:r>
          </w:p>
        </w:tc>
        <w:tc>
          <w:tcPr>
            <w:tcW w:w="716" w:type="pct"/>
            <w:vAlign w:val="center"/>
          </w:tcPr>
          <w:p w14:paraId="3A1FADA7" w14:textId="47304E54" w:rsidR="000869BB" w:rsidRPr="009F0F2E" w:rsidRDefault="000869BB" w:rsidP="000869BB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Date of Publication</w:t>
            </w:r>
          </w:p>
        </w:tc>
      </w:tr>
      <w:tr w:rsidR="000869BB" w14:paraId="542715E5" w14:textId="77777777" w:rsidTr="000869BB">
        <w:trPr>
          <w:trHeight w:val="219"/>
        </w:trPr>
        <w:sdt>
          <w:sdtPr>
            <w:rPr>
              <w:lang w:val="en-GB"/>
            </w:rPr>
            <w:id w:val="-31882080"/>
            <w:placeholder>
              <w:docPart w:val="8732ECFF3420457DA10E2631C59455B0"/>
            </w:placeholder>
            <w:showingPlcHdr/>
          </w:sdtPr>
          <w:sdtEndPr/>
          <w:sdtContent>
            <w:tc>
              <w:tcPr>
                <w:tcW w:w="668" w:type="pct"/>
              </w:tcPr>
              <w:p w14:paraId="2FAF026B" w14:textId="77777777" w:rsidR="000869BB" w:rsidRDefault="000869B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826579085"/>
            <w:placeholder>
              <w:docPart w:val="C180B24565AD4EC59DB47520157DAD80"/>
            </w:placeholder>
            <w:showingPlcHdr/>
          </w:sdtPr>
          <w:sdtEndPr/>
          <w:sdtContent>
            <w:tc>
              <w:tcPr>
                <w:tcW w:w="672" w:type="pct"/>
              </w:tcPr>
              <w:p w14:paraId="67FC8687" w14:textId="56E87671" w:rsidR="000869BB" w:rsidRDefault="000869B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672" w:type="pct"/>
          </w:tcPr>
          <w:p w14:paraId="1A4FBF23" w14:textId="7C0CC868" w:rsidR="000869BB" w:rsidRDefault="00AD309B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985621822"/>
                <w:placeholder>
                  <w:docPart w:val="C180B24565AD4EC59DB47520157DAD80"/>
                </w:placeholder>
                <w:showingPlcHdr/>
              </w:sdtPr>
              <w:sdtEndPr/>
              <w:sdtContent>
                <w:r w:rsidR="00DD483C" w:rsidRPr="00053B32">
                  <w:rPr>
                    <w:rStyle w:val="PlaceholderText"/>
                  </w:rPr>
                  <w:t>Click or tap here to enter text.</w:t>
                </w:r>
              </w:sdtContent>
            </w:sdt>
            <w:r w:rsidR="000869BB">
              <w:rPr>
                <w:lang w:val="en-GB"/>
              </w:rPr>
              <w:t xml:space="preserve"> </w:t>
            </w:r>
          </w:p>
        </w:tc>
        <w:sdt>
          <w:sdtPr>
            <w:rPr>
              <w:lang w:val="en-GB"/>
            </w:rPr>
            <w:id w:val="-153678235"/>
            <w:placeholder>
              <w:docPart w:val="2DCCFC867EEE4D34A1DDC2F6940ECFF7"/>
            </w:placeholder>
            <w:showingPlcHdr/>
          </w:sdtPr>
          <w:sdtEndPr/>
          <w:sdtContent>
            <w:tc>
              <w:tcPr>
                <w:tcW w:w="1175" w:type="pct"/>
              </w:tcPr>
              <w:p w14:paraId="00647411" w14:textId="77777777" w:rsidR="000869BB" w:rsidRDefault="000869B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600" w:type="pct"/>
          </w:tcPr>
          <w:p w14:paraId="28C55531" w14:textId="3E3CBBD9" w:rsidR="000869BB" w:rsidRDefault="00AD309B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2082977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69B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0869BB">
              <w:rPr>
                <w:lang w:val="en-GB"/>
              </w:rPr>
              <w:t xml:space="preserve"> Yes</w:t>
            </w:r>
          </w:p>
          <w:p w14:paraId="3562084D" w14:textId="0405712F" w:rsidR="000869BB" w:rsidRDefault="00AD309B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56519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69B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0869BB">
              <w:rPr>
                <w:lang w:val="en-GB"/>
              </w:rPr>
              <w:t xml:space="preserve"> No</w:t>
            </w:r>
          </w:p>
        </w:tc>
        <w:tc>
          <w:tcPr>
            <w:tcW w:w="496" w:type="pct"/>
          </w:tcPr>
          <w:p w14:paraId="08107EBB" w14:textId="77777777" w:rsidR="000869BB" w:rsidRDefault="00AD309B" w:rsidP="000869B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58720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69B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0869BB">
              <w:rPr>
                <w:lang w:val="en-GB"/>
              </w:rPr>
              <w:t xml:space="preserve"> Yes</w:t>
            </w:r>
          </w:p>
          <w:p w14:paraId="1244E21A" w14:textId="7BDA7404" w:rsidR="000869BB" w:rsidRDefault="00AD309B" w:rsidP="000869B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473766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69B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0869BB">
              <w:rPr>
                <w:lang w:val="en-GB"/>
              </w:rPr>
              <w:t xml:space="preserve"> No</w:t>
            </w:r>
          </w:p>
        </w:tc>
        <w:sdt>
          <w:sdtPr>
            <w:rPr>
              <w:lang w:val="en-GB"/>
            </w:rPr>
            <w:id w:val="589054992"/>
            <w:placeholder>
              <w:docPart w:val="28F0AAED6EE74EFFAEA3636465E4643D"/>
            </w:placeholder>
            <w:showingPlcHdr/>
          </w:sdtPr>
          <w:sdtEndPr/>
          <w:sdtContent>
            <w:tc>
              <w:tcPr>
                <w:tcW w:w="716" w:type="pct"/>
              </w:tcPr>
              <w:p w14:paraId="0CE54F7D" w14:textId="78593B4D" w:rsidR="000869BB" w:rsidRDefault="000869B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69BB" w14:paraId="349AB5E2" w14:textId="77777777" w:rsidTr="000869BB">
        <w:sdt>
          <w:sdtPr>
            <w:rPr>
              <w:lang w:val="en-GB"/>
            </w:rPr>
            <w:id w:val="1828091298"/>
            <w:placeholder>
              <w:docPart w:val="C0DF559BA8D9449BB704FCCD11B8C656"/>
            </w:placeholder>
            <w:showingPlcHdr/>
          </w:sdtPr>
          <w:sdtEndPr/>
          <w:sdtContent>
            <w:tc>
              <w:tcPr>
                <w:tcW w:w="668" w:type="pct"/>
              </w:tcPr>
              <w:p w14:paraId="7A7FE7D3" w14:textId="77777777" w:rsidR="000869BB" w:rsidRDefault="000869B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 xml:space="preserve">Click or tap here </w:t>
                </w:r>
                <w:r w:rsidRPr="00053B32">
                  <w:rPr>
                    <w:rStyle w:val="PlaceholderText"/>
                  </w:rPr>
                  <w:lastRenderedPageBreak/>
                  <w:t>to enter text.</w:t>
                </w:r>
              </w:p>
            </w:tc>
          </w:sdtContent>
        </w:sdt>
        <w:sdt>
          <w:sdtPr>
            <w:rPr>
              <w:lang w:val="en-GB"/>
            </w:rPr>
            <w:id w:val="-1821414831"/>
            <w:placeholder>
              <w:docPart w:val="C180B24565AD4EC59DB47520157DAD80"/>
            </w:placeholder>
            <w:showingPlcHdr/>
          </w:sdtPr>
          <w:sdtEndPr/>
          <w:sdtContent>
            <w:tc>
              <w:tcPr>
                <w:tcW w:w="672" w:type="pct"/>
              </w:tcPr>
              <w:p w14:paraId="17ED909A" w14:textId="426C53BE" w:rsidR="000869BB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 xml:space="preserve">Click or tap here </w:t>
                </w:r>
                <w:r w:rsidRPr="00053B32">
                  <w:rPr>
                    <w:rStyle w:val="PlaceholderText"/>
                  </w:rPr>
                  <w:lastRenderedPageBreak/>
                  <w:t>to enter text.</w:t>
                </w:r>
              </w:p>
            </w:tc>
          </w:sdtContent>
        </w:sdt>
        <w:tc>
          <w:tcPr>
            <w:tcW w:w="672" w:type="pct"/>
          </w:tcPr>
          <w:p w14:paraId="5C1FA104" w14:textId="788B15D6" w:rsidR="000869BB" w:rsidRDefault="00AD309B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97864563"/>
                <w:placeholder>
                  <w:docPart w:val="C180B24565AD4EC59DB47520157DAD80"/>
                </w:placeholder>
                <w:showingPlcHdr/>
              </w:sdtPr>
              <w:sdtEndPr/>
              <w:sdtContent>
                <w:r w:rsidR="00DD483C" w:rsidRPr="00053B32">
                  <w:rPr>
                    <w:rStyle w:val="PlaceholderText"/>
                  </w:rPr>
                  <w:t xml:space="preserve">Click or tap here </w:t>
                </w:r>
                <w:r w:rsidR="00DD483C" w:rsidRPr="00053B32">
                  <w:rPr>
                    <w:rStyle w:val="PlaceholderText"/>
                  </w:rPr>
                  <w:lastRenderedPageBreak/>
                  <w:t>to enter text.</w:t>
                </w:r>
              </w:sdtContent>
            </w:sdt>
            <w:r w:rsidR="000869BB">
              <w:rPr>
                <w:lang w:val="en-GB"/>
              </w:rPr>
              <w:t xml:space="preserve"> </w:t>
            </w:r>
          </w:p>
        </w:tc>
        <w:sdt>
          <w:sdtPr>
            <w:rPr>
              <w:lang w:val="en-GB"/>
            </w:rPr>
            <w:id w:val="-1182505466"/>
            <w:placeholder>
              <w:docPart w:val="4F6249A9849044E8BEE49E1CA3AF49E8"/>
            </w:placeholder>
            <w:showingPlcHdr/>
          </w:sdtPr>
          <w:sdtEndPr/>
          <w:sdtContent>
            <w:tc>
              <w:tcPr>
                <w:tcW w:w="1175" w:type="pct"/>
              </w:tcPr>
              <w:p w14:paraId="4470FEE7" w14:textId="77777777" w:rsidR="000869BB" w:rsidRDefault="000869B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600" w:type="pct"/>
          </w:tcPr>
          <w:p w14:paraId="1841B801" w14:textId="77777777" w:rsidR="000869BB" w:rsidRDefault="00AD309B" w:rsidP="000869B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86475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69B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0869BB">
              <w:rPr>
                <w:lang w:val="en-GB"/>
              </w:rPr>
              <w:t xml:space="preserve"> Yes</w:t>
            </w:r>
          </w:p>
          <w:p w14:paraId="32803F71" w14:textId="2C3CC58C" w:rsidR="000869BB" w:rsidRDefault="00AD309B" w:rsidP="000869B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201704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69B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0869BB">
              <w:rPr>
                <w:lang w:val="en-GB"/>
              </w:rPr>
              <w:t xml:space="preserve"> No</w:t>
            </w:r>
          </w:p>
        </w:tc>
        <w:tc>
          <w:tcPr>
            <w:tcW w:w="496" w:type="pct"/>
          </w:tcPr>
          <w:p w14:paraId="4873EBEA" w14:textId="77777777" w:rsidR="000869BB" w:rsidRDefault="00AD309B" w:rsidP="000869B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222498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69B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0869BB">
              <w:rPr>
                <w:lang w:val="en-GB"/>
              </w:rPr>
              <w:t xml:space="preserve"> Yes</w:t>
            </w:r>
          </w:p>
          <w:p w14:paraId="36D0E3C1" w14:textId="222E40A2" w:rsidR="000869BB" w:rsidRDefault="00AD309B" w:rsidP="000869B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562554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69B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0869BB">
              <w:rPr>
                <w:lang w:val="en-GB"/>
              </w:rPr>
              <w:t xml:space="preserve"> No</w:t>
            </w:r>
          </w:p>
        </w:tc>
        <w:sdt>
          <w:sdtPr>
            <w:rPr>
              <w:lang w:val="en-GB"/>
            </w:rPr>
            <w:id w:val="445131917"/>
            <w:placeholder>
              <w:docPart w:val="1E99F148D3954628B656A0859BAD4462"/>
            </w:placeholder>
            <w:showingPlcHdr/>
          </w:sdtPr>
          <w:sdtEndPr/>
          <w:sdtContent>
            <w:tc>
              <w:tcPr>
                <w:tcW w:w="716" w:type="pct"/>
              </w:tcPr>
              <w:p w14:paraId="7D0E9C9A" w14:textId="77A2ACEC" w:rsidR="000869BB" w:rsidRDefault="000869B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1994990587"/>
          <w15:repeatingSection/>
        </w:sdtPr>
        <w:sdtEndPr/>
        <w:sdtContent>
          <w:sdt>
            <w:sdtPr>
              <w:rPr>
                <w:lang w:val="en-GB"/>
              </w:rPr>
              <w:id w:val="-1824881834"/>
              <w:placeholder>
                <w:docPart w:val="A394052FAC3E49328EEF265F9864C134"/>
              </w:placeholder>
              <w15:repeatingSectionItem/>
            </w:sdtPr>
            <w:sdtEndPr/>
            <w:sdtContent>
              <w:tr w:rsidR="000869BB" w14:paraId="5D61E3AF" w14:textId="77777777" w:rsidTr="000869BB">
                <w:sdt>
                  <w:sdtPr>
                    <w:rPr>
                      <w:lang w:val="en-GB"/>
                    </w:rPr>
                    <w:id w:val="-673194324"/>
                    <w:placeholder>
                      <w:docPart w:val="49CC2B0B98C0417CA925EF46235B38D5"/>
                    </w:placeholder>
                    <w:showingPlcHdr/>
                  </w:sdtPr>
                  <w:sdtEndPr/>
                  <w:sdtContent>
                    <w:tc>
                      <w:tcPr>
                        <w:tcW w:w="668" w:type="pct"/>
                      </w:tcPr>
                      <w:p w14:paraId="2E407558" w14:textId="689653C0" w:rsidR="000869BB" w:rsidRDefault="000869B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321777481"/>
                    <w:placeholder>
                      <w:docPart w:val="C180B24565AD4EC59DB47520157DAD80"/>
                    </w:placeholder>
                    <w:showingPlcHdr/>
                  </w:sdtPr>
                  <w:sdtEndPr/>
                  <w:sdtContent>
                    <w:tc>
                      <w:tcPr>
                        <w:tcW w:w="672" w:type="pct"/>
                      </w:tcPr>
                      <w:p w14:paraId="79E28D6D" w14:textId="248E0E7F" w:rsidR="000869BB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672" w:type="pct"/>
                  </w:tcPr>
                  <w:p w14:paraId="441A809C" w14:textId="673CC029" w:rsidR="000869BB" w:rsidRDefault="00AD309B" w:rsidP="00496A0D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170911532"/>
                        <w:placeholder>
                          <w:docPart w:val="C180B24565AD4EC59DB47520157DAD80"/>
                        </w:placeholder>
                        <w:showingPlcHdr/>
                      </w:sdtPr>
                      <w:sdtEndPr/>
                      <w:sdtContent>
                        <w:r w:rsidR="00DD483C"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  <w:r w:rsidR="000869BB">
                      <w:rPr>
                        <w:lang w:val="en-GB"/>
                      </w:rPr>
                      <w:t xml:space="preserve"> </w:t>
                    </w:r>
                  </w:p>
                </w:tc>
                <w:sdt>
                  <w:sdtPr>
                    <w:rPr>
                      <w:lang w:val="en-GB"/>
                    </w:rPr>
                    <w:id w:val="-331374506"/>
                    <w:placeholder>
                      <w:docPart w:val="4AD171C151EE4EEBAE05FE27C561BAB7"/>
                    </w:placeholder>
                    <w:showingPlcHdr/>
                  </w:sdtPr>
                  <w:sdtEndPr/>
                  <w:sdtContent>
                    <w:tc>
                      <w:tcPr>
                        <w:tcW w:w="1175" w:type="pct"/>
                      </w:tcPr>
                      <w:p w14:paraId="47C4C680" w14:textId="77777777" w:rsidR="000869BB" w:rsidRDefault="000869B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600" w:type="pct"/>
                  </w:tcPr>
                  <w:p w14:paraId="582E8107" w14:textId="77777777" w:rsidR="000869BB" w:rsidRDefault="00AD309B" w:rsidP="000869B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-212915638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0869B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0869BB">
                      <w:rPr>
                        <w:lang w:val="en-GB"/>
                      </w:rPr>
                      <w:t xml:space="preserve"> Yes</w:t>
                    </w:r>
                  </w:p>
                  <w:p w14:paraId="0FBCE33D" w14:textId="0B18C3AF" w:rsidR="000869BB" w:rsidRDefault="00AD309B" w:rsidP="000869B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-173190899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0869B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0869BB">
                      <w:rPr>
                        <w:lang w:val="en-GB"/>
                      </w:rPr>
                      <w:t xml:space="preserve"> No</w:t>
                    </w:r>
                  </w:p>
                </w:tc>
                <w:tc>
                  <w:tcPr>
                    <w:tcW w:w="496" w:type="pct"/>
                  </w:tcPr>
                  <w:p w14:paraId="01CD8969" w14:textId="77777777" w:rsidR="000869BB" w:rsidRDefault="00AD309B" w:rsidP="000869B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-95817586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0869B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0869BB">
                      <w:rPr>
                        <w:lang w:val="en-GB"/>
                      </w:rPr>
                      <w:t xml:space="preserve"> Yes</w:t>
                    </w:r>
                  </w:p>
                  <w:p w14:paraId="48D3C9BB" w14:textId="451D3B84" w:rsidR="000869BB" w:rsidRDefault="00AD309B" w:rsidP="000869B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103900373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0869B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0869BB">
                      <w:rPr>
                        <w:lang w:val="en-GB"/>
                      </w:rPr>
                      <w:t xml:space="preserve"> No</w:t>
                    </w:r>
                  </w:p>
                </w:tc>
                <w:sdt>
                  <w:sdtPr>
                    <w:rPr>
                      <w:lang w:val="en-GB"/>
                    </w:rPr>
                    <w:id w:val="-1857341907"/>
                    <w:placeholder>
                      <w:docPart w:val="C0989EF89D2A4AC3A5E5E69A74621532"/>
                    </w:placeholder>
                    <w:showingPlcHdr/>
                  </w:sdtPr>
                  <w:sdtEndPr/>
                  <w:sdtContent>
                    <w:tc>
                      <w:tcPr>
                        <w:tcW w:w="716" w:type="pct"/>
                      </w:tcPr>
                      <w:p w14:paraId="5C66589A" w14:textId="747F4C42" w:rsidR="000869BB" w:rsidRDefault="000869B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-590074731"/>
              <w:placeholder>
                <w:docPart w:val="48B23B178B7B47FE9D4BC736D48A0B0F"/>
              </w:placeholder>
              <w15:repeatingSectionItem/>
            </w:sdtPr>
            <w:sdtEndPr/>
            <w:sdtContent>
              <w:tr w:rsidR="00DD483C" w14:paraId="120DD328" w14:textId="77777777" w:rsidTr="000869BB">
                <w:sdt>
                  <w:sdtPr>
                    <w:rPr>
                      <w:lang w:val="en-GB"/>
                    </w:rPr>
                    <w:id w:val="-1450083184"/>
                    <w:placeholder>
                      <w:docPart w:val="A4ADF385F49D466CAC40C821116AA868"/>
                    </w:placeholder>
                    <w:showingPlcHdr/>
                  </w:sdtPr>
                  <w:sdtEndPr/>
                  <w:sdtContent>
                    <w:tc>
                      <w:tcPr>
                        <w:tcW w:w="668" w:type="pct"/>
                      </w:tcPr>
                      <w:p w14:paraId="22242725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27686944"/>
                    <w:placeholder>
                      <w:docPart w:val="A70994F603C44445978E27024CB11526"/>
                    </w:placeholder>
                    <w:showingPlcHdr/>
                  </w:sdtPr>
                  <w:sdtEndPr/>
                  <w:sdtContent>
                    <w:tc>
                      <w:tcPr>
                        <w:tcW w:w="672" w:type="pct"/>
                      </w:tcPr>
                      <w:p w14:paraId="5FFE6FAF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672" w:type="pct"/>
                  </w:tcPr>
                  <w:p w14:paraId="3F0F8416" w14:textId="5380A610" w:rsidR="00DD483C" w:rsidRDefault="00AD309B" w:rsidP="00496A0D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-945388491"/>
                        <w:placeholder>
                          <w:docPart w:val="A70994F603C44445978E27024CB11526"/>
                        </w:placeholder>
                        <w:showingPlcHdr/>
                      </w:sdtPr>
                      <w:sdtEndPr/>
                      <w:sdtContent>
                        <w:r w:rsidR="00DD483C"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  <w:r w:rsidR="00DD483C">
                      <w:rPr>
                        <w:lang w:val="en-GB"/>
                      </w:rPr>
                      <w:t xml:space="preserve"> </w:t>
                    </w:r>
                  </w:p>
                </w:tc>
                <w:sdt>
                  <w:sdtPr>
                    <w:rPr>
                      <w:lang w:val="en-GB"/>
                    </w:rPr>
                    <w:id w:val="1069460693"/>
                    <w:placeholder>
                      <w:docPart w:val="D8593657106B4AC19998D0BCEE957418"/>
                    </w:placeholder>
                    <w:showingPlcHdr/>
                  </w:sdtPr>
                  <w:sdtEndPr/>
                  <w:sdtContent>
                    <w:tc>
                      <w:tcPr>
                        <w:tcW w:w="1175" w:type="pct"/>
                      </w:tcPr>
                      <w:p w14:paraId="514B0EF7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600" w:type="pct"/>
                  </w:tcPr>
                  <w:p w14:paraId="478A04CE" w14:textId="77777777" w:rsidR="00DD483C" w:rsidRDefault="00AD309B" w:rsidP="000869B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-60541965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DD483C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DD483C">
                      <w:rPr>
                        <w:lang w:val="en-GB"/>
                      </w:rPr>
                      <w:t xml:space="preserve"> Yes</w:t>
                    </w:r>
                  </w:p>
                  <w:p w14:paraId="14E71BF8" w14:textId="77777777" w:rsidR="00DD483C" w:rsidRDefault="00AD309B" w:rsidP="000869B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-101861435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DD483C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DD483C">
                      <w:rPr>
                        <w:lang w:val="en-GB"/>
                      </w:rPr>
                      <w:t xml:space="preserve"> No</w:t>
                    </w:r>
                  </w:p>
                </w:tc>
                <w:tc>
                  <w:tcPr>
                    <w:tcW w:w="496" w:type="pct"/>
                  </w:tcPr>
                  <w:p w14:paraId="0128B75D" w14:textId="77777777" w:rsidR="00DD483C" w:rsidRDefault="00AD309B" w:rsidP="000869B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-72915671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DD483C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DD483C">
                      <w:rPr>
                        <w:lang w:val="en-GB"/>
                      </w:rPr>
                      <w:t xml:space="preserve"> Yes</w:t>
                    </w:r>
                  </w:p>
                  <w:p w14:paraId="120F1C17" w14:textId="77777777" w:rsidR="00DD483C" w:rsidRDefault="00AD309B" w:rsidP="000869B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-18352213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DD483C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DD483C">
                      <w:rPr>
                        <w:lang w:val="en-GB"/>
                      </w:rPr>
                      <w:t xml:space="preserve"> No</w:t>
                    </w:r>
                  </w:p>
                </w:tc>
                <w:sdt>
                  <w:sdtPr>
                    <w:rPr>
                      <w:lang w:val="en-GB"/>
                    </w:rPr>
                    <w:id w:val="49196602"/>
                    <w:placeholder>
                      <w:docPart w:val="2C48A62CF077499B809826F5BE352D45"/>
                    </w:placeholder>
                    <w:showingPlcHdr/>
                  </w:sdtPr>
                  <w:sdtEndPr/>
                  <w:sdtContent>
                    <w:tc>
                      <w:tcPr>
                        <w:tcW w:w="716" w:type="pct"/>
                      </w:tcPr>
                      <w:p w14:paraId="68B565C3" w14:textId="7B1826D3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56DE7DDE" w14:textId="77777777" w:rsidR="000869BB" w:rsidRDefault="000869BB"/>
    <w:p w14:paraId="4DA3BC03" w14:textId="77777777" w:rsidR="00DD483C" w:rsidRDefault="00DD483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2017D71A" w:rsidR="00214ECC" w:rsidRDefault="007C3707" w:rsidP="003A0599">
      <w:pPr>
        <w:pStyle w:val="Heading1"/>
      </w:pPr>
      <w:r>
        <w:lastRenderedPageBreak/>
        <w:t>A</w:t>
      </w:r>
      <w:r w:rsidR="003729FB">
        <w:t>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sdt>
        <w:sdtPr>
          <w:rPr>
            <w:b/>
            <w:bCs/>
          </w:rPr>
          <w:id w:val="-1270316029"/>
          <w15:repeatingSection/>
        </w:sdtPr>
        <w:sdtEndPr>
          <w:rPr>
            <w:b w:val="0"/>
            <w:bCs w:val="0"/>
          </w:rPr>
        </w:sdtEndPr>
        <w:sdtContent>
          <w:sdt>
            <w:sdtPr>
              <w:rPr>
                <w:b/>
                <w:bCs/>
              </w:rPr>
              <w:id w:val="1099294741"/>
              <w:placeholder>
                <w:docPart w:val="DefaultPlaceholder_-1854013435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8525FA" w14:paraId="1AC9EFE7" w14:textId="77777777" w:rsidTr="0019370D">
                <w:tc>
                  <w:tcPr>
                    <w:tcW w:w="9350" w:type="dxa"/>
                    <w:gridSpan w:val="2"/>
                  </w:tcPr>
                  <w:p w14:paraId="4B30661B" w14:textId="661C3172" w:rsidR="008525FA" w:rsidRDefault="008525FA" w:rsidP="002D7D98">
                    <w:r w:rsidRPr="00F4085D">
                      <w:rPr>
                        <w:b/>
                        <w:bCs/>
                      </w:rPr>
                      <w:t>Project Title</w:t>
                    </w:r>
                    <w:r w:rsidR="00CD745A">
                      <w:rPr>
                        <w:b/>
                        <w:bCs/>
                      </w:rPr>
                      <w:t>:</w:t>
                    </w:r>
                    <w:r w:rsidR="00A0792E">
                      <w:rPr>
                        <w:b/>
                        <w:bCs/>
                      </w:rPr>
                      <w:t xml:space="preserve"> </w:t>
                    </w:r>
                    <w:r w:rsidR="00A0792E">
                      <w:rPr>
                        <w:b/>
                        <w:bCs/>
                      </w:rPr>
                      <w:tab/>
                    </w:r>
                    <w:r w:rsidR="00A0792E">
                      <w:rPr>
                        <w:b/>
                        <w:bCs/>
                      </w:rPr>
                      <w:tab/>
                    </w:r>
                    <w:r w:rsidR="00A0792E">
                      <w:rPr>
                        <w:b/>
                        <w:bCs/>
                      </w:rPr>
                      <w:tab/>
                    </w:r>
                    <w:sdt>
                      <w:sdtPr>
                        <w:rPr>
                          <w:b/>
                          <w:bCs/>
                        </w:rPr>
                        <w:id w:val="871966618"/>
                        <w:placeholder>
                          <w:docPart w:val="C6C5AA04D5744E5397F5B4C02E599FEC"/>
                        </w:placeholder>
                        <w:showingPlcHdr/>
                      </w:sdtPr>
                      <w:sdtEndPr/>
                      <w:sdtContent>
                        <w:r w:rsidR="00CD745A"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p>
                </w:tc>
              </w:tr>
              <w:tr w:rsidR="008525FA" w14:paraId="176303B5" w14:textId="77777777" w:rsidTr="00A0792E">
                <w:tc>
                  <w:tcPr>
                    <w:tcW w:w="2830" w:type="dxa"/>
                    <w:vAlign w:val="center"/>
                  </w:tcPr>
                  <w:p w14:paraId="50053F71" w14:textId="65A68AAE" w:rsidR="008525FA" w:rsidRDefault="00CD745A" w:rsidP="00CD745A">
                    <w:r w:rsidRPr="00F4085D">
                      <w:rPr>
                        <w:b/>
                        <w:bCs/>
                      </w:rPr>
                      <w:t>Role</w:t>
                    </w:r>
                    <w:r>
                      <w:rPr>
                        <w:b/>
                        <w:bCs/>
                      </w:rPr>
                      <w:t>:</w:t>
                    </w:r>
                  </w:p>
                </w:tc>
                <w:tc>
                  <w:tcPr>
                    <w:tcW w:w="6520" w:type="dxa"/>
                  </w:tcPr>
                  <w:p w14:paraId="745FB9AC" w14:textId="768EDC1F" w:rsidR="008525FA" w:rsidRDefault="004A7F5A" w:rsidP="002D7D98">
                    <w:r>
                      <w:t>1</w:t>
                    </w:r>
                    <w:r w:rsidRPr="004A7F5A">
                      <w:rPr>
                        <w:vertAlign w:val="superscript"/>
                      </w:rPr>
                      <w:t>st</w:t>
                    </w:r>
                    <w:r>
                      <w:t xml:space="preserve"> author</w:t>
                    </w:r>
                    <w:sdt>
                      <w:sdtPr>
                        <w:id w:val="-128411044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 xml:space="preserve"> </w:t>
                    </w:r>
                    <w:r>
                      <w:tab/>
                      <w:t>Joint</w:t>
                    </w:r>
                    <w:sdt>
                      <w:sdtPr>
                        <w:id w:val="-82975146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  <w:tr w:rsidR="008525FA" w14:paraId="0F3FFF85" w14:textId="77777777" w:rsidTr="00A0792E">
                <w:tc>
                  <w:tcPr>
                    <w:tcW w:w="2830" w:type="dxa"/>
                    <w:vAlign w:val="center"/>
                  </w:tcPr>
                  <w:p w14:paraId="4C91F2EC" w14:textId="6D80818A" w:rsidR="008525FA" w:rsidRDefault="00CD745A" w:rsidP="00CD745A">
                    <w:r w:rsidRPr="00F4085D">
                      <w:rPr>
                        <w:b/>
                        <w:bCs/>
                      </w:rPr>
                      <w:t>Was the audit cycle completed?</w:t>
                    </w:r>
                  </w:p>
                </w:tc>
                <w:tc>
                  <w:tcPr>
                    <w:tcW w:w="6520" w:type="dxa"/>
                  </w:tcPr>
                  <w:p w14:paraId="16211C1B" w14:textId="0510C58D" w:rsidR="008525FA" w:rsidRDefault="00CD745A" w:rsidP="002D7D98">
                    <w:r>
                      <w:t xml:space="preserve">Yes </w:t>
                    </w:r>
                    <w:sdt>
                      <w:sdtPr>
                        <w:id w:val="209049712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ab/>
                      <w:t xml:space="preserve">No </w:t>
                    </w:r>
                    <w:sdt>
                      <w:sdtPr>
                        <w:id w:val="30328187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ab/>
                      <w:t xml:space="preserve">Ongoing </w:t>
                    </w:r>
                    <w:sdt>
                      <w:sdtPr>
                        <w:id w:val="146538914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  <w:tr w:rsidR="00CD745A" w14:paraId="3C6DB542" w14:textId="77777777" w:rsidTr="00A0792E">
                <w:tc>
                  <w:tcPr>
                    <w:tcW w:w="2830" w:type="dxa"/>
                    <w:vAlign w:val="center"/>
                  </w:tcPr>
                  <w:p w14:paraId="3B040F6A" w14:textId="373393E4" w:rsidR="00CD745A" w:rsidRPr="00F4085D" w:rsidRDefault="004A7F5A" w:rsidP="00CD745A">
                    <w:p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Date of audit</w:t>
                    </w:r>
                  </w:p>
                </w:tc>
                <w:sdt>
                  <w:sdtPr>
                    <w:id w:val="-1609892518"/>
                    <w:placeholder>
                      <w:docPart w:val="4261ABEBA6024587BD9BFFA89B86CBAD"/>
                    </w:placeholder>
                    <w:showingPlcHdr/>
                    <w:date>
                      <w:dateFormat w:val="dd/MM/yyyy"/>
                      <w:lid w:val="en-IE"/>
                      <w:storeMappedDataAs w:val="dateTime"/>
                      <w:calendar w:val="gregorian"/>
                    </w:date>
                  </w:sdtPr>
                  <w:sdtEndPr/>
                  <w:sdtContent>
                    <w:tc>
                      <w:tcPr>
                        <w:tcW w:w="6520" w:type="dxa"/>
                      </w:tcPr>
                      <w:p w14:paraId="25D02023" w14:textId="60E95C39" w:rsidR="00CD745A" w:rsidRDefault="00CD745A" w:rsidP="002D7D98">
                        <w:r w:rsidRPr="00076DED">
                          <w:rPr>
                            <w:rStyle w:val="PlaceholderText"/>
                          </w:rPr>
                          <w:t>Click or tap to enter a date.</w:t>
                        </w:r>
                      </w:p>
                    </w:tc>
                  </w:sdtContent>
                </w:sdt>
              </w:tr>
              <w:tr w:rsidR="008525FA" w14:paraId="65E572C5" w14:textId="77777777" w:rsidTr="00A0792E">
                <w:tc>
                  <w:tcPr>
                    <w:tcW w:w="2830" w:type="dxa"/>
                    <w:vAlign w:val="center"/>
                  </w:tcPr>
                  <w:p w14:paraId="098C6AF8" w14:textId="77777777" w:rsidR="00CD745A" w:rsidRPr="00F4085D" w:rsidRDefault="00CD745A" w:rsidP="00CD745A">
                    <w:pPr>
                      <w:rPr>
                        <w:b/>
                        <w:bCs/>
                      </w:rPr>
                    </w:pPr>
                    <w:r w:rsidRPr="00F4085D">
                      <w:rPr>
                        <w:b/>
                        <w:bCs/>
                      </w:rPr>
                      <w:t>What change did you implement?</w:t>
                    </w:r>
                  </w:p>
                  <w:p w14:paraId="253A3E46" w14:textId="77777777" w:rsidR="008525FA" w:rsidRDefault="008525FA" w:rsidP="00CD745A"/>
                </w:tc>
                <w:sdt>
                  <w:sdtPr>
                    <w:id w:val="-2029861939"/>
                    <w:placeholder>
                      <w:docPart w:val="9444CF760006459A89EF2B7CE3AFF2D1"/>
                    </w:placeholder>
                    <w:showingPlcHdr/>
                  </w:sdtPr>
                  <w:sdtEndPr/>
                  <w:sdtContent>
                    <w:tc>
                      <w:tcPr>
                        <w:tcW w:w="6520" w:type="dxa"/>
                      </w:tcPr>
                      <w:p w14:paraId="4673DCAB" w14:textId="7BD41298" w:rsidR="008525FA" w:rsidRDefault="00CD745A" w:rsidP="002D7D98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8525FA" w14:paraId="510BFC14" w14:textId="77777777" w:rsidTr="00A0792E">
                <w:tc>
                  <w:tcPr>
                    <w:tcW w:w="2830" w:type="dxa"/>
                    <w:vAlign w:val="center"/>
                  </w:tcPr>
                  <w:p w14:paraId="53BD32ED" w14:textId="77777777" w:rsidR="00CD745A" w:rsidRPr="00F4085D" w:rsidRDefault="00CD745A" w:rsidP="00CD745A">
                    <w:pPr>
                      <w:rPr>
                        <w:b/>
                        <w:bCs/>
                      </w:rPr>
                    </w:pPr>
                    <w:r w:rsidRPr="00F4085D">
                      <w:rPr>
                        <w:b/>
                        <w:bCs/>
                      </w:rPr>
                      <w:t>What was the measurable impact?</w:t>
                    </w:r>
                  </w:p>
                  <w:p w14:paraId="2E70E9ED" w14:textId="77777777" w:rsidR="008525FA" w:rsidRDefault="008525FA" w:rsidP="00CD745A"/>
                </w:tc>
                <w:sdt>
                  <w:sdtPr>
                    <w:id w:val="-719363920"/>
                    <w:placeholder>
                      <w:docPart w:val="A451D5A1F2414B9AB219F05CFB3EC45E"/>
                    </w:placeholder>
                    <w:showingPlcHdr/>
                  </w:sdtPr>
                  <w:sdtEndPr/>
                  <w:sdtContent>
                    <w:tc>
                      <w:tcPr>
                        <w:tcW w:w="6520" w:type="dxa"/>
                      </w:tcPr>
                      <w:p w14:paraId="3CCAF454" w14:textId="4840209E" w:rsidR="008525FA" w:rsidRDefault="00CD745A" w:rsidP="002D7D98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8525FA" w14:paraId="39BC37AF" w14:textId="77777777" w:rsidTr="004A7F5A">
                <w:tc>
                  <w:tcPr>
                    <w:tcW w:w="2830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53D262A2" w14:textId="00B2C806" w:rsidR="008525FA" w:rsidRPr="004A7F5A" w:rsidRDefault="004A7F5A" w:rsidP="00CD745A">
                    <w:pPr>
                      <w:rPr>
                        <w:b/>
                        <w:bCs/>
                      </w:rPr>
                    </w:pPr>
                    <w:r w:rsidRPr="004A7F5A">
                      <w:rPr>
                        <w:b/>
                        <w:bCs/>
                      </w:rPr>
                      <w:t xml:space="preserve">Presented </w:t>
                    </w:r>
                    <w:r w:rsidRPr="004A7F5A">
                      <w:rPr>
                        <w:b/>
                        <w:bCs/>
                        <w:lang w:val="en-GB"/>
                      </w:rPr>
                      <w:t>at local, national or international</w:t>
                    </w:r>
                  </w:p>
                </w:tc>
                <w:tc>
                  <w:tcPr>
                    <w:tcW w:w="6520" w:type="dxa"/>
                    <w:tcBorders>
                      <w:bottom w:val="single" w:sz="4" w:space="0" w:color="auto"/>
                    </w:tcBorders>
                  </w:tcPr>
                  <w:p w14:paraId="359F7423" w14:textId="112F1281" w:rsidR="008525FA" w:rsidRDefault="00AD309B" w:rsidP="002D7D98">
                    <w:sdt>
                      <w:sdtPr>
                        <w:id w:val="-22631114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4A7F5A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4A7F5A">
                      <w:t xml:space="preserve"> Local</w:t>
                    </w:r>
                  </w:p>
                  <w:p w14:paraId="26F80F40" w14:textId="12E6AADC" w:rsidR="004A7F5A" w:rsidRDefault="00AD309B" w:rsidP="002D7D98">
                    <w:sdt>
                      <w:sdtPr>
                        <w:id w:val="-102270555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4A7F5A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4A7F5A">
                      <w:t xml:space="preserve"> National</w:t>
                    </w:r>
                  </w:p>
                  <w:p w14:paraId="491EB2BF" w14:textId="70C00C7B" w:rsidR="004A7F5A" w:rsidRDefault="00AD309B" w:rsidP="002D7D98">
                    <w:sdt>
                      <w:sdtPr>
                        <w:id w:val="-100428106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4A7F5A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4A7F5A">
                      <w:t xml:space="preserve"> International</w:t>
                    </w:r>
                  </w:p>
                </w:tc>
              </w:tr>
              <w:tr w:rsidR="00CD745A" w14:paraId="52CA7D1C" w14:textId="77777777" w:rsidTr="004A7F5A">
                <w:tc>
                  <w:tcPr>
                    <w:tcW w:w="9350" w:type="dxa"/>
                    <w:gridSpan w:val="2"/>
                    <w:tcBorders>
                      <w:top w:val="single" w:sz="4" w:space="0" w:color="auto"/>
                      <w:left w:val="nil"/>
                      <w:bottom w:val="nil"/>
                      <w:right w:val="nil"/>
                    </w:tcBorders>
                  </w:tcPr>
                  <w:p w14:paraId="27ED39AD" w14:textId="7873554E" w:rsidR="00CD745A" w:rsidRDefault="00CD745A" w:rsidP="002D7D98"/>
                </w:tc>
              </w:tr>
            </w:sdtContent>
          </w:sdt>
          <w:sdt>
            <w:sdtPr>
              <w:rPr>
                <w:b/>
                <w:bCs/>
              </w:rPr>
              <w:id w:val="-949853644"/>
              <w:placeholder>
                <w:docPart w:val="2096B7963D684E9CBB479897EEC255B9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3D4225" w14:paraId="0B18F4A6" w14:textId="77777777" w:rsidTr="0019370D">
                <w:tc>
                  <w:tcPr>
                    <w:tcW w:w="9350" w:type="dxa"/>
                    <w:gridSpan w:val="2"/>
                  </w:tcPr>
                  <w:p w14:paraId="521502CB" w14:textId="77777777" w:rsidR="003D4225" w:rsidRDefault="003D4225" w:rsidP="002D7D98">
                    <w:r w:rsidRPr="00F4085D">
                      <w:rPr>
                        <w:b/>
                        <w:bCs/>
                      </w:rPr>
                      <w:t>Project Title</w:t>
                    </w:r>
                    <w:r>
                      <w:rPr>
                        <w:b/>
                        <w:bCs/>
                      </w:rPr>
                      <w:t xml:space="preserve">: </w:t>
                    </w:r>
                    <w:r>
                      <w:rPr>
                        <w:b/>
                        <w:bCs/>
                      </w:rPr>
                      <w:tab/>
                    </w:r>
                    <w:r>
                      <w:rPr>
                        <w:b/>
                        <w:bCs/>
                      </w:rPr>
                      <w:tab/>
                    </w:r>
                    <w:r>
                      <w:rPr>
                        <w:b/>
                        <w:bCs/>
                      </w:rPr>
                      <w:tab/>
                    </w:r>
                    <w:sdt>
                      <w:sdtPr>
                        <w:rPr>
                          <w:b/>
                          <w:bCs/>
                        </w:rPr>
                        <w:id w:val="-885798566"/>
                        <w:placeholder>
                          <w:docPart w:val="09F4C42A6EEB42DD80A561F6D33C3113"/>
                        </w:placeholder>
                        <w:showingPlcHdr/>
                      </w:sdtPr>
                      <w:sdtEndPr/>
                      <w:sdtContent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p>
                </w:tc>
              </w:tr>
              <w:tr w:rsidR="003D4225" w14:paraId="6473ABED" w14:textId="77777777" w:rsidTr="00A0792E">
                <w:tc>
                  <w:tcPr>
                    <w:tcW w:w="2830" w:type="dxa"/>
                    <w:vAlign w:val="center"/>
                  </w:tcPr>
                  <w:p w14:paraId="576E420B" w14:textId="77777777" w:rsidR="003D4225" w:rsidRDefault="003D4225" w:rsidP="00CD745A">
                    <w:r w:rsidRPr="00F4085D">
                      <w:rPr>
                        <w:b/>
                        <w:bCs/>
                      </w:rPr>
                      <w:t>Role</w:t>
                    </w:r>
                    <w:r>
                      <w:rPr>
                        <w:b/>
                        <w:bCs/>
                      </w:rPr>
                      <w:t>:</w:t>
                    </w:r>
                  </w:p>
                </w:tc>
                <w:tc>
                  <w:tcPr>
                    <w:tcW w:w="6520" w:type="dxa"/>
                  </w:tcPr>
                  <w:p w14:paraId="3BE8939C" w14:textId="77777777" w:rsidR="003D4225" w:rsidRDefault="003D4225" w:rsidP="002D7D98">
                    <w:r>
                      <w:t>1</w:t>
                    </w:r>
                    <w:r w:rsidRPr="004A7F5A">
                      <w:rPr>
                        <w:vertAlign w:val="superscript"/>
                      </w:rPr>
                      <w:t>st</w:t>
                    </w:r>
                    <w:r>
                      <w:t xml:space="preserve"> author</w:t>
                    </w:r>
                    <w:sdt>
                      <w:sdtPr>
                        <w:id w:val="-68343361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 xml:space="preserve"> </w:t>
                    </w:r>
                    <w:r>
                      <w:tab/>
                      <w:t>Joint</w:t>
                    </w:r>
                    <w:sdt>
                      <w:sdtPr>
                        <w:id w:val="95721597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  <w:tr w:rsidR="003D4225" w14:paraId="30064758" w14:textId="77777777" w:rsidTr="00A0792E">
                <w:tc>
                  <w:tcPr>
                    <w:tcW w:w="2830" w:type="dxa"/>
                    <w:vAlign w:val="center"/>
                  </w:tcPr>
                  <w:p w14:paraId="44977E49" w14:textId="77777777" w:rsidR="003D4225" w:rsidRDefault="003D4225" w:rsidP="00CD745A">
                    <w:r w:rsidRPr="00F4085D">
                      <w:rPr>
                        <w:b/>
                        <w:bCs/>
                      </w:rPr>
                      <w:t>Was the audit cycle completed?</w:t>
                    </w:r>
                  </w:p>
                </w:tc>
                <w:tc>
                  <w:tcPr>
                    <w:tcW w:w="6520" w:type="dxa"/>
                  </w:tcPr>
                  <w:p w14:paraId="02D49289" w14:textId="77777777" w:rsidR="003D4225" w:rsidRDefault="003D4225" w:rsidP="002D7D98">
                    <w:r>
                      <w:t xml:space="preserve">Yes </w:t>
                    </w:r>
                    <w:sdt>
                      <w:sdtPr>
                        <w:id w:val="-56796204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ab/>
                      <w:t xml:space="preserve">No </w:t>
                    </w:r>
                    <w:sdt>
                      <w:sdtPr>
                        <w:id w:val="149468739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ab/>
                      <w:t xml:space="preserve">Ongoing </w:t>
                    </w:r>
                    <w:sdt>
                      <w:sdtPr>
                        <w:id w:val="-21983309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  <w:tr w:rsidR="003D4225" w14:paraId="131E0BCF" w14:textId="77777777" w:rsidTr="00A0792E">
                <w:tc>
                  <w:tcPr>
                    <w:tcW w:w="2830" w:type="dxa"/>
                    <w:vAlign w:val="center"/>
                  </w:tcPr>
                  <w:p w14:paraId="7BEBCFF0" w14:textId="77777777" w:rsidR="003D4225" w:rsidRPr="00F4085D" w:rsidRDefault="003D4225" w:rsidP="00CD745A">
                    <w:p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Date of audit</w:t>
                    </w:r>
                  </w:p>
                </w:tc>
                <w:sdt>
                  <w:sdtPr>
                    <w:id w:val="-944682974"/>
                    <w:placeholder>
                      <w:docPart w:val="AD435D26B4624747B8D9967626FC7B03"/>
                    </w:placeholder>
                    <w:showingPlcHdr/>
                    <w:date>
                      <w:dateFormat w:val="dd/MM/yyyy"/>
                      <w:lid w:val="en-IE"/>
                      <w:storeMappedDataAs w:val="dateTime"/>
                      <w:calendar w:val="gregorian"/>
                    </w:date>
                  </w:sdtPr>
                  <w:sdtEndPr/>
                  <w:sdtContent>
                    <w:tc>
                      <w:tcPr>
                        <w:tcW w:w="6520" w:type="dxa"/>
                      </w:tcPr>
                      <w:p w14:paraId="20951A48" w14:textId="77777777" w:rsidR="003D4225" w:rsidRDefault="003D4225" w:rsidP="00053B32">
                        <w:r w:rsidRPr="00076DED">
                          <w:rPr>
                            <w:rStyle w:val="PlaceholderText"/>
                          </w:rPr>
                          <w:t>Click or tap to enter a date.</w:t>
                        </w:r>
                      </w:p>
                    </w:tc>
                  </w:sdtContent>
                </w:sdt>
              </w:tr>
              <w:tr w:rsidR="003D4225" w14:paraId="78AB89B3" w14:textId="77777777" w:rsidTr="00A0792E">
                <w:tc>
                  <w:tcPr>
                    <w:tcW w:w="2830" w:type="dxa"/>
                    <w:vAlign w:val="center"/>
                  </w:tcPr>
                  <w:p w14:paraId="02B7BAE7" w14:textId="77777777" w:rsidR="003D4225" w:rsidRPr="00F4085D" w:rsidRDefault="003D4225" w:rsidP="00CD745A">
                    <w:pPr>
                      <w:rPr>
                        <w:b/>
                        <w:bCs/>
                      </w:rPr>
                    </w:pPr>
                    <w:r w:rsidRPr="00F4085D">
                      <w:rPr>
                        <w:b/>
                        <w:bCs/>
                      </w:rPr>
                      <w:t>What change did you implement?</w:t>
                    </w:r>
                  </w:p>
                  <w:p w14:paraId="5D89D3F5" w14:textId="77777777" w:rsidR="003D4225" w:rsidRDefault="003D4225" w:rsidP="00CD745A"/>
                </w:tc>
                <w:sdt>
                  <w:sdtPr>
                    <w:id w:val="-1494030418"/>
                    <w:placeholder>
                      <w:docPart w:val="649FBF3CDE1C494599737C2E4204C5AD"/>
                    </w:placeholder>
                    <w:showingPlcHdr/>
                  </w:sdtPr>
                  <w:sdtEndPr/>
                  <w:sdtContent>
                    <w:tc>
                      <w:tcPr>
                        <w:tcW w:w="6520" w:type="dxa"/>
                      </w:tcPr>
                      <w:p w14:paraId="0B954603" w14:textId="77777777" w:rsidR="003D4225" w:rsidRDefault="003D4225" w:rsidP="00053B32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4CFB5D76" w14:textId="77777777" w:rsidTr="00A0792E">
                <w:tc>
                  <w:tcPr>
                    <w:tcW w:w="2830" w:type="dxa"/>
                    <w:vAlign w:val="center"/>
                  </w:tcPr>
                  <w:p w14:paraId="67CE8319" w14:textId="77777777" w:rsidR="003D4225" w:rsidRPr="00F4085D" w:rsidRDefault="003D4225" w:rsidP="00CD745A">
                    <w:pPr>
                      <w:rPr>
                        <w:b/>
                        <w:bCs/>
                      </w:rPr>
                    </w:pPr>
                    <w:r w:rsidRPr="00F4085D">
                      <w:rPr>
                        <w:b/>
                        <w:bCs/>
                      </w:rPr>
                      <w:t>What was the measurable impact?</w:t>
                    </w:r>
                  </w:p>
                  <w:p w14:paraId="788845A6" w14:textId="77777777" w:rsidR="003D4225" w:rsidRDefault="003D4225" w:rsidP="00CD745A"/>
                </w:tc>
                <w:sdt>
                  <w:sdtPr>
                    <w:id w:val="2032986084"/>
                    <w:placeholder>
                      <w:docPart w:val="C3A61D616D7E4D0687C040896A01549C"/>
                    </w:placeholder>
                    <w:showingPlcHdr/>
                  </w:sdtPr>
                  <w:sdtEndPr/>
                  <w:sdtContent>
                    <w:tc>
                      <w:tcPr>
                        <w:tcW w:w="6520" w:type="dxa"/>
                      </w:tcPr>
                      <w:p w14:paraId="1EE4DCE7" w14:textId="77777777" w:rsidR="003D4225" w:rsidRDefault="003D4225" w:rsidP="00053B32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0DA7D38B" w14:textId="77777777" w:rsidTr="004A7F5A">
                <w:tc>
                  <w:tcPr>
                    <w:tcW w:w="2830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623D6603" w14:textId="77777777" w:rsidR="003D4225" w:rsidRPr="004A7F5A" w:rsidRDefault="003D4225" w:rsidP="00CD745A">
                    <w:pPr>
                      <w:rPr>
                        <w:b/>
                        <w:bCs/>
                      </w:rPr>
                    </w:pPr>
                    <w:r w:rsidRPr="004A7F5A">
                      <w:rPr>
                        <w:b/>
                        <w:bCs/>
                      </w:rPr>
                      <w:t xml:space="preserve">Presented </w:t>
                    </w:r>
                    <w:r w:rsidRPr="004A7F5A">
                      <w:rPr>
                        <w:b/>
                        <w:bCs/>
                        <w:lang w:val="en-GB"/>
                      </w:rPr>
                      <w:t>at local, national or international</w:t>
                    </w:r>
                  </w:p>
                </w:tc>
                <w:tc>
                  <w:tcPr>
                    <w:tcW w:w="6520" w:type="dxa"/>
                    <w:tcBorders>
                      <w:bottom w:val="single" w:sz="4" w:space="0" w:color="auto"/>
                    </w:tcBorders>
                  </w:tcPr>
                  <w:p w14:paraId="687F5B60" w14:textId="77777777" w:rsidR="003D4225" w:rsidRDefault="00AD309B" w:rsidP="002D7D98">
                    <w:sdt>
                      <w:sdtPr>
                        <w:id w:val="-191099490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3D4225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3D4225">
                      <w:t xml:space="preserve"> Local</w:t>
                    </w:r>
                  </w:p>
                  <w:p w14:paraId="78E16D5B" w14:textId="77777777" w:rsidR="003D4225" w:rsidRDefault="00AD309B" w:rsidP="002D7D98">
                    <w:sdt>
                      <w:sdtPr>
                        <w:id w:val="197047378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3D4225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3D4225">
                      <w:t xml:space="preserve"> National</w:t>
                    </w:r>
                  </w:p>
                  <w:p w14:paraId="7B2D2315" w14:textId="77777777" w:rsidR="003D4225" w:rsidRDefault="00AD309B" w:rsidP="002D7D98">
                    <w:sdt>
                      <w:sdtPr>
                        <w:id w:val="139385013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3D4225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3D4225">
                      <w:t xml:space="preserve"> International</w:t>
                    </w:r>
                  </w:p>
                </w:tc>
              </w:tr>
              <w:tr w:rsidR="003D4225" w14:paraId="7E7CC689" w14:textId="77777777" w:rsidTr="004A7F5A">
                <w:tc>
                  <w:tcPr>
                    <w:tcW w:w="9350" w:type="dxa"/>
                    <w:gridSpan w:val="2"/>
                    <w:tcBorders>
                      <w:top w:val="single" w:sz="4" w:space="0" w:color="auto"/>
                      <w:left w:val="nil"/>
                      <w:bottom w:val="nil"/>
                      <w:right w:val="nil"/>
                    </w:tcBorders>
                  </w:tcPr>
                  <w:p w14:paraId="7A6B3929" w14:textId="01572A7D" w:rsidR="003D4225" w:rsidRDefault="003D4225" w:rsidP="002D7D98"/>
                </w:tc>
              </w:tr>
            </w:sdtContent>
          </w:sdt>
          <w:sdt>
            <w:sdtPr>
              <w:rPr>
                <w:b/>
                <w:bCs/>
              </w:rPr>
              <w:id w:val="110014127"/>
              <w:placeholder>
                <w:docPart w:val="EA1FA4400DF447F7BA2711A022C85B04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DD483C" w14:paraId="0245845A" w14:textId="77777777" w:rsidTr="0019370D">
                <w:tc>
                  <w:tcPr>
                    <w:tcW w:w="9350" w:type="dxa"/>
                    <w:gridSpan w:val="2"/>
                  </w:tcPr>
                  <w:p w14:paraId="0F170C74" w14:textId="77777777" w:rsidR="00DD483C" w:rsidRDefault="00DD483C" w:rsidP="002D7D98">
                    <w:r w:rsidRPr="00F4085D">
                      <w:rPr>
                        <w:b/>
                        <w:bCs/>
                      </w:rPr>
                      <w:t>Project Title</w:t>
                    </w:r>
                    <w:r>
                      <w:rPr>
                        <w:b/>
                        <w:bCs/>
                      </w:rPr>
                      <w:t xml:space="preserve">: </w:t>
                    </w:r>
                    <w:r>
                      <w:rPr>
                        <w:b/>
                        <w:bCs/>
                      </w:rPr>
                      <w:tab/>
                    </w:r>
                    <w:r>
                      <w:rPr>
                        <w:b/>
                        <w:bCs/>
                      </w:rPr>
                      <w:tab/>
                    </w:r>
                    <w:r>
                      <w:rPr>
                        <w:b/>
                        <w:bCs/>
                      </w:rPr>
                      <w:tab/>
                    </w:r>
                    <w:sdt>
                      <w:sdtPr>
                        <w:rPr>
                          <w:b/>
                          <w:bCs/>
                        </w:rPr>
                        <w:id w:val="-473911293"/>
                        <w:placeholder>
                          <w:docPart w:val="1EAE8D0FB3404A9081F607D8EBA0D2A8"/>
                        </w:placeholder>
                        <w:showingPlcHdr/>
                      </w:sdtPr>
                      <w:sdtEndPr/>
                      <w:sdtContent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p>
                </w:tc>
              </w:tr>
              <w:tr w:rsidR="00DD483C" w14:paraId="680C4D61" w14:textId="77777777" w:rsidTr="00A0792E">
                <w:tc>
                  <w:tcPr>
                    <w:tcW w:w="2830" w:type="dxa"/>
                    <w:vAlign w:val="center"/>
                  </w:tcPr>
                  <w:p w14:paraId="3FF32BBD" w14:textId="77777777" w:rsidR="00DD483C" w:rsidRDefault="00DD483C" w:rsidP="00CD745A">
                    <w:r w:rsidRPr="00F4085D">
                      <w:rPr>
                        <w:b/>
                        <w:bCs/>
                      </w:rPr>
                      <w:t>Role</w:t>
                    </w:r>
                    <w:r>
                      <w:rPr>
                        <w:b/>
                        <w:bCs/>
                      </w:rPr>
                      <w:t>:</w:t>
                    </w:r>
                  </w:p>
                </w:tc>
                <w:tc>
                  <w:tcPr>
                    <w:tcW w:w="6520" w:type="dxa"/>
                  </w:tcPr>
                  <w:p w14:paraId="6EE1D098" w14:textId="77777777" w:rsidR="00DD483C" w:rsidRDefault="00DD483C" w:rsidP="002D7D98">
                    <w:r>
                      <w:t>1</w:t>
                    </w:r>
                    <w:r w:rsidRPr="004A7F5A">
                      <w:rPr>
                        <w:vertAlign w:val="superscript"/>
                      </w:rPr>
                      <w:t>st</w:t>
                    </w:r>
                    <w:r>
                      <w:t xml:space="preserve"> author</w:t>
                    </w:r>
                    <w:sdt>
                      <w:sdtPr>
                        <w:id w:val="-100906487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 xml:space="preserve"> </w:t>
                    </w:r>
                    <w:r>
                      <w:tab/>
                      <w:t>Joint</w:t>
                    </w:r>
                    <w:sdt>
                      <w:sdtPr>
                        <w:id w:val="182586068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  <w:tr w:rsidR="00DD483C" w14:paraId="550FBF6E" w14:textId="77777777" w:rsidTr="00A0792E">
                <w:tc>
                  <w:tcPr>
                    <w:tcW w:w="2830" w:type="dxa"/>
                    <w:vAlign w:val="center"/>
                  </w:tcPr>
                  <w:p w14:paraId="3B016D50" w14:textId="77777777" w:rsidR="00DD483C" w:rsidRDefault="00DD483C" w:rsidP="00CD745A">
                    <w:r w:rsidRPr="00F4085D">
                      <w:rPr>
                        <w:b/>
                        <w:bCs/>
                      </w:rPr>
                      <w:t>Was the audit cycle completed?</w:t>
                    </w:r>
                  </w:p>
                </w:tc>
                <w:tc>
                  <w:tcPr>
                    <w:tcW w:w="6520" w:type="dxa"/>
                  </w:tcPr>
                  <w:p w14:paraId="40CB5F31" w14:textId="77777777" w:rsidR="00DD483C" w:rsidRDefault="00DD483C" w:rsidP="002D7D98">
                    <w:r>
                      <w:t xml:space="preserve">Yes </w:t>
                    </w:r>
                    <w:sdt>
                      <w:sdtPr>
                        <w:id w:val="30705806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ab/>
                      <w:t xml:space="preserve">No </w:t>
                    </w:r>
                    <w:sdt>
                      <w:sdtPr>
                        <w:id w:val="-106810450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ab/>
                      <w:t xml:space="preserve">Ongoing </w:t>
                    </w:r>
                    <w:sdt>
                      <w:sdtPr>
                        <w:id w:val="150185359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  <w:tr w:rsidR="00DD483C" w14:paraId="32B50001" w14:textId="77777777" w:rsidTr="00A0792E">
                <w:tc>
                  <w:tcPr>
                    <w:tcW w:w="2830" w:type="dxa"/>
                    <w:vAlign w:val="center"/>
                  </w:tcPr>
                  <w:p w14:paraId="582FB6A0" w14:textId="77777777" w:rsidR="00DD483C" w:rsidRPr="00F4085D" w:rsidRDefault="00DD483C" w:rsidP="00CD745A">
                    <w:p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Date of audit</w:t>
                    </w:r>
                  </w:p>
                </w:tc>
                <w:sdt>
                  <w:sdtPr>
                    <w:id w:val="-297228663"/>
                    <w:placeholder>
                      <w:docPart w:val="EAB0893BB9864CF3A5FD5EF6FC4BC2D2"/>
                    </w:placeholder>
                    <w:showingPlcHdr/>
                    <w:date>
                      <w:dateFormat w:val="dd/MM/yyyy"/>
                      <w:lid w:val="en-IE"/>
                      <w:storeMappedDataAs w:val="dateTime"/>
                      <w:calendar w:val="gregorian"/>
                    </w:date>
                  </w:sdtPr>
                  <w:sdtEndPr/>
                  <w:sdtContent>
                    <w:tc>
                      <w:tcPr>
                        <w:tcW w:w="6520" w:type="dxa"/>
                      </w:tcPr>
                      <w:p w14:paraId="397E05E5" w14:textId="77777777" w:rsidR="00DD483C" w:rsidRDefault="00DD483C" w:rsidP="001206C0">
                        <w:r w:rsidRPr="00076DED">
                          <w:rPr>
                            <w:rStyle w:val="PlaceholderText"/>
                          </w:rPr>
                          <w:t>Click or tap to enter a date.</w:t>
                        </w:r>
                      </w:p>
                    </w:tc>
                  </w:sdtContent>
                </w:sdt>
              </w:tr>
              <w:tr w:rsidR="00DD483C" w14:paraId="7BC9DFC8" w14:textId="77777777" w:rsidTr="00A0792E">
                <w:tc>
                  <w:tcPr>
                    <w:tcW w:w="2830" w:type="dxa"/>
                    <w:vAlign w:val="center"/>
                  </w:tcPr>
                  <w:p w14:paraId="64CDE9B9" w14:textId="77777777" w:rsidR="00DD483C" w:rsidRPr="00F4085D" w:rsidRDefault="00DD483C" w:rsidP="00CD745A">
                    <w:pPr>
                      <w:rPr>
                        <w:b/>
                        <w:bCs/>
                      </w:rPr>
                    </w:pPr>
                    <w:r w:rsidRPr="00F4085D">
                      <w:rPr>
                        <w:b/>
                        <w:bCs/>
                      </w:rPr>
                      <w:t>What change did you implement?</w:t>
                    </w:r>
                  </w:p>
                  <w:p w14:paraId="4A8C435C" w14:textId="77777777" w:rsidR="00DD483C" w:rsidRDefault="00DD483C" w:rsidP="00CD745A"/>
                </w:tc>
                <w:sdt>
                  <w:sdtPr>
                    <w:id w:val="997075720"/>
                    <w:placeholder>
                      <w:docPart w:val="04F1EB74A2FD4752917F2F39F815AC51"/>
                    </w:placeholder>
                    <w:showingPlcHdr/>
                  </w:sdtPr>
                  <w:sdtEndPr/>
                  <w:sdtContent>
                    <w:tc>
                      <w:tcPr>
                        <w:tcW w:w="6520" w:type="dxa"/>
                      </w:tcPr>
                      <w:p w14:paraId="02010282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66F8952C" w14:textId="77777777" w:rsidTr="00A0792E">
                <w:tc>
                  <w:tcPr>
                    <w:tcW w:w="2830" w:type="dxa"/>
                    <w:vAlign w:val="center"/>
                  </w:tcPr>
                  <w:p w14:paraId="0A9B0275" w14:textId="77777777" w:rsidR="00DD483C" w:rsidRPr="00F4085D" w:rsidRDefault="00DD483C" w:rsidP="00CD745A">
                    <w:pPr>
                      <w:rPr>
                        <w:b/>
                        <w:bCs/>
                      </w:rPr>
                    </w:pPr>
                    <w:r w:rsidRPr="00F4085D">
                      <w:rPr>
                        <w:b/>
                        <w:bCs/>
                      </w:rPr>
                      <w:t>What was the measurable impact?</w:t>
                    </w:r>
                  </w:p>
                  <w:p w14:paraId="77BA0437" w14:textId="77777777" w:rsidR="00DD483C" w:rsidRDefault="00DD483C" w:rsidP="00CD745A"/>
                </w:tc>
                <w:sdt>
                  <w:sdtPr>
                    <w:id w:val="639075614"/>
                    <w:placeholder>
                      <w:docPart w:val="03E8BAE23C17418F8A9B9301B501A4BD"/>
                    </w:placeholder>
                    <w:showingPlcHdr/>
                  </w:sdtPr>
                  <w:sdtEndPr/>
                  <w:sdtContent>
                    <w:tc>
                      <w:tcPr>
                        <w:tcW w:w="6520" w:type="dxa"/>
                      </w:tcPr>
                      <w:p w14:paraId="36409749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753C2775" w14:textId="77777777" w:rsidTr="004A7F5A">
                <w:tc>
                  <w:tcPr>
                    <w:tcW w:w="2830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697FA807" w14:textId="77777777" w:rsidR="00DD483C" w:rsidRPr="004A7F5A" w:rsidRDefault="00DD483C" w:rsidP="00CD745A">
                    <w:pPr>
                      <w:rPr>
                        <w:b/>
                        <w:bCs/>
                      </w:rPr>
                    </w:pPr>
                    <w:r w:rsidRPr="004A7F5A">
                      <w:rPr>
                        <w:b/>
                        <w:bCs/>
                      </w:rPr>
                      <w:lastRenderedPageBreak/>
                      <w:t xml:space="preserve">Presented </w:t>
                    </w:r>
                    <w:r w:rsidRPr="004A7F5A">
                      <w:rPr>
                        <w:b/>
                        <w:bCs/>
                        <w:lang w:val="en-GB"/>
                      </w:rPr>
                      <w:t>at local, national or international</w:t>
                    </w:r>
                  </w:p>
                </w:tc>
                <w:tc>
                  <w:tcPr>
                    <w:tcW w:w="6520" w:type="dxa"/>
                    <w:tcBorders>
                      <w:bottom w:val="single" w:sz="4" w:space="0" w:color="auto"/>
                    </w:tcBorders>
                  </w:tcPr>
                  <w:p w14:paraId="615DF5B9" w14:textId="77777777" w:rsidR="00DD483C" w:rsidRDefault="00AD309B" w:rsidP="002D7D98">
                    <w:sdt>
                      <w:sdtPr>
                        <w:id w:val="85762225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DD483C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DD483C">
                      <w:t xml:space="preserve"> Local</w:t>
                    </w:r>
                  </w:p>
                  <w:p w14:paraId="6CA8AA99" w14:textId="77777777" w:rsidR="00DD483C" w:rsidRDefault="00AD309B" w:rsidP="002D7D98">
                    <w:sdt>
                      <w:sdtPr>
                        <w:id w:val="55481778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DD483C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DD483C">
                      <w:t xml:space="preserve"> National</w:t>
                    </w:r>
                  </w:p>
                  <w:p w14:paraId="1DA59B1B" w14:textId="77777777" w:rsidR="00DD483C" w:rsidRDefault="00AD309B" w:rsidP="002D7D98">
                    <w:sdt>
                      <w:sdtPr>
                        <w:id w:val="152544582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DD483C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DD483C">
                      <w:t xml:space="preserve"> International</w:t>
                    </w:r>
                  </w:p>
                </w:tc>
              </w:tr>
              <w:tr w:rsidR="00DD483C" w14:paraId="0A69A49B" w14:textId="77777777" w:rsidTr="004A7F5A">
                <w:tc>
                  <w:tcPr>
                    <w:tcW w:w="9350" w:type="dxa"/>
                    <w:gridSpan w:val="2"/>
                    <w:tcBorders>
                      <w:top w:val="single" w:sz="4" w:space="0" w:color="auto"/>
                      <w:left w:val="nil"/>
                      <w:bottom w:val="nil"/>
                      <w:right w:val="nil"/>
                    </w:tcBorders>
                  </w:tcPr>
                  <w:p w14:paraId="1FC2ACBD" w14:textId="131AD5A3" w:rsidR="00DD483C" w:rsidRDefault="00DD483C" w:rsidP="002D7D98"/>
                </w:tc>
              </w:tr>
            </w:sdtContent>
          </w:sdt>
          <w:sdt>
            <w:sdtPr>
              <w:rPr>
                <w:b/>
                <w:bCs/>
              </w:rPr>
              <w:id w:val="3416546"/>
              <w:placeholder>
                <w:docPart w:val="93B016EDDF684B6AA9A30556CE466DA3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DD483C" w14:paraId="0BFE7F89" w14:textId="77777777" w:rsidTr="0019370D">
                <w:tc>
                  <w:tcPr>
                    <w:tcW w:w="9350" w:type="dxa"/>
                    <w:gridSpan w:val="2"/>
                  </w:tcPr>
                  <w:p w14:paraId="40A16DCF" w14:textId="77777777" w:rsidR="00DD483C" w:rsidRDefault="00DD483C" w:rsidP="002D7D98">
                    <w:r w:rsidRPr="00F4085D">
                      <w:rPr>
                        <w:b/>
                        <w:bCs/>
                      </w:rPr>
                      <w:t>Project Title</w:t>
                    </w:r>
                    <w:r>
                      <w:rPr>
                        <w:b/>
                        <w:bCs/>
                      </w:rPr>
                      <w:t xml:space="preserve">: </w:t>
                    </w:r>
                    <w:r>
                      <w:rPr>
                        <w:b/>
                        <w:bCs/>
                      </w:rPr>
                      <w:tab/>
                    </w:r>
                    <w:r>
                      <w:rPr>
                        <w:b/>
                        <w:bCs/>
                      </w:rPr>
                      <w:tab/>
                    </w:r>
                    <w:r>
                      <w:rPr>
                        <w:b/>
                        <w:bCs/>
                      </w:rPr>
                      <w:tab/>
                    </w:r>
                    <w:sdt>
                      <w:sdtPr>
                        <w:rPr>
                          <w:b/>
                          <w:bCs/>
                        </w:rPr>
                        <w:id w:val="375357062"/>
                        <w:placeholder>
                          <w:docPart w:val="588DBB1BD51A4506A10064EABEF29AB3"/>
                        </w:placeholder>
                        <w:showingPlcHdr/>
                      </w:sdtPr>
                      <w:sdtEndPr/>
                      <w:sdtContent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p>
                </w:tc>
              </w:tr>
              <w:tr w:rsidR="00DD483C" w14:paraId="11FAB813" w14:textId="77777777" w:rsidTr="00A0792E">
                <w:tc>
                  <w:tcPr>
                    <w:tcW w:w="2830" w:type="dxa"/>
                    <w:vAlign w:val="center"/>
                  </w:tcPr>
                  <w:p w14:paraId="3D6F5C5F" w14:textId="77777777" w:rsidR="00DD483C" w:rsidRDefault="00DD483C" w:rsidP="00CD745A">
                    <w:r w:rsidRPr="00F4085D">
                      <w:rPr>
                        <w:b/>
                        <w:bCs/>
                      </w:rPr>
                      <w:t>Role</w:t>
                    </w:r>
                    <w:r>
                      <w:rPr>
                        <w:b/>
                        <w:bCs/>
                      </w:rPr>
                      <w:t>:</w:t>
                    </w:r>
                  </w:p>
                </w:tc>
                <w:tc>
                  <w:tcPr>
                    <w:tcW w:w="6520" w:type="dxa"/>
                  </w:tcPr>
                  <w:p w14:paraId="74378BCA" w14:textId="77777777" w:rsidR="00DD483C" w:rsidRDefault="00DD483C" w:rsidP="002D7D98">
                    <w:r>
                      <w:t>1</w:t>
                    </w:r>
                    <w:r w:rsidRPr="004A7F5A">
                      <w:rPr>
                        <w:vertAlign w:val="superscript"/>
                      </w:rPr>
                      <w:t>st</w:t>
                    </w:r>
                    <w:r>
                      <w:t xml:space="preserve"> author</w:t>
                    </w:r>
                    <w:sdt>
                      <w:sdtPr>
                        <w:id w:val="74508431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 xml:space="preserve"> </w:t>
                    </w:r>
                    <w:r>
                      <w:tab/>
                      <w:t>Joint</w:t>
                    </w:r>
                    <w:sdt>
                      <w:sdtPr>
                        <w:id w:val="-112191652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  <w:tr w:rsidR="00DD483C" w14:paraId="0281F0AC" w14:textId="77777777" w:rsidTr="00A0792E">
                <w:tc>
                  <w:tcPr>
                    <w:tcW w:w="2830" w:type="dxa"/>
                    <w:vAlign w:val="center"/>
                  </w:tcPr>
                  <w:p w14:paraId="5A7475C3" w14:textId="77777777" w:rsidR="00DD483C" w:rsidRDefault="00DD483C" w:rsidP="00CD745A">
                    <w:r w:rsidRPr="00F4085D">
                      <w:rPr>
                        <w:b/>
                        <w:bCs/>
                      </w:rPr>
                      <w:t>Was the audit cycle completed?</w:t>
                    </w:r>
                  </w:p>
                </w:tc>
                <w:tc>
                  <w:tcPr>
                    <w:tcW w:w="6520" w:type="dxa"/>
                  </w:tcPr>
                  <w:p w14:paraId="40D690E8" w14:textId="77777777" w:rsidR="00DD483C" w:rsidRDefault="00DD483C" w:rsidP="002D7D98">
                    <w:r>
                      <w:t xml:space="preserve">Yes </w:t>
                    </w:r>
                    <w:sdt>
                      <w:sdtPr>
                        <w:id w:val="-144414365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ab/>
                      <w:t xml:space="preserve">No </w:t>
                    </w:r>
                    <w:sdt>
                      <w:sdtPr>
                        <w:id w:val="-169168318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ab/>
                      <w:t xml:space="preserve">Ongoing </w:t>
                    </w:r>
                    <w:sdt>
                      <w:sdtPr>
                        <w:id w:val="-186027196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  <w:tr w:rsidR="00DD483C" w14:paraId="0C6ED81B" w14:textId="77777777" w:rsidTr="00A0792E">
                <w:tc>
                  <w:tcPr>
                    <w:tcW w:w="2830" w:type="dxa"/>
                    <w:vAlign w:val="center"/>
                  </w:tcPr>
                  <w:p w14:paraId="4DFAA889" w14:textId="77777777" w:rsidR="00DD483C" w:rsidRPr="00F4085D" w:rsidRDefault="00DD483C" w:rsidP="00CD745A">
                    <w:p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Date of audit</w:t>
                    </w:r>
                  </w:p>
                </w:tc>
                <w:sdt>
                  <w:sdtPr>
                    <w:id w:val="-469833904"/>
                    <w:placeholder>
                      <w:docPart w:val="A74DD9015F8946FC87608BC881F34E63"/>
                    </w:placeholder>
                    <w:showingPlcHdr/>
                    <w:date>
                      <w:dateFormat w:val="dd/MM/yyyy"/>
                      <w:lid w:val="en-IE"/>
                      <w:storeMappedDataAs w:val="dateTime"/>
                      <w:calendar w:val="gregorian"/>
                    </w:date>
                  </w:sdtPr>
                  <w:sdtEndPr/>
                  <w:sdtContent>
                    <w:tc>
                      <w:tcPr>
                        <w:tcW w:w="6520" w:type="dxa"/>
                      </w:tcPr>
                      <w:p w14:paraId="24207680" w14:textId="77777777" w:rsidR="00DD483C" w:rsidRDefault="00DD483C" w:rsidP="001206C0">
                        <w:r w:rsidRPr="00076DED">
                          <w:rPr>
                            <w:rStyle w:val="PlaceholderText"/>
                          </w:rPr>
                          <w:t>Click or tap to enter a date.</w:t>
                        </w:r>
                      </w:p>
                    </w:tc>
                  </w:sdtContent>
                </w:sdt>
              </w:tr>
              <w:tr w:rsidR="00DD483C" w14:paraId="188B849E" w14:textId="77777777" w:rsidTr="00A0792E">
                <w:tc>
                  <w:tcPr>
                    <w:tcW w:w="2830" w:type="dxa"/>
                    <w:vAlign w:val="center"/>
                  </w:tcPr>
                  <w:p w14:paraId="136541DA" w14:textId="77777777" w:rsidR="00DD483C" w:rsidRPr="00F4085D" w:rsidRDefault="00DD483C" w:rsidP="00CD745A">
                    <w:pPr>
                      <w:rPr>
                        <w:b/>
                        <w:bCs/>
                      </w:rPr>
                    </w:pPr>
                    <w:r w:rsidRPr="00F4085D">
                      <w:rPr>
                        <w:b/>
                        <w:bCs/>
                      </w:rPr>
                      <w:t>What change did you implement?</w:t>
                    </w:r>
                  </w:p>
                  <w:p w14:paraId="2E9C0AF5" w14:textId="77777777" w:rsidR="00DD483C" w:rsidRDefault="00DD483C" w:rsidP="00CD745A"/>
                </w:tc>
                <w:sdt>
                  <w:sdtPr>
                    <w:id w:val="1599441277"/>
                    <w:placeholder>
                      <w:docPart w:val="BA181D53E55E4B93BCD9DEB679B58CBF"/>
                    </w:placeholder>
                    <w:showingPlcHdr/>
                  </w:sdtPr>
                  <w:sdtEndPr/>
                  <w:sdtContent>
                    <w:tc>
                      <w:tcPr>
                        <w:tcW w:w="6520" w:type="dxa"/>
                      </w:tcPr>
                      <w:p w14:paraId="335D2CC6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5A6F7B8D" w14:textId="77777777" w:rsidTr="00A0792E">
                <w:tc>
                  <w:tcPr>
                    <w:tcW w:w="2830" w:type="dxa"/>
                    <w:vAlign w:val="center"/>
                  </w:tcPr>
                  <w:p w14:paraId="3B6B6F53" w14:textId="77777777" w:rsidR="00DD483C" w:rsidRPr="00F4085D" w:rsidRDefault="00DD483C" w:rsidP="00CD745A">
                    <w:pPr>
                      <w:rPr>
                        <w:b/>
                        <w:bCs/>
                      </w:rPr>
                    </w:pPr>
                    <w:r w:rsidRPr="00F4085D">
                      <w:rPr>
                        <w:b/>
                        <w:bCs/>
                      </w:rPr>
                      <w:t>What was the measurable impact?</w:t>
                    </w:r>
                  </w:p>
                  <w:p w14:paraId="239A9966" w14:textId="77777777" w:rsidR="00DD483C" w:rsidRDefault="00DD483C" w:rsidP="00CD745A"/>
                </w:tc>
                <w:sdt>
                  <w:sdtPr>
                    <w:id w:val="-545145261"/>
                    <w:placeholder>
                      <w:docPart w:val="3514199E358E4DEE889A194806C60230"/>
                    </w:placeholder>
                    <w:showingPlcHdr/>
                  </w:sdtPr>
                  <w:sdtEndPr/>
                  <w:sdtContent>
                    <w:tc>
                      <w:tcPr>
                        <w:tcW w:w="6520" w:type="dxa"/>
                      </w:tcPr>
                      <w:p w14:paraId="7CFB9426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203453AD" w14:textId="77777777" w:rsidTr="004A7F5A">
                <w:tc>
                  <w:tcPr>
                    <w:tcW w:w="2830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01E3B2E8" w14:textId="77777777" w:rsidR="00DD483C" w:rsidRPr="004A7F5A" w:rsidRDefault="00DD483C" w:rsidP="00CD745A">
                    <w:pPr>
                      <w:rPr>
                        <w:b/>
                        <w:bCs/>
                      </w:rPr>
                    </w:pPr>
                    <w:r w:rsidRPr="004A7F5A">
                      <w:rPr>
                        <w:b/>
                        <w:bCs/>
                      </w:rPr>
                      <w:t xml:space="preserve">Presented </w:t>
                    </w:r>
                    <w:r w:rsidRPr="004A7F5A">
                      <w:rPr>
                        <w:b/>
                        <w:bCs/>
                        <w:lang w:val="en-GB"/>
                      </w:rPr>
                      <w:t>at local, national or international</w:t>
                    </w:r>
                  </w:p>
                </w:tc>
                <w:tc>
                  <w:tcPr>
                    <w:tcW w:w="6520" w:type="dxa"/>
                    <w:tcBorders>
                      <w:bottom w:val="single" w:sz="4" w:space="0" w:color="auto"/>
                    </w:tcBorders>
                  </w:tcPr>
                  <w:p w14:paraId="17532A3A" w14:textId="77777777" w:rsidR="00DD483C" w:rsidRDefault="00AD309B" w:rsidP="002D7D98">
                    <w:sdt>
                      <w:sdtPr>
                        <w:id w:val="-62948064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DD483C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DD483C">
                      <w:t xml:space="preserve"> Local</w:t>
                    </w:r>
                  </w:p>
                  <w:p w14:paraId="6C87B289" w14:textId="77777777" w:rsidR="00DD483C" w:rsidRDefault="00AD309B" w:rsidP="002D7D98">
                    <w:sdt>
                      <w:sdtPr>
                        <w:id w:val="-127524206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DD483C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DD483C">
                      <w:t xml:space="preserve"> National</w:t>
                    </w:r>
                  </w:p>
                  <w:p w14:paraId="2CD91CD8" w14:textId="77777777" w:rsidR="00DD483C" w:rsidRDefault="00AD309B" w:rsidP="002D7D98">
                    <w:sdt>
                      <w:sdtPr>
                        <w:id w:val="-192487160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DD483C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DD483C">
                      <w:t xml:space="preserve"> International</w:t>
                    </w:r>
                  </w:p>
                </w:tc>
              </w:tr>
              <w:tr w:rsidR="00DD483C" w14:paraId="0DE6CE2D" w14:textId="77777777" w:rsidTr="004A7F5A">
                <w:tc>
                  <w:tcPr>
                    <w:tcW w:w="9350" w:type="dxa"/>
                    <w:gridSpan w:val="2"/>
                    <w:tcBorders>
                      <w:top w:val="single" w:sz="4" w:space="0" w:color="auto"/>
                      <w:left w:val="nil"/>
                      <w:bottom w:val="nil"/>
                      <w:right w:val="nil"/>
                    </w:tcBorders>
                  </w:tcPr>
                  <w:p w14:paraId="127AD916" w14:textId="2B6D46A2" w:rsidR="00DD483C" w:rsidRDefault="00DD483C" w:rsidP="002D7D98"/>
                </w:tc>
              </w:tr>
            </w:sdtContent>
          </w:sdt>
          <w:sdt>
            <w:sdtPr>
              <w:rPr>
                <w:b/>
                <w:bCs/>
              </w:rPr>
              <w:id w:val="-2083513857"/>
              <w:placeholder>
                <w:docPart w:val="1313270D5A1449B8A2750421690C0F36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DD483C" w14:paraId="7AFA0A0C" w14:textId="77777777" w:rsidTr="0019370D">
                <w:tc>
                  <w:tcPr>
                    <w:tcW w:w="9350" w:type="dxa"/>
                    <w:gridSpan w:val="2"/>
                  </w:tcPr>
                  <w:p w14:paraId="7D6085CD" w14:textId="77777777" w:rsidR="00DD483C" w:rsidRDefault="00DD483C" w:rsidP="002D7D98">
                    <w:r w:rsidRPr="00F4085D">
                      <w:rPr>
                        <w:b/>
                        <w:bCs/>
                      </w:rPr>
                      <w:t>Project Title</w:t>
                    </w:r>
                    <w:r>
                      <w:rPr>
                        <w:b/>
                        <w:bCs/>
                      </w:rPr>
                      <w:t xml:space="preserve">: </w:t>
                    </w:r>
                    <w:r>
                      <w:rPr>
                        <w:b/>
                        <w:bCs/>
                      </w:rPr>
                      <w:tab/>
                    </w:r>
                    <w:r>
                      <w:rPr>
                        <w:b/>
                        <w:bCs/>
                      </w:rPr>
                      <w:tab/>
                    </w:r>
                    <w:r>
                      <w:rPr>
                        <w:b/>
                        <w:bCs/>
                      </w:rPr>
                      <w:tab/>
                    </w:r>
                    <w:sdt>
                      <w:sdtPr>
                        <w:rPr>
                          <w:b/>
                          <w:bCs/>
                        </w:rPr>
                        <w:id w:val="-1572275556"/>
                        <w:placeholder>
                          <w:docPart w:val="24C427CBCF874D7FA13A267561336825"/>
                        </w:placeholder>
                        <w:showingPlcHdr/>
                      </w:sdtPr>
                      <w:sdtEndPr/>
                      <w:sdtContent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p>
                </w:tc>
              </w:tr>
              <w:tr w:rsidR="00DD483C" w14:paraId="3AB604DD" w14:textId="77777777" w:rsidTr="00A0792E">
                <w:tc>
                  <w:tcPr>
                    <w:tcW w:w="2830" w:type="dxa"/>
                    <w:vAlign w:val="center"/>
                  </w:tcPr>
                  <w:p w14:paraId="656062DF" w14:textId="77777777" w:rsidR="00DD483C" w:rsidRDefault="00DD483C" w:rsidP="00CD745A">
                    <w:r w:rsidRPr="00F4085D">
                      <w:rPr>
                        <w:b/>
                        <w:bCs/>
                      </w:rPr>
                      <w:t>Role</w:t>
                    </w:r>
                    <w:r>
                      <w:rPr>
                        <w:b/>
                        <w:bCs/>
                      </w:rPr>
                      <w:t>:</w:t>
                    </w:r>
                  </w:p>
                </w:tc>
                <w:tc>
                  <w:tcPr>
                    <w:tcW w:w="6520" w:type="dxa"/>
                  </w:tcPr>
                  <w:p w14:paraId="3DBDF03C" w14:textId="77777777" w:rsidR="00DD483C" w:rsidRDefault="00DD483C" w:rsidP="002D7D98">
                    <w:r>
                      <w:t>1</w:t>
                    </w:r>
                    <w:r w:rsidRPr="004A7F5A">
                      <w:rPr>
                        <w:vertAlign w:val="superscript"/>
                      </w:rPr>
                      <w:t>st</w:t>
                    </w:r>
                    <w:r>
                      <w:t xml:space="preserve"> author</w:t>
                    </w:r>
                    <w:sdt>
                      <w:sdtPr>
                        <w:id w:val="-140891941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 xml:space="preserve"> </w:t>
                    </w:r>
                    <w:r>
                      <w:tab/>
                      <w:t>Joint</w:t>
                    </w:r>
                    <w:sdt>
                      <w:sdtPr>
                        <w:id w:val="190795317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  <w:tr w:rsidR="00DD483C" w14:paraId="27042249" w14:textId="77777777" w:rsidTr="00A0792E">
                <w:tc>
                  <w:tcPr>
                    <w:tcW w:w="2830" w:type="dxa"/>
                    <w:vAlign w:val="center"/>
                  </w:tcPr>
                  <w:p w14:paraId="73E56EAB" w14:textId="77777777" w:rsidR="00DD483C" w:rsidRDefault="00DD483C" w:rsidP="00CD745A">
                    <w:r w:rsidRPr="00F4085D">
                      <w:rPr>
                        <w:b/>
                        <w:bCs/>
                      </w:rPr>
                      <w:t>Was the audit cycle completed?</w:t>
                    </w:r>
                  </w:p>
                </w:tc>
                <w:tc>
                  <w:tcPr>
                    <w:tcW w:w="6520" w:type="dxa"/>
                  </w:tcPr>
                  <w:p w14:paraId="43D394E6" w14:textId="77777777" w:rsidR="00DD483C" w:rsidRDefault="00DD483C" w:rsidP="002D7D98">
                    <w:r>
                      <w:t xml:space="preserve">Yes </w:t>
                    </w:r>
                    <w:sdt>
                      <w:sdtPr>
                        <w:id w:val="100355395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ab/>
                      <w:t xml:space="preserve">No </w:t>
                    </w:r>
                    <w:sdt>
                      <w:sdtPr>
                        <w:id w:val="214268614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ab/>
                      <w:t xml:space="preserve">Ongoing </w:t>
                    </w:r>
                    <w:sdt>
                      <w:sdtPr>
                        <w:id w:val="92963273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  <w:tr w:rsidR="00DD483C" w14:paraId="5F7D7172" w14:textId="77777777" w:rsidTr="00A0792E">
                <w:tc>
                  <w:tcPr>
                    <w:tcW w:w="2830" w:type="dxa"/>
                    <w:vAlign w:val="center"/>
                  </w:tcPr>
                  <w:p w14:paraId="64A3FF1E" w14:textId="77777777" w:rsidR="00DD483C" w:rsidRPr="00F4085D" w:rsidRDefault="00DD483C" w:rsidP="00CD745A">
                    <w:p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Date of audit</w:t>
                    </w:r>
                  </w:p>
                </w:tc>
                <w:sdt>
                  <w:sdtPr>
                    <w:id w:val="-344483522"/>
                    <w:placeholder>
                      <w:docPart w:val="9D47B4342BF44C208F687DC75F792D85"/>
                    </w:placeholder>
                    <w:showingPlcHdr/>
                    <w:date>
                      <w:dateFormat w:val="dd/MM/yyyy"/>
                      <w:lid w:val="en-IE"/>
                      <w:storeMappedDataAs w:val="dateTime"/>
                      <w:calendar w:val="gregorian"/>
                    </w:date>
                  </w:sdtPr>
                  <w:sdtEndPr/>
                  <w:sdtContent>
                    <w:tc>
                      <w:tcPr>
                        <w:tcW w:w="6520" w:type="dxa"/>
                      </w:tcPr>
                      <w:p w14:paraId="027F0F5F" w14:textId="77777777" w:rsidR="00DD483C" w:rsidRDefault="00DD483C" w:rsidP="001206C0">
                        <w:r w:rsidRPr="00076DED">
                          <w:rPr>
                            <w:rStyle w:val="PlaceholderText"/>
                          </w:rPr>
                          <w:t>Click or tap to enter a date.</w:t>
                        </w:r>
                      </w:p>
                    </w:tc>
                  </w:sdtContent>
                </w:sdt>
              </w:tr>
              <w:tr w:rsidR="00DD483C" w14:paraId="5C5944E6" w14:textId="77777777" w:rsidTr="00A0792E">
                <w:tc>
                  <w:tcPr>
                    <w:tcW w:w="2830" w:type="dxa"/>
                    <w:vAlign w:val="center"/>
                  </w:tcPr>
                  <w:p w14:paraId="6A761C9F" w14:textId="77777777" w:rsidR="00DD483C" w:rsidRPr="00F4085D" w:rsidRDefault="00DD483C" w:rsidP="00CD745A">
                    <w:pPr>
                      <w:rPr>
                        <w:b/>
                        <w:bCs/>
                      </w:rPr>
                    </w:pPr>
                    <w:r w:rsidRPr="00F4085D">
                      <w:rPr>
                        <w:b/>
                        <w:bCs/>
                      </w:rPr>
                      <w:t>What change did you implement?</w:t>
                    </w:r>
                  </w:p>
                  <w:p w14:paraId="5034FA6B" w14:textId="77777777" w:rsidR="00DD483C" w:rsidRDefault="00DD483C" w:rsidP="00CD745A"/>
                </w:tc>
                <w:sdt>
                  <w:sdtPr>
                    <w:id w:val="1319312666"/>
                    <w:placeholder>
                      <w:docPart w:val="654A2794906D4AF8B16CB2CA8955374D"/>
                    </w:placeholder>
                    <w:showingPlcHdr/>
                  </w:sdtPr>
                  <w:sdtEndPr/>
                  <w:sdtContent>
                    <w:tc>
                      <w:tcPr>
                        <w:tcW w:w="6520" w:type="dxa"/>
                      </w:tcPr>
                      <w:p w14:paraId="1B77C1FA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4C4C2BF0" w14:textId="77777777" w:rsidTr="00A0792E">
                <w:tc>
                  <w:tcPr>
                    <w:tcW w:w="2830" w:type="dxa"/>
                    <w:vAlign w:val="center"/>
                  </w:tcPr>
                  <w:p w14:paraId="67B5046B" w14:textId="77777777" w:rsidR="00DD483C" w:rsidRPr="00F4085D" w:rsidRDefault="00DD483C" w:rsidP="00CD745A">
                    <w:pPr>
                      <w:rPr>
                        <w:b/>
                        <w:bCs/>
                      </w:rPr>
                    </w:pPr>
                    <w:r w:rsidRPr="00F4085D">
                      <w:rPr>
                        <w:b/>
                        <w:bCs/>
                      </w:rPr>
                      <w:t>What was the measurable impact?</w:t>
                    </w:r>
                  </w:p>
                  <w:p w14:paraId="2677670C" w14:textId="77777777" w:rsidR="00DD483C" w:rsidRDefault="00DD483C" w:rsidP="00CD745A"/>
                </w:tc>
                <w:sdt>
                  <w:sdtPr>
                    <w:id w:val="-1074815068"/>
                    <w:placeholder>
                      <w:docPart w:val="938CCF49B6D04A9ABD727E0884E29C9D"/>
                    </w:placeholder>
                    <w:showingPlcHdr/>
                  </w:sdtPr>
                  <w:sdtEndPr/>
                  <w:sdtContent>
                    <w:tc>
                      <w:tcPr>
                        <w:tcW w:w="6520" w:type="dxa"/>
                      </w:tcPr>
                      <w:p w14:paraId="4DB8F998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41D5B592" w14:textId="77777777" w:rsidTr="004A7F5A">
                <w:tc>
                  <w:tcPr>
                    <w:tcW w:w="2830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213E695C" w14:textId="77777777" w:rsidR="00DD483C" w:rsidRPr="004A7F5A" w:rsidRDefault="00DD483C" w:rsidP="00CD745A">
                    <w:pPr>
                      <w:rPr>
                        <w:b/>
                        <w:bCs/>
                      </w:rPr>
                    </w:pPr>
                    <w:r w:rsidRPr="004A7F5A">
                      <w:rPr>
                        <w:b/>
                        <w:bCs/>
                      </w:rPr>
                      <w:t xml:space="preserve">Presented </w:t>
                    </w:r>
                    <w:r w:rsidRPr="004A7F5A">
                      <w:rPr>
                        <w:b/>
                        <w:bCs/>
                        <w:lang w:val="en-GB"/>
                      </w:rPr>
                      <w:t>at local, national or international</w:t>
                    </w:r>
                  </w:p>
                </w:tc>
                <w:tc>
                  <w:tcPr>
                    <w:tcW w:w="6520" w:type="dxa"/>
                    <w:tcBorders>
                      <w:bottom w:val="single" w:sz="4" w:space="0" w:color="auto"/>
                    </w:tcBorders>
                  </w:tcPr>
                  <w:p w14:paraId="725CB9B9" w14:textId="77777777" w:rsidR="00DD483C" w:rsidRDefault="00AD309B" w:rsidP="002D7D98">
                    <w:sdt>
                      <w:sdtPr>
                        <w:id w:val="-106224634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DD483C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DD483C">
                      <w:t xml:space="preserve"> Local</w:t>
                    </w:r>
                  </w:p>
                  <w:p w14:paraId="6A4DDD19" w14:textId="77777777" w:rsidR="00DD483C" w:rsidRDefault="00AD309B" w:rsidP="002D7D98">
                    <w:sdt>
                      <w:sdtPr>
                        <w:id w:val="-38710445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DD483C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DD483C">
                      <w:t xml:space="preserve"> National</w:t>
                    </w:r>
                  </w:p>
                  <w:p w14:paraId="482801B1" w14:textId="77777777" w:rsidR="00DD483C" w:rsidRDefault="00AD309B" w:rsidP="002D7D98">
                    <w:sdt>
                      <w:sdtPr>
                        <w:id w:val="-204574346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DD483C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DD483C">
                      <w:t xml:space="preserve"> International</w:t>
                    </w:r>
                  </w:p>
                </w:tc>
              </w:tr>
              <w:tr w:rsidR="00DD483C" w14:paraId="235DDB2F" w14:textId="77777777" w:rsidTr="004A7F5A">
                <w:tc>
                  <w:tcPr>
                    <w:tcW w:w="9350" w:type="dxa"/>
                    <w:gridSpan w:val="2"/>
                    <w:tcBorders>
                      <w:top w:val="single" w:sz="4" w:space="0" w:color="auto"/>
                      <w:left w:val="nil"/>
                      <w:bottom w:val="nil"/>
                      <w:right w:val="nil"/>
                    </w:tcBorders>
                  </w:tcPr>
                  <w:p w14:paraId="3EA38CD0" w14:textId="77572B11" w:rsidR="00DD483C" w:rsidRDefault="00DD483C" w:rsidP="002D7D98"/>
                </w:tc>
              </w:tr>
            </w:sdtContent>
          </w:sdt>
        </w:sdtContent>
      </w:sdt>
    </w:tbl>
    <w:p w14:paraId="05FAB95E" w14:textId="77777777" w:rsidR="00DD483C" w:rsidRDefault="00DD483C" w:rsidP="003A0599">
      <w:pPr>
        <w:pStyle w:val="Heading1"/>
      </w:pPr>
    </w:p>
    <w:p w14:paraId="3FB90239" w14:textId="77777777" w:rsidR="00DD483C" w:rsidRDefault="00DD483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9AC81AA" w14:textId="7EA5F51B" w:rsidR="004A7F5A" w:rsidRDefault="004A7F5A" w:rsidP="003A0599">
      <w:pPr>
        <w:pStyle w:val="Heading1"/>
      </w:pPr>
      <w:r w:rsidRPr="003D4225">
        <w:lastRenderedPageBreak/>
        <w:t>Leadership and management roles</w:t>
      </w:r>
    </w:p>
    <w:sdt>
      <w:sdtPr>
        <w:rPr>
          <w:b/>
          <w:bCs/>
          <w:lang w:val="en-GB"/>
        </w:rPr>
        <w:id w:val="-471136161"/>
        <w15:repeatingSection/>
      </w:sdtPr>
      <w:sdtEndPr>
        <w:rPr>
          <w:b w:val="0"/>
          <w:bCs w:val="0"/>
        </w:rPr>
      </w:sdtEndPr>
      <w:sdtContent>
        <w:tbl>
          <w:tblPr>
            <w:tblStyle w:val="TableGrid"/>
            <w:tblW w:w="5000" w:type="pct"/>
            <w:tblLook w:val="04A0" w:firstRow="1" w:lastRow="0" w:firstColumn="1" w:lastColumn="0" w:noHBand="0" w:noVBand="1"/>
          </w:tblPr>
          <w:tblGrid>
            <w:gridCol w:w="3751"/>
            <w:gridCol w:w="5599"/>
          </w:tblGrid>
          <w:sdt>
            <w:sdtPr>
              <w:rPr>
                <w:b/>
                <w:bCs/>
                <w:lang w:val="en-GB"/>
              </w:rPr>
              <w:id w:val="1698732479"/>
              <w:placeholder>
                <w:docPart w:val="DefaultPlaceholder_-1854013435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3D4225" w14:paraId="54C0063C" w14:textId="77777777" w:rsidTr="003D4225">
                <w:tc>
                  <w:tcPr>
                    <w:tcW w:w="2006" w:type="pct"/>
                    <w:vAlign w:val="center"/>
                  </w:tcPr>
                  <w:p w14:paraId="50C17546" w14:textId="0D478FE4" w:rsidR="003D4225" w:rsidRPr="003D4225" w:rsidRDefault="003D4225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Name of role</w:t>
                    </w:r>
                  </w:p>
                </w:tc>
                <w:sdt>
                  <w:sdtPr>
                    <w:rPr>
                      <w:lang w:val="en-GB"/>
                    </w:rPr>
                    <w:id w:val="752476140"/>
                    <w:placeholder>
                      <w:docPart w:val="6871417A5ECF4F4FA5F5682117266CD2"/>
                    </w:placeholder>
                    <w:showingPlcHdr/>
                  </w:sdtPr>
                  <w:sdtEndPr/>
                  <w:sdtContent>
                    <w:tc>
                      <w:tcPr>
                        <w:tcW w:w="2994" w:type="pct"/>
                      </w:tcPr>
                      <w:p w14:paraId="6F882352" w14:textId="6A5A2069" w:rsidR="003D4225" w:rsidRDefault="003D422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5382842C" w14:textId="77777777" w:rsidTr="003D4225">
                <w:tc>
                  <w:tcPr>
                    <w:tcW w:w="2006" w:type="pct"/>
                    <w:vAlign w:val="center"/>
                  </w:tcPr>
                  <w:p w14:paraId="65BC18F7" w14:textId="238F2D6D" w:rsidR="003D4225" w:rsidRPr="003D4225" w:rsidRDefault="003D4225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Institution</w:t>
                    </w:r>
                  </w:p>
                </w:tc>
                <w:sdt>
                  <w:sdtPr>
                    <w:rPr>
                      <w:lang w:val="en-GB"/>
                    </w:rPr>
                    <w:id w:val="-1862577753"/>
                    <w:placeholder>
                      <w:docPart w:val="2525A8C29CF24ECD9EAACD5559B0D56B"/>
                    </w:placeholder>
                    <w:showingPlcHdr/>
                  </w:sdtPr>
                  <w:sdtEndPr/>
                  <w:sdtContent>
                    <w:tc>
                      <w:tcPr>
                        <w:tcW w:w="2994" w:type="pct"/>
                      </w:tcPr>
                      <w:p w14:paraId="0D3208A6" w14:textId="6D75999E" w:rsidR="003D4225" w:rsidRDefault="003D422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51070E4E" w14:textId="77777777" w:rsidTr="003D4225">
                <w:tc>
                  <w:tcPr>
                    <w:tcW w:w="2006" w:type="pct"/>
                    <w:vAlign w:val="center"/>
                  </w:tcPr>
                  <w:p w14:paraId="51156AD8" w14:textId="35463DF1" w:rsidR="003D4225" w:rsidRPr="003D4225" w:rsidRDefault="003D4225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Dates of role</w:t>
                    </w:r>
                  </w:p>
                </w:tc>
                <w:sdt>
                  <w:sdtPr>
                    <w:rPr>
                      <w:lang w:val="en-GB"/>
                    </w:rPr>
                    <w:id w:val="-1958633379"/>
                    <w:placeholder>
                      <w:docPart w:val="291B0967D3354F8ABBCABE81F4CD0193"/>
                    </w:placeholder>
                    <w:showingPlcHdr/>
                  </w:sdtPr>
                  <w:sdtEndPr/>
                  <w:sdtContent>
                    <w:tc>
                      <w:tcPr>
                        <w:tcW w:w="2994" w:type="pct"/>
                      </w:tcPr>
                      <w:p w14:paraId="3FA8FD37" w14:textId="38606872" w:rsidR="003D4225" w:rsidRDefault="003D4225" w:rsidP="003D4225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74B7E68F" w14:textId="77777777" w:rsidTr="003D4225">
                <w:tc>
                  <w:tcPr>
                    <w:tcW w:w="2006" w:type="pct"/>
                    <w:tcBorders>
                      <w:bottom w:val="single" w:sz="4" w:space="0" w:color="auto"/>
                    </w:tcBorders>
                    <w:vAlign w:val="center"/>
                  </w:tcPr>
                  <w:p w14:paraId="16BCB2AF" w14:textId="57928CB8" w:rsidR="003D4225" w:rsidRPr="003D4225" w:rsidRDefault="003D4225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Description of main activities</w:t>
                    </w:r>
                  </w:p>
                </w:tc>
                <w:sdt>
                  <w:sdtPr>
                    <w:rPr>
                      <w:lang w:val="en-GB"/>
                    </w:rPr>
                    <w:id w:val="850687253"/>
                    <w:placeholder>
                      <w:docPart w:val="139B1462D4794E338C60031991F15202"/>
                    </w:placeholder>
                    <w:showingPlcHdr/>
                  </w:sdtPr>
                  <w:sdtEndPr/>
                  <w:sdtContent>
                    <w:tc>
                      <w:tcPr>
                        <w:tcW w:w="2994" w:type="pct"/>
                        <w:tcBorders>
                          <w:bottom w:val="single" w:sz="4" w:space="0" w:color="auto"/>
                        </w:tcBorders>
                      </w:tcPr>
                      <w:p w14:paraId="3AB2B433" w14:textId="7934E5CE" w:rsidR="003D4225" w:rsidRDefault="003D4225" w:rsidP="003D4225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0103DFE4" w14:textId="77777777" w:rsidTr="003D4225">
                <w:tc>
                  <w:tcPr>
                    <w:tcW w:w="2006" w:type="pct"/>
                    <w:tcBorders>
                      <w:left w:val="nil"/>
                      <w:bottom w:val="nil"/>
                      <w:right w:val="nil"/>
                    </w:tcBorders>
                  </w:tcPr>
                  <w:p w14:paraId="4E14FA94" w14:textId="77777777" w:rsidR="003D4225" w:rsidRDefault="003D4225" w:rsidP="003D4225">
                    <w:pPr>
                      <w:rPr>
                        <w:lang w:val="en-GB"/>
                      </w:rPr>
                    </w:pPr>
                  </w:p>
                </w:tc>
                <w:tc>
                  <w:tcPr>
                    <w:tcW w:w="2994" w:type="pct"/>
                    <w:tcBorders>
                      <w:left w:val="nil"/>
                      <w:bottom w:val="nil"/>
                      <w:right w:val="nil"/>
                    </w:tcBorders>
                  </w:tcPr>
                  <w:p w14:paraId="7ACF6287" w14:textId="2D49CBBC" w:rsidR="003D4225" w:rsidRDefault="003D4225" w:rsidP="003D4225">
                    <w:pPr>
                      <w:rPr>
                        <w:lang w:val="en-GB"/>
                      </w:rPr>
                    </w:pPr>
                  </w:p>
                </w:tc>
              </w:tr>
            </w:sdtContent>
          </w:sdt>
          <w:sdt>
            <w:sdtPr>
              <w:rPr>
                <w:b/>
                <w:bCs/>
                <w:lang w:val="en-GB"/>
              </w:rPr>
              <w:id w:val="1901093811"/>
              <w:placeholder>
                <w:docPart w:val="0764DA2CD2C34DBFA328532985549474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3D4225" w14:paraId="435AFC4D" w14:textId="77777777" w:rsidTr="003D4225">
                <w:tc>
                  <w:tcPr>
                    <w:tcW w:w="2006" w:type="pct"/>
                    <w:vAlign w:val="center"/>
                  </w:tcPr>
                  <w:p w14:paraId="389C7F08" w14:textId="77777777" w:rsidR="003D4225" w:rsidRPr="003D4225" w:rsidRDefault="003D4225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Name of role</w:t>
                    </w:r>
                  </w:p>
                </w:tc>
                <w:sdt>
                  <w:sdtPr>
                    <w:rPr>
                      <w:lang w:val="en-GB"/>
                    </w:rPr>
                    <w:id w:val="625285138"/>
                    <w:placeholder>
                      <w:docPart w:val="2124066137484098867A6A4EBE15DF4B"/>
                    </w:placeholder>
                    <w:showingPlcHdr/>
                  </w:sdtPr>
                  <w:sdtEndPr/>
                  <w:sdtContent>
                    <w:tc>
                      <w:tcPr>
                        <w:tcW w:w="2994" w:type="pct"/>
                      </w:tcPr>
                      <w:p w14:paraId="66C2343D" w14:textId="77777777" w:rsidR="003D4225" w:rsidRDefault="003D4225" w:rsidP="00053B32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73259CC5" w14:textId="77777777" w:rsidTr="003D4225">
                <w:tc>
                  <w:tcPr>
                    <w:tcW w:w="2006" w:type="pct"/>
                    <w:vAlign w:val="center"/>
                  </w:tcPr>
                  <w:p w14:paraId="148DDE48" w14:textId="77777777" w:rsidR="003D4225" w:rsidRPr="003D4225" w:rsidRDefault="003D4225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Institution</w:t>
                    </w:r>
                  </w:p>
                </w:tc>
                <w:sdt>
                  <w:sdtPr>
                    <w:rPr>
                      <w:lang w:val="en-GB"/>
                    </w:rPr>
                    <w:id w:val="-926188183"/>
                    <w:placeholder>
                      <w:docPart w:val="71C06ABE0FD34BF884B8CD9B95AB9041"/>
                    </w:placeholder>
                    <w:showingPlcHdr/>
                  </w:sdtPr>
                  <w:sdtEndPr/>
                  <w:sdtContent>
                    <w:tc>
                      <w:tcPr>
                        <w:tcW w:w="2994" w:type="pct"/>
                      </w:tcPr>
                      <w:p w14:paraId="21952E80" w14:textId="77777777" w:rsidR="003D4225" w:rsidRDefault="003D4225" w:rsidP="00053B32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42CC5034" w14:textId="77777777" w:rsidTr="003D4225">
                <w:tc>
                  <w:tcPr>
                    <w:tcW w:w="2006" w:type="pct"/>
                    <w:vAlign w:val="center"/>
                  </w:tcPr>
                  <w:p w14:paraId="04FC1B38" w14:textId="77777777" w:rsidR="003D4225" w:rsidRPr="003D4225" w:rsidRDefault="003D4225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Dates of role</w:t>
                    </w:r>
                  </w:p>
                </w:tc>
                <w:sdt>
                  <w:sdtPr>
                    <w:rPr>
                      <w:lang w:val="en-GB"/>
                    </w:rPr>
                    <w:id w:val="1949192365"/>
                    <w:placeholder>
                      <w:docPart w:val="8897023ADFBD44C3BB718F7A184144FA"/>
                    </w:placeholder>
                    <w:showingPlcHdr/>
                  </w:sdtPr>
                  <w:sdtEndPr/>
                  <w:sdtContent>
                    <w:tc>
                      <w:tcPr>
                        <w:tcW w:w="2994" w:type="pct"/>
                      </w:tcPr>
                      <w:p w14:paraId="56ACEB50" w14:textId="77777777" w:rsidR="003D4225" w:rsidRDefault="003D4225" w:rsidP="00053B32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754DB848" w14:textId="77777777" w:rsidTr="003D4225">
                <w:tc>
                  <w:tcPr>
                    <w:tcW w:w="2006" w:type="pct"/>
                    <w:tcBorders>
                      <w:bottom w:val="single" w:sz="4" w:space="0" w:color="auto"/>
                    </w:tcBorders>
                    <w:vAlign w:val="center"/>
                  </w:tcPr>
                  <w:p w14:paraId="332DA333" w14:textId="77777777" w:rsidR="003D4225" w:rsidRPr="003D4225" w:rsidRDefault="003D4225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Description of main activities</w:t>
                    </w:r>
                  </w:p>
                </w:tc>
                <w:sdt>
                  <w:sdtPr>
                    <w:rPr>
                      <w:lang w:val="en-GB"/>
                    </w:rPr>
                    <w:id w:val="1590897578"/>
                    <w:placeholder>
                      <w:docPart w:val="BBC4C44B1BB345A2809FAF82C1D6D436"/>
                    </w:placeholder>
                    <w:showingPlcHdr/>
                  </w:sdtPr>
                  <w:sdtEndPr/>
                  <w:sdtContent>
                    <w:tc>
                      <w:tcPr>
                        <w:tcW w:w="2994" w:type="pct"/>
                        <w:tcBorders>
                          <w:bottom w:val="single" w:sz="4" w:space="0" w:color="auto"/>
                        </w:tcBorders>
                      </w:tcPr>
                      <w:p w14:paraId="78DA99DD" w14:textId="77777777" w:rsidR="003D4225" w:rsidRDefault="003D4225" w:rsidP="00053B32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624FBBC7" w14:textId="77777777" w:rsidTr="003D4225">
                <w:tc>
                  <w:tcPr>
                    <w:tcW w:w="2006" w:type="pct"/>
                    <w:tcBorders>
                      <w:left w:val="nil"/>
                      <w:bottom w:val="nil"/>
                      <w:right w:val="nil"/>
                    </w:tcBorders>
                  </w:tcPr>
                  <w:p w14:paraId="41A38BE1" w14:textId="77777777" w:rsidR="003D4225" w:rsidRDefault="003D4225" w:rsidP="003D4225">
                    <w:pPr>
                      <w:rPr>
                        <w:lang w:val="en-GB"/>
                      </w:rPr>
                    </w:pPr>
                  </w:p>
                </w:tc>
                <w:tc>
                  <w:tcPr>
                    <w:tcW w:w="2994" w:type="pct"/>
                    <w:tcBorders>
                      <w:left w:val="nil"/>
                      <w:bottom w:val="nil"/>
                      <w:right w:val="nil"/>
                    </w:tcBorders>
                  </w:tcPr>
                  <w:p w14:paraId="3A3A1BF8" w14:textId="15BC9F67" w:rsidR="003D4225" w:rsidRDefault="003D4225" w:rsidP="003D4225">
                    <w:pPr>
                      <w:rPr>
                        <w:lang w:val="en-GB"/>
                      </w:rPr>
                    </w:pPr>
                  </w:p>
                </w:tc>
              </w:tr>
            </w:sdtContent>
          </w:sdt>
          <w:sdt>
            <w:sdtPr>
              <w:rPr>
                <w:b/>
                <w:bCs/>
                <w:lang w:val="en-GB"/>
              </w:rPr>
              <w:id w:val="285092339"/>
              <w:placeholder>
                <w:docPart w:val="872674BEBE254D139E97694C08ADA8E4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DD483C" w14:paraId="7638A3C5" w14:textId="77777777" w:rsidTr="003D4225">
                <w:tc>
                  <w:tcPr>
                    <w:tcW w:w="2006" w:type="pct"/>
                    <w:vAlign w:val="center"/>
                  </w:tcPr>
                  <w:p w14:paraId="2A63C86E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Name of role</w:t>
                    </w:r>
                  </w:p>
                </w:tc>
                <w:sdt>
                  <w:sdtPr>
                    <w:rPr>
                      <w:lang w:val="en-GB"/>
                    </w:rPr>
                    <w:id w:val="-1401902346"/>
                    <w:placeholder>
                      <w:docPart w:val="4E68C62238484DB6A715603E94640D14"/>
                    </w:placeholder>
                    <w:showingPlcHdr/>
                  </w:sdtPr>
                  <w:sdtEndPr/>
                  <w:sdtContent>
                    <w:tc>
                      <w:tcPr>
                        <w:tcW w:w="2994" w:type="pct"/>
                      </w:tcPr>
                      <w:p w14:paraId="510CE1A0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21F38B44" w14:textId="77777777" w:rsidTr="003D4225">
                <w:tc>
                  <w:tcPr>
                    <w:tcW w:w="2006" w:type="pct"/>
                    <w:vAlign w:val="center"/>
                  </w:tcPr>
                  <w:p w14:paraId="75EFA4F0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Institution</w:t>
                    </w:r>
                  </w:p>
                </w:tc>
                <w:sdt>
                  <w:sdtPr>
                    <w:rPr>
                      <w:lang w:val="en-GB"/>
                    </w:rPr>
                    <w:id w:val="-178594631"/>
                    <w:placeholder>
                      <w:docPart w:val="06F118206DEA4B4EA7E434CF7C8282D8"/>
                    </w:placeholder>
                    <w:showingPlcHdr/>
                  </w:sdtPr>
                  <w:sdtEndPr/>
                  <w:sdtContent>
                    <w:tc>
                      <w:tcPr>
                        <w:tcW w:w="2994" w:type="pct"/>
                      </w:tcPr>
                      <w:p w14:paraId="05978C71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08BA6EB6" w14:textId="77777777" w:rsidTr="003D4225">
                <w:tc>
                  <w:tcPr>
                    <w:tcW w:w="2006" w:type="pct"/>
                    <w:vAlign w:val="center"/>
                  </w:tcPr>
                  <w:p w14:paraId="17327CBB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Dates of role</w:t>
                    </w:r>
                  </w:p>
                </w:tc>
                <w:sdt>
                  <w:sdtPr>
                    <w:rPr>
                      <w:lang w:val="en-GB"/>
                    </w:rPr>
                    <w:id w:val="227890409"/>
                    <w:placeholder>
                      <w:docPart w:val="693B24C7E1954657BAD634E2154DC4B0"/>
                    </w:placeholder>
                    <w:showingPlcHdr/>
                  </w:sdtPr>
                  <w:sdtEndPr/>
                  <w:sdtContent>
                    <w:tc>
                      <w:tcPr>
                        <w:tcW w:w="2994" w:type="pct"/>
                      </w:tcPr>
                      <w:p w14:paraId="06E7E149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5F52ADAF" w14:textId="77777777" w:rsidTr="003D4225">
                <w:tc>
                  <w:tcPr>
                    <w:tcW w:w="2006" w:type="pct"/>
                    <w:tcBorders>
                      <w:bottom w:val="single" w:sz="4" w:space="0" w:color="auto"/>
                    </w:tcBorders>
                    <w:vAlign w:val="center"/>
                  </w:tcPr>
                  <w:p w14:paraId="7335F0A4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Description of main activities</w:t>
                    </w:r>
                  </w:p>
                </w:tc>
                <w:sdt>
                  <w:sdtPr>
                    <w:rPr>
                      <w:lang w:val="en-GB"/>
                    </w:rPr>
                    <w:id w:val="-970364346"/>
                    <w:placeholder>
                      <w:docPart w:val="343A853215714F3AABF2252901FB9D91"/>
                    </w:placeholder>
                    <w:showingPlcHdr/>
                  </w:sdtPr>
                  <w:sdtEndPr/>
                  <w:sdtContent>
                    <w:tc>
                      <w:tcPr>
                        <w:tcW w:w="2994" w:type="pct"/>
                        <w:tcBorders>
                          <w:bottom w:val="single" w:sz="4" w:space="0" w:color="auto"/>
                        </w:tcBorders>
                      </w:tcPr>
                      <w:p w14:paraId="775DAA14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776C774E" w14:textId="77777777" w:rsidTr="003D4225">
                <w:tc>
                  <w:tcPr>
                    <w:tcW w:w="2006" w:type="pct"/>
                    <w:tcBorders>
                      <w:left w:val="nil"/>
                      <w:bottom w:val="nil"/>
                      <w:right w:val="nil"/>
                    </w:tcBorders>
                  </w:tcPr>
                  <w:p w14:paraId="01DE0C7D" w14:textId="77777777" w:rsidR="00DD483C" w:rsidRDefault="00DD483C" w:rsidP="003D4225">
                    <w:pPr>
                      <w:rPr>
                        <w:lang w:val="en-GB"/>
                      </w:rPr>
                    </w:pPr>
                  </w:p>
                </w:tc>
                <w:tc>
                  <w:tcPr>
                    <w:tcW w:w="2994" w:type="pct"/>
                    <w:tcBorders>
                      <w:left w:val="nil"/>
                      <w:bottom w:val="nil"/>
                      <w:right w:val="nil"/>
                    </w:tcBorders>
                  </w:tcPr>
                  <w:p w14:paraId="3E91B8D4" w14:textId="6127047F" w:rsidR="00DD483C" w:rsidRDefault="00DD483C" w:rsidP="003D4225">
                    <w:pPr>
                      <w:rPr>
                        <w:lang w:val="en-GB"/>
                      </w:rPr>
                    </w:pPr>
                  </w:p>
                </w:tc>
              </w:tr>
            </w:sdtContent>
          </w:sdt>
          <w:sdt>
            <w:sdtPr>
              <w:rPr>
                <w:b/>
                <w:bCs/>
                <w:lang w:val="en-GB"/>
              </w:rPr>
              <w:id w:val="1009266420"/>
              <w:placeholder>
                <w:docPart w:val="03DBC09FEB89433A8A71F22369D6E37F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DD483C" w14:paraId="73139F24" w14:textId="77777777" w:rsidTr="003D4225">
                <w:tc>
                  <w:tcPr>
                    <w:tcW w:w="2006" w:type="pct"/>
                    <w:vAlign w:val="center"/>
                  </w:tcPr>
                  <w:p w14:paraId="647E28BC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Name of role</w:t>
                    </w:r>
                  </w:p>
                </w:tc>
                <w:sdt>
                  <w:sdtPr>
                    <w:rPr>
                      <w:lang w:val="en-GB"/>
                    </w:rPr>
                    <w:id w:val="-1933497745"/>
                    <w:placeholder>
                      <w:docPart w:val="6DA83FDB11AC4884B8E29521BBB9FE52"/>
                    </w:placeholder>
                    <w:showingPlcHdr/>
                  </w:sdtPr>
                  <w:sdtEndPr/>
                  <w:sdtContent>
                    <w:tc>
                      <w:tcPr>
                        <w:tcW w:w="2994" w:type="pct"/>
                      </w:tcPr>
                      <w:p w14:paraId="56ED9255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3D876ACF" w14:textId="77777777" w:rsidTr="003D4225">
                <w:tc>
                  <w:tcPr>
                    <w:tcW w:w="2006" w:type="pct"/>
                    <w:vAlign w:val="center"/>
                  </w:tcPr>
                  <w:p w14:paraId="52CD273B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Institution</w:t>
                    </w:r>
                  </w:p>
                </w:tc>
                <w:sdt>
                  <w:sdtPr>
                    <w:rPr>
                      <w:lang w:val="en-GB"/>
                    </w:rPr>
                    <w:id w:val="1171459161"/>
                    <w:placeholder>
                      <w:docPart w:val="E29F434EA97C4A8E92C07B199F7ABB35"/>
                    </w:placeholder>
                    <w:showingPlcHdr/>
                  </w:sdtPr>
                  <w:sdtEndPr/>
                  <w:sdtContent>
                    <w:tc>
                      <w:tcPr>
                        <w:tcW w:w="2994" w:type="pct"/>
                      </w:tcPr>
                      <w:p w14:paraId="2366E5B7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68D84E56" w14:textId="77777777" w:rsidTr="003D4225">
                <w:tc>
                  <w:tcPr>
                    <w:tcW w:w="2006" w:type="pct"/>
                    <w:vAlign w:val="center"/>
                  </w:tcPr>
                  <w:p w14:paraId="0F194C10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Dates of role</w:t>
                    </w:r>
                  </w:p>
                </w:tc>
                <w:sdt>
                  <w:sdtPr>
                    <w:rPr>
                      <w:lang w:val="en-GB"/>
                    </w:rPr>
                    <w:id w:val="204063209"/>
                    <w:placeholder>
                      <w:docPart w:val="CBF1D566378D4137AF83E0F278F7CF0D"/>
                    </w:placeholder>
                    <w:showingPlcHdr/>
                  </w:sdtPr>
                  <w:sdtEndPr/>
                  <w:sdtContent>
                    <w:tc>
                      <w:tcPr>
                        <w:tcW w:w="2994" w:type="pct"/>
                      </w:tcPr>
                      <w:p w14:paraId="5887B284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4A10F575" w14:textId="77777777" w:rsidTr="003D4225">
                <w:tc>
                  <w:tcPr>
                    <w:tcW w:w="2006" w:type="pct"/>
                    <w:tcBorders>
                      <w:bottom w:val="single" w:sz="4" w:space="0" w:color="auto"/>
                    </w:tcBorders>
                    <w:vAlign w:val="center"/>
                  </w:tcPr>
                  <w:p w14:paraId="4D423805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Description of main activities</w:t>
                    </w:r>
                  </w:p>
                </w:tc>
                <w:sdt>
                  <w:sdtPr>
                    <w:rPr>
                      <w:lang w:val="en-GB"/>
                    </w:rPr>
                    <w:id w:val="2021504434"/>
                    <w:placeholder>
                      <w:docPart w:val="6BB7827819FF458F942C25CD27569E58"/>
                    </w:placeholder>
                    <w:showingPlcHdr/>
                  </w:sdtPr>
                  <w:sdtEndPr/>
                  <w:sdtContent>
                    <w:tc>
                      <w:tcPr>
                        <w:tcW w:w="2994" w:type="pct"/>
                        <w:tcBorders>
                          <w:bottom w:val="single" w:sz="4" w:space="0" w:color="auto"/>
                        </w:tcBorders>
                      </w:tcPr>
                      <w:p w14:paraId="006BFE8C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2577B089" w14:textId="77777777" w:rsidTr="003D4225">
                <w:tc>
                  <w:tcPr>
                    <w:tcW w:w="2006" w:type="pct"/>
                    <w:tcBorders>
                      <w:left w:val="nil"/>
                      <w:bottom w:val="nil"/>
                      <w:right w:val="nil"/>
                    </w:tcBorders>
                  </w:tcPr>
                  <w:p w14:paraId="07A576FB" w14:textId="77777777" w:rsidR="00DD483C" w:rsidRDefault="00DD483C" w:rsidP="003D4225">
                    <w:pPr>
                      <w:rPr>
                        <w:lang w:val="en-GB"/>
                      </w:rPr>
                    </w:pPr>
                  </w:p>
                </w:tc>
                <w:tc>
                  <w:tcPr>
                    <w:tcW w:w="2994" w:type="pct"/>
                    <w:tcBorders>
                      <w:left w:val="nil"/>
                      <w:bottom w:val="nil"/>
                      <w:right w:val="nil"/>
                    </w:tcBorders>
                  </w:tcPr>
                  <w:p w14:paraId="71D22238" w14:textId="23259AA7" w:rsidR="00DD483C" w:rsidRDefault="00DD483C" w:rsidP="003D4225">
                    <w:pPr>
                      <w:rPr>
                        <w:lang w:val="en-GB"/>
                      </w:rPr>
                    </w:pPr>
                  </w:p>
                </w:tc>
              </w:tr>
            </w:sdtContent>
          </w:sdt>
          <w:sdt>
            <w:sdtPr>
              <w:rPr>
                <w:b/>
                <w:bCs/>
                <w:lang w:val="en-GB"/>
              </w:rPr>
              <w:id w:val="258881552"/>
              <w:placeholder>
                <w:docPart w:val="1024D002574A4875A8F5EBA7E4AEB69C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DD483C" w14:paraId="64A6C476" w14:textId="77777777" w:rsidTr="003D4225">
                <w:tc>
                  <w:tcPr>
                    <w:tcW w:w="2006" w:type="pct"/>
                    <w:vAlign w:val="center"/>
                  </w:tcPr>
                  <w:p w14:paraId="5E6388F4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Name of role</w:t>
                    </w:r>
                  </w:p>
                </w:tc>
                <w:sdt>
                  <w:sdtPr>
                    <w:rPr>
                      <w:lang w:val="en-GB"/>
                    </w:rPr>
                    <w:id w:val="11815110"/>
                    <w:placeholder>
                      <w:docPart w:val="353BB274B49A4F17A021640B275CBAAC"/>
                    </w:placeholder>
                    <w:showingPlcHdr/>
                  </w:sdtPr>
                  <w:sdtEndPr/>
                  <w:sdtContent>
                    <w:tc>
                      <w:tcPr>
                        <w:tcW w:w="2994" w:type="pct"/>
                      </w:tcPr>
                      <w:p w14:paraId="2B89E86F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4A7F214E" w14:textId="77777777" w:rsidTr="003D4225">
                <w:tc>
                  <w:tcPr>
                    <w:tcW w:w="2006" w:type="pct"/>
                    <w:vAlign w:val="center"/>
                  </w:tcPr>
                  <w:p w14:paraId="6CCBD069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Institution</w:t>
                    </w:r>
                  </w:p>
                </w:tc>
                <w:sdt>
                  <w:sdtPr>
                    <w:rPr>
                      <w:lang w:val="en-GB"/>
                    </w:rPr>
                    <w:id w:val="605697466"/>
                    <w:placeholder>
                      <w:docPart w:val="E3E315797D81445DB34AE1DA82424FD4"/>
                    </w:placeholder>
                    <w:showingPlcHdr/>
                  </w:sdtPr>
                  <w:sdtEndPr/>
                  <w:sdtContent>
                    <w:tc>
                      <w:tcPr>
                        <w:tcW w:w="2994" w:type="pct"/>
                      </w:tcPr>
                      <w:p w14:paraId="62073B69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50EFA12B" w14:textId="77777777" w:rsidTr="003D4225">
                <w:tc>
                  <w:tcPr>
                    <w:tcW w:w="2006" w:type="pct"/>
                    <w:vAlign w:val="center"/>
                  </w:tcPr>
                  <w:p w14:paraId="0A2D9856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Dates of role</w:t>
                    </w:r>
                  </w:p>
                </w:tc>
                <w:sdt>
                  <w:sdtPr>
                    <w:rPr>
                      <w:lang w:val="en-GB"/>
                    </w:rPr>
                    <w:id w:val="1947958772"/>
                    <w:placeholder>
                      <w:docPart w:val="EAEBA5EAFD3E424AA732EA49A0BD9D0A"/>
                    </w:placeholder>
                    <w:showingPlcHdr/>
                  </w:sdtPr>
                  <w:sdtEndPr/>
                  <w:sdtContent>
                    <w:tc>
                      <w:tcPr>
                        <w:tcW w:w="2994" w:type="pct"/>
                      </w:tcPr>
                      <w:p w14:paraId="1239DD68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49D6FF3D" w14:textId="77777777" w:rsidTr="003D4225">
                <w:tc>
                  <w:tcPr>
                    <w:tcW w:w="2006" w:type="pct"/>
                    <w:tcBorders>
                      <w:bottom w:val="single" w:sz="4" w:space="0" w:color="auto"/>
                    </w:tcBorders>
                    <w:vAlign w:val="center"/>
                  </w:tcPr>
                  <w:p w14:paraId="1406C5EA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Description of main activities</w:t>
                    </w:r>
                  </w:p>
                </w:tc>
                <w:sdt>
                  <w:sdtPr>
                    <w:rPr>
                      <w:lang w:val="en-GB"/>
                    </w:rPr>
                    <w:id w:val="1617796341"/>
                    <w:placeholder>
                      <w:docPart w:val="D141045663FE4FA7BDB896D3BECFB11F"/>
                    </w:placeholder>
                    <w:showingPlcHdr/>
                  </w:sdtPr>
                  <w:sdtEndPr/>
                  <w:sdtContent>
                    <w:tc>
                      <w:tcPr>
                        <w:tcW w:w="2994" w:type="pct"/>
                        <w:tcBorders>
                          <w:bottom w:val="single" w:sz="4" w:space="0" w:color="auto"/>
                        </w:tcBorders>
                      </w:tcPr>
                      <w:p w14:paraId="62E36CEF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7B794F6D" w14:textId="77777777" w:rsidTr="003D4225">
                <w:tc>
                  <w:tcPr>
                    <w:tcW w:w="2006" w:type="pct"/>
                    <w:tcBorders>
                      <w:left w:val="nil"/>
                      <w:bottom w:val="nil"/>
                      <w:right w:val="nil"/>
                    </w:tcBorders>
                  </w:tcPr>
                  <w:p w14:paraId="580AAF02" w14:textId="77777777" w:rsidR="00DD483C" w:rsidRDefault="00DD483C" w:rsidP="003D4225">
                    <w:pPr>
                      <w:rPr>
                        <w:lang w:val="en-GB"/>
                      </w:rPr>
                    </w:pPr>
                  </w:p>
                </w:tc>
                <w:tc>
                  <w:tcPr>
                    <w:tcW w:w="2994" w:type="pct"/>
                    <w:tcBorders>
                      <w:left w:val="nil"/>
                      <w:bottom w:val="nil"/>
                      <w:right w:val="nil"/>
                    </w:tcBorders>
                  </w:tcPr>
                  <w:p w14:paraId="2CE8D67D" w14:textId="4F7FAFF6" w:rsidR="00DD483C" w:rsidRDefault="00DD483C" w:rsidP="003D4225">
                    <w:pPr>
                      <w:rPr>
                        <w:lang w:val="en-GB"/>
                      </w:rPr>
                    </w:pPr>
                  </w:p>
                </w:tc>
              </w:tr>
            </w:sdtContent>
          </w:sdt>
          <w:sdt>
            <w:sdtPr>
              <w:rPr>
                <w:b/>
                <w:bCs/>
                <w:lang w:val="en-GB"/>
              </w:rPr>
              <w:id w:val="-49305664"/>
              <w:placeholder>
                <w:docPart w:val="34261A00F88A480AA0AF5FE2F7BC45F6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DD483C" w14:paraId="06F166B8" w14:textId="77777777" w:rsidTr="003D4225">
                <w:tc>
                  <w:tcPr>
                    <w:tcW w:w="2006" w:type="pct"/>
                    <w:vAlign w:val="center"/>
                  </w:tcPr>
                  <w:p w14:paraId="3C03A90C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Name of role</w:t>
                    </w:r>
                  </w:p>
                </w:tc>
                <w:sdt>
                  <w:sdtPr>
                    <w:rPr>
                      <w:lang w:val="en-GB"/>
                    </w:rPr>
                    <w:id w:val="-687291745"/>
                    <w:placeholder>
                      <w:docPart w:val="6199F2A5BA8A4EAEB758F6BCE8D87BF6"/>
                    </w:placeholder>
                    <w:showingPlcHdr/>
                  </w:sdtPr>
                  <w:sdtEndPr/>
                  <w:sdtContent>
                    <w:tc>
                      <w:tcPr>
                        <w:tcW w:w="2994" w:type="pct"/>
                      </w:tcPr>
                      <w:p w14:paraId="73791396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24730598" w14:textId="77777777" w:rsidTr="003D4225">
                <w:tc>
                  <w:tcPr>
                    <w:tcW w:w="2006" w:type="pct"/>
                    <w:vAlign w:val="center"/>
                  </w:tcPr>
                  <w:p w14:paraId="75FE52D1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Institution</w:t>
                    </w:r>
                  </w:p>
                </w:tc>
                <w:sdt>
                  <w:sdtPr>
                    <w:rPr>
                      <w:lang w:val="en-GB"/>
                    </w:rPr>
                    <w:id w:val="-1450396482"/>
                    <w:placeholder>
                      <w:docPart w:val="9F7B9CF44AE945CBB31712A7F8D2DF69"/>
                    </w:placeholder>
                    <w:showingPlcHdr/>
                  </w:sdtPr>
                  <w:sdtEndPr/>
                  <w:sdtContent>
                    <w:tc>
                      <w:tcPr>
                        <w:tcW w:w="2994" w:type="pct"/>
                      </w:tcPr>
                      <w:p w14:paraId="38BC220C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6013A345" w14:textId="77777777" w:rsidTr="003D4225">
                <w:tc>
                  <w:tcPr>
                    <w:tcW w:w="2006" w:type="pct"/>
                    <w:vAlign w:val="center"/>
                  </w:tcPr>
                  <w:p w14:paraId="6BAA6CE3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Dates of role</w:t>
                    </w:r>
                  </w:p>
                </w:tc>
                <w:sdt>
                  <w:sdtPr>
                    <w:rPr>
                      <w:lang w:val="en-GB"/>
                    </w:rPr>
                    <w:id w:val="1069997301"/>
                    <w:placeholder>
                      <w:docPart w:val="40C7C286F2E74597B8295B0DA3149F23"/>
                    </w:placeholder>
                    <w:showingPlcHdr/>
                  </w:sdtPr>
                  <w:sdtEndPr/>
                  <w:sdtContent>
                    <w:tc>
                      <w:tcPr>
                        <w:tcW w:w="2994" w:type="pct"/>
                      </w:tcPr>
                      <w:p w14:paraId="0420240C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0AD8D8A1" w14:textId="77777777" w:rsidTr="003D4225">
                <w:tc>
                  <w:tcPr>
                    <w:tcW w:w="2006" w:type="pct"/>
                    <w:tcBorders>
                      <w:bottom w:val="single" w:sz="4" w:space="0" w:color="auto"/>
                    </w:tcBorders>
                    <w:vAlign w:val="center"/>
                  </w:tcPr>
                  <w:p w14:paraId="6C6B6FC5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Description of main activities</w:t>
                    </w:r>
                  </w:p>
                </w:tc>
                <w:sdt>
                  <w:sdtPr>
                    <w:rPr>
                      <w:lang w:val="en-GB"/>
                    </w:rPr>
                    <w:id w:val="327482645"/>
                    <w:placeholder>
                      <w:docPart w:val="2FE74ECC14244370A8BC68258C8F9363"/>
                    </w:placeholder>
                    <w:showingPlcHdr/>
                  </w:sdtPr>
                  <w:sdtEndPr/>
                  <w:sdtContent>
                    <w:tc>
                      <w:tcPr>
                        <w:tcW w:w="2994" w:type="pct"/>
                        <w:tcBorders>
                          <w:bottom w:val="single" w:sz="4" w:space="0" w:color="auto"/>
                        </w:tcBorders>
                      </w:tcPr>
                      <w:p w14:paraId="70ABD35F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484DB20E" w14:textId="77777777" w:rsidTr="003D4225">
                <w:tc>
                  <w:tcPr>
                    <w:tcW w:w="2006" w:type="pct"/>
                    <w:tcBorders>
                      <w:left w:val="nil"/>
                      <w:bottom w:val="nil"/>
                      <w:right w:val="nil"/>
                    </w:tcBorders>
                  </w:tcPr>
                  <w:p w14:paraId="3BFB485E" w14:textId="77777777" w:rsidR="00DD483C" w:rsidRDefault="00DD483C" w:rsidP="003D4225">
                    <w:pPr>
                      <w:rPr>
                        <w:lang w:val="en-GB"/>
                      </w:rPr>
                    </w:pPr>
                  </w:p>
                </w:tc>
                <w:tc>
                  <w:tcPr>
                    <w:tcW w:w="2994" w:type="pct"/>
                    <w:tcBorders>
                      <w:left w:val="nil"/>
                      <w:bottom w:val="nil"/>
                      <w:right w:val="nil"/>
                    </w:tcBorders>
                  </w:tcPr>
                  <w:p w14:paraId="32141A9C" w14:textId="1DEFA2DC" w:rsidR="00DD483C" w:rsidRDefault="00AD309B" w:rsidP="003D4225">
                    <w:pPr>
                      <w:rPr>
                        <w:lang w:val="en-GB"/>
                      </w:rPr>
                    </w:pPr>
                  </w:p>
                </w:tc>
              </w:tr>
            </w:sdtContent>
          </w:sdt>
        </w:tbl>
      </w:sdtContent>
    </w:sdt>
    <w:p w14:paraId="395F4AD8" w14:textId="77777777" w:rsidR="00DD483C" w:rsidRDefault="00DD483C" w:rsidP="003D4225">
      <w:pPr>
        <w:pStyle w:val="Heading1"/>
      </w:pPr>
    </w:p>
    <w:p w14:paraId="4D574E37" w14:textId="77777777" w:rsidR="00DD483C" w:rsidRDefault="00DD483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2A71699E" w14:textId="17C7215B" w:rsidR="003D4225" w:rsidRDefault="003D4225" w:rsidP="003D4225">
      <w:pPr>
        <w:pStyle w:val="Heading1"/>
      </w:pPr>
      <w:r>
        <w:lastRenderedPageBreak/>
        <w:t>Teaching roles</w:t>
      </w:r>
    </w:p>
    <w:sdt>
      <w:sdtPr>
        <w:rPr>
          <w:b/>
          <w:bCs/>
        </w:rPr>
        <w:id w:val="-189065573"/>
        <w15:repeatingSection/>
      </w:sdtPr>
      <w:sdtEndPr>
        <w:rPr>
          <w:b w:val="0"/>
          <w:bCs w:val="0"/>
        </w:rPr>
      </w:sdtEndPr>
      <w:sdtContent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2689"/>
            <w:gridCol w:w="6661"/>
          </w:tblGrid>
          <w:sdt>
            <w:sdtPr>
              <w:rPr>
                <w:b/>
                <w:bCs/>
              </w:rPr>
              <w:id w:val="981667689"/>
              <w:placeholder>
                <w:docPart w:val="F781B5300B27482F978D8FE0167C926B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3D4225" w14:paraId="104A080F" w14:textId="77777777" w:rsidTr="007427F2">
                <w:tc>
                  <w:tcPr>
                    <w:tcW w:w="2689" w:type="dxa"/>
                  </w:tcPr>
                  <w:p w14:paraId="4696C19C" w14:textId="68E71098" w:rsidR="003D4225" w:rsidRDefault="003D4225" w:rsidP="007427F2">
                    <w:r w:rsidRPr="00F4085D">
                      <w:rPr>
                        <w:b/>
                        <w:bCs/>
                      </w:rPr>
                      <w:t>Role</w:t>
                    </w:r>
                  </w:p>
                </w:tc>
                <w:sdt>
                  <w:sdtPr>
                    <w:id w:val="902106861"/>
                    <w:placeholder>
                      <w:docPart w:val="9A6CA2AF8DF94CD69E896834E8685256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208E5B1C" w14:textId="77777777" w:rsidR="003D4225" w:rsidRDefault="003D4225" w:rsidP="007427F2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31C7D75D" w14:textId="77777777" w:rsidTr="007427F2">
                <w:tc>
                  <w:tcPr>
                    <w:tcW w:w="2689" w:type="dxa"/>
                  </w:tcPr>
                  <w:p w14:paraId="0323D47C" w14:textId="77777777" w:rsidR="003D4225" w:rsidRDefault="003D4225" w:rsidP="007427F2">
                    <w:r w:rsidRPr="00F4085D">
                      <w:rPr>
                        <w:b/>
                        <w:bCs/>
                      </w:rPr>
                      <w:t>Institution</w:t>
                    </w:r>
                  </w:p>
                </w:tc>
                <w:sdt>
                  <w:sdtPr>
                    <w:id w:val="-15619653"/>
                    <w:placeholder>
                      <w:docPart w:val="B4C9C3BD6DAE445585208941AA04C9C7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109B52E5" w14:textId="77777777" w:rsidR="003D4225" w:rsidRDefault="003D4225" w:rsidP="007427F2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008030E6" w14:textId="77777777" w:rsidTr="007427F2">
                <w:tc>
                  <w:tcPr>
                    <w:tcW w:w="2689" w:type="dxa"/>
                  </w:tcPr>
                  <w:p w14:paraId="5A9DCFCB" w14:textId="713C1C11" w:rsidR="003D4225" w:rsidRDefault="003D4225" w:rsidP="007427F2">
                    <w:r>
                      <w:rPr>
                        <w:b/>
                        <w:bCs/>
                      </w:rPr>
                      <w:t>Dates of role</w:t>
                    </w:r>
                  </w:p>
                </w:tc>
                <w:sdt>
                  <w:sdtPr>
                    <w:id w:val="-1642029865"/>
                    <w:placeholder>
                      <w:docPart w:val="3DEE5954FCFC406D92213FF305264608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733983BF" w14:textId="77777777" w:rsidR="003D4225" w:rsidRDefault="003D4225" w:rsidP="007427F2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729BCD58" w14:textId="77777777" w:rsidTr="007427F2">
                <w:tc>
                  <w:tcPr>
                    <w:tcW w:w="2689" w:type="dxa"/>
                  </w:tcPr>
                  <w:p w14:paraId="5391549D" w14:textId="681FD8BF" w:rsidR="003D4225" w:rsidRPr="003D4225" w:rsidRDefault="003D4225" w:rsidP="007427F2">
                    <w:pPr>
                      <w:rPr>
                        <w:b/>
                        <w:bCs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 xml:space="preserve">Type of student - medical students, NCHDS, allied professionals or other </w:t>
                    </w:r>
                  </w:p>
                </w:tc>
                <w:sdt>
                  <w:sdtPr>
                    <w:id w:val="206851474"/>
                    <w:placeholder>
                      <w:docPart w:val="F3513A9A84864C3F9F7588EA499BB78D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0967EA7F" w14:textId="77777777" w:rsidR="003D4225" w:rsidRDefault="003D4225" w:rsidP="007427F2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185B6240" w14:textId="77777777" w:rsidTr="007427F2">
                <w:tc>
                  <w:tcPr>
                    <w:tcW w:w="2689" w:type="dxa"/>
                  </w:tcPr>
                  <w:p w14:paraId="5E21A68C" w14:textId="0E93B117" w:rsidR="003D4225" w:rsidRPr="003D4225" w:rsidRDefault="003D4225" w:rsidP="007427F2">
                    <w:pPr>
                      <w:rPr>
                        <w:b/>
                        <w:bCs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Description of main activities, type of teaching</w:t>
                    </w:r>
                  </w:p>
                </w:tc>
                <w:sdt>
                  <w:sdtPr>
                    <w:id w:val="-2075569655"/>
                    <w:placeholder>
                      <w:docPart w:val="4B3E2B0B02804B6B9EB34D06EDE16C2C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4BFF332F" w14:textId="44FD08E4" w:rsidR="003D4225" w:rsidRDefault="003D4225" w:rsidP="007427F2"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7CAEBD03" w14:textId="77777777" w:rsidTr="007427F2">
                <w:tc>
                  <w:tcPr>
                    <w:tcW w:w="2689" w:type="dxa"/>
                  </w:tcPr>
                  <w:p w14:paraId="04D4F25E" w14:textId="77777777" w:rsidR="003D4225" w:rsidRDefault="003D4225" w:rsidP="007427F2">
                    <w:r w:rsidRPr="00F4085D">
                      <w:rPr>
                        <w:b/>
                        <w:bCs/>
                      </w:rPr>
                      <w:t>Feedback/Outcomes</w:t>
                    </w:r>
                  </w:p>
                </w:tc>
                <w:sdt>
                  <w:sdtPr>
                    <w:id w:val="144629995"/>
                    <w:placeholder>
                      <w:docPart w:val="085A5022E14D43D0AAECA4D7B07105ED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7862ADB4" w14:textId="77777777" w:rsidR="003D4225" w:rsidRDefault="003D4225" w:rsidP="007427F2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000E6E3F" w14:textId="77777777" w:rsidTr="007427F2">
                <w:tc>
                  <w:tcPr>
                    <w:tcW w:w="9350" w:type="dxa"/>
                    <w:gridSpan w:val="2"/>
                    <w:tcBorders>
                      <w:top w:val="single" w:sz="4" w:space="0" w:color="auto"/>
                      <w:left w:val="nil"/>
                      <w:bottom w:val="nil"/>
                      <w:right w:val="nil"/>
                    </w:tcBorders>
                  </w:tcPr>
                  <w:p w14:paraId="1D69D49E" w14:textId="629DDE17" w:rsidR="003D4225" w:rsidRDefault="003D4225" w:rsidP="007427F2"/>
                </w:tc>
              </w:tr>
            </w:sdtContent>
          </w:sdt>
          <w:sdt>
            <w:sdtPr>
              <w:rPr>
                <w:b/>
                <w:bCs/>
              </w:rPr>
              <w:id w:val="-1295209995"/>
              <w:placeholder>
                <w:docPart w:val="92AA3BC0912C4285B1AF8D3AA3E6267D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3D4225" w14:paraId="6B163F70" w14:textId="77777777" w:rsidTr="007427F2">
                <w:tc>
                  <w:tcPr>
                    <w:tcW w:w="2689" w:type="dxa"/>
                  </w:tcPr>
                  <w:p w14:paraId="5DAC4FAC" w14:textId="77777777" w:rsidR="003D4225" w:rsidRDefault="003D4225" w:rsidP="007427F2">
                    <w:r w:rsidRPr="00F4085D">
                      <w:rPr>
                        <w:b/>
                        <w:bCs/>
                      </w:rPr>
                      <w:t>Role</w:t>
                    </w:r>
                  </w:p>
                </w:tc>
                <w:sdt>
                  <w:sdtPr>
                    <w:id w:val="-1939826572"/>
                    <w:placeholder>
                      <w:docPart w:val="E03C20D0AC564E049B3D88E959C81C32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36796B4D" w14:textId="77777777" w:rsidR="003D4225" w:rsidRDefault="003D4225" w:rsidP="00053B32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0ED7D06A" w14:textId="77777777" w:rsidTr="007427F2">
                <w:tc>
                  <w:tcPr>
                    <w:tcW w:w="2689" w:type="dxa"/>
                  </w:tcPr>
                  <w:p w14:paraId="4F8C9D0E" w14:textId="77777777" w:rsidR="003D4225" w:rsidRDefault="003D4225" w:rsidP="007427F2">
                    <w:r w:rsidRPr="00F4085D">
                      <w:rPr>
                        <w:b/>
                        <w:bCs/>
                      </w:rPr>
                      <w:t>Institution</w:t>
                    </w:r>
                  </w:p>
                </w:tc>
                <w:sdt>
                  <w:sdtPr>
                    <w:id w:val="-24186907"/>
                    <w:placeholder>
                      <w:docPart w:val="627B206A1F114B79923F70D146A387C5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6071F52E" w14:textId="77777777" w:rsidR="003D4225" w:rsidRDefault="003D4225" w:rsidP="00053B32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11539EFB" w14:textId="77777777" w:rsidTr="007427F2">
                <w:tc>
                  <w:tcPr>
                    <w:tcW w:w="2689" w:type="dxa"/>
                  </w:tcPr>
                  <w:p w14:paraId="086318CD" w14:textId="77777777" w:rsidR="003D4225" w:rsidRDefault="003D4225" w:rsidP="007427F2">
                    <w:r>
                      <w:rPr>
                        <w:b/>
                        <w:bCs/>
                      </w:rPr>
                      <w:t>Dates of role</w:t>
                    </w:r>
                  </w:p>
                </w:tc>
                <w:sdt>
                  <w:sdtPr>
                    <w:id w:val="-1759279741"/>
                    <w:placeholder>
                      <w:docPart w:val="1F7E10A372CF41B6B48CD20F8B9D8888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5CBB1CFB" w14:textId="77777777" w:rsidR="003D4225" w:rsidRDefault="003D4225" w:rsidP="00053B32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78052FC4" w14:textId="77777777" w:rsidTr="007427F2">
                <w:tc>
                  <w:tcPr>
                    <w:tcW w:w="2689" w:type="dxa"/>
                  </w:tcPr>
                  <w:p w14:paraId="5006B5D6" w14:textId="77777777" w:rsidR="003D4225" w:rsidRPr="003D4225" w:rsidRDefault="003D4225" w:rsidP="007427F2">
                    <w:pPr>
                      <w:rPr>
                        <w:b/>
                        <w:bCs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 xml:space="preserve">Type of student - medical students, NCHDS, allied professionals or other </w:t>
                    </w:r>
                  </w:p>
                </w:tc>
                <w:sdt>
                  <w:sdtPr>
                    <w:id w:val="1137992772"/>
                    <w:placeholder>
                      <w:docPart w:val="E818E31203DB4ADBAEA6C68283BE94AE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2C7AA47E" w14:textId="77777777" w:rsidR="003D4225" w:rsidRDefault="003D4225" w:rsidP="00053B32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55332B6F" w14:textId="77777777" w:rsidTr="007427F2">
                <w:tc>
                  <w:tcPr>
                    <w:tcW w:w="2689" w:type="dxa"/>
                  </w:tcPr>
                  <w:p w14:paraId="7A0662AB" w14:textId="77777777" w:rsidR="003D4225" w:rsidRPr="003D4225" w:rsidRDefault="003D4225" w:rsidP="007427F2">
                    <w:pPr>
                      <w:rPr>
                        <w:b/>
                        <w:bCs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Description of main activities, type of teaching</w:t>
                    </w:r>
                  </w:p>
                </w:tc>
                <w:sdt>
                  <w:sdtPr>
                    <w:id w:val="-408222798"/>
                    <w:placeholder>
                      <w:docPart w:val="7E444CB5FE3D4B7E8A005265B8BF5543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62042CAF" w14:textId="77777777" w:rsidR="003D4225" w:rsidRDefault="003D4225" w:rsidP="00053B32"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62128481" w14:textId="77777777" w:rsidTr="007427F2">
                <w:tc>
                  <w:tcPr>
                    <w:tcW w:w="2689" w:type="dxa"/>
                  </w:tcPr>
                  <w:p w14:paraId="271636D0" w14:textId="77777777" w:rsidR="003D4225" w:rsidRDefault="003D4225" w:rsidP="007427F2">
                    <w:r w:rsidRPr="00F4085D">
                      <w:rPr>
                        <w:b/>
                        <w:bCs/>
                      </w:rPr>
                      <w:t>Feedback/Outcomes</w:t>
                    </w:r>
                  </w:p>
                </w:tc>
                <w:sdt>
                  <w:sdtPr>
                    <w:id w:val="493219747"/>
                    <w:placeholder>
                      <w:docPart w:val="10713C7F24B9431EB025CD747680B2B8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1A419C36" w14:textId="77777777" w:rsidR="003D4225" w:rsidRDefault="003D4225" w:rsidP="00053B32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6664D125" w14:textId="77777777" w:rsidTr="007427F2">
                <w:tc>
                  <w:tcPr>
                    <w:tcW w:w="9350" w:type="dxa"/>
                    <w:gridSpan w:val="2"/>
                    <w:tcBorders>
                      <w:top w:val="single" w:sz="4" w:space="0" w:color="auto"/>
                      <w:left w:val="nil"/>
                      <w:bottom w:val="nil"/>
                      <w:right w:val="nil"/>
                    </w:tcBorders>
                  </w:tcPr>
                  <w:p w14:paraId="7B722E3D" w14:textId="7945FC97" w:rsidR="003D4225" w:rsidRDefault="003D4225" w:rsidP="007427F2"/>
                </w:tc>
              </w:tr>
            </w:sdtContent>
          </w:sdt>
          <w:sdt>
            <w:sdtPr>
              <w:rPr>
                <w:b/>
                <w:bCs/>
              </w:rPr>
              <w:id w:val="595831012"/>
              <w:placeholder>
                <w:docPart w:val="F90BC23E38754CA4801B2945EBEF2171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DD483C" w14:paraId="3F0A2097" w14:textId="77777777" w:rsidTr="007427F2">
                <w:tc>
                  <w:tcPr>
                    <w:tcW w:w="2689" w:type="dxa"/>
                  </w:tcPr>
                  <w:p w14:paraId="30237011" w14:textId="77777777" w:rsidR="00DD483C" w:rsidRDefault="00DD483C" w:rsidP="007427F2">
                    <w:r w:rsidRPr="00F4085D">
                      <w:rPr>
                        <w:b/>
                        <w:bCs/>
                      </w:rPr>
                      <w:t>Role</w:t>
                    </w:r>
                  </w:p>
                </w:tc>
                <w:sdt>
                  <w:sdtPr>
                    <w:id w:val="-1705167694"/>
                    <w:placeholder>
                      <w:docPart w:val="F580F967A6FA466D94FA9F00370D0F21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5A8F1AF5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78F86A51" w14:textId="77777777" w:rsidTr="007427F2">
                <w:tc>
                  <w:tcPr>
                    <w:tcW w:w="2689" w:type="dxa"/>
                  </w:tcPr>
                  <w:p w14:paraId="029116CD" w14:textId="77777777" w:rsidR="00DD483C" w:rsidRDefault="00DD483C" w:rsidP="007427F2">
                    <w:r w:rsidRPr="00F4085D">
                      <w:rPr>
                        <w:b/>
                        <w:bCs/>
                      </w:rPr>
                      <w:t>Institution</w:t>
                    </w:r>
                  </w:p>
                </w:tc>
                <w:sdt>
                  <w:sdtPr>
                    <w:id w:val="-504056548"/>
                    <w:placeholder>
                      <w:docPart w:val="91F272D428C44BE1949E3D168527DE97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13247710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2DF6A90A" w14:textId="77777777" w:rsidTr="007427F2">
                <w:tc>
                  <w:tcPr>
                    <w:tcW w:w="2689" w:type="dxa"/>
                  </w:tcPr>
                  <w:p w14:paraId="6D139D89" w14:textId="77777777" w:rsidR="00DD483C" w:rsidRDefault="00DD483C" w:rsidP="007427F2">
                    <w:r>
                      <w:rPr>
                        <w:b/>
                        <w:bCs/>
                      </w:rPr>
                      <w:t>Dates of role</w:t>
                    </w:r>
                  </w:p>
                </w:tc>
                <w:sdt>
                  <w:sdtPr>
                    <w:id w:val="1224866600"/>
                    <w:placeholder>
                      <w:docPart w:val="06AE02CE171648B881F14805B40254A0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248F7134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396574BB" w14:textId="77777777" w:rsidTr="007427F2">
                <w:tc>
                  <w:tcPr>
                    <w:tcW w:w="2689" w:type="dxa"/>
                  </w:tcPr>
                  <w:p w14:paraId="6ABFB39B" w14:textId="77777777" w:rsidR="00DD483C" w:rsidRPr="003D4225" w:rsidRDefault="00DD483C" w:rsidP="007427F2">
                    <w:pPr>
                      <w:rPr>
                        <w:b/>
                        <w:bCs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 xml:space="preserve">Type of student - medical students, NCHDS, allied professionals or other </w:t>
                    </w:r>
                  </w:p>
                </w:tc>
                <w:sdt>
                  <w:sdtPr>
                    <w:id w:val="-1458714972"/>
                    <w:placeholder>
                      <w:docPart w:val="8D10714B2DB34147BCB9387D38009F53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575A2C61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2E124197" w14:textId="77777777" w:rsidTr="007427F2">
                <w:tc>
                  <w:tcPr>
                    <w:tcW w:w="2689" w:type="dxa"/>
                  </w:tcPr>
                  <w:p w14:paraId="043C0E91" w14:textId="77777777" w:rsidR="00DD483C" w:rsidRPr="003D4225" w:rsidRDefault="00DD483C" w:rsidP="007427F2">
                    <w:pPr>
                      <w:rPr>
                        <w:b/>
                        <w:bCs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Description of main activities, type of teaching</w:t>
                    </w:r>
                  </w:p>
                </w:tc>
                <w:sdt>
                  <w:sdtPr>
                    <w:id w:val="-243343544"/>
                    <w:placeholder>
                      <w:docPart w:val="280A6527A87543CF8A81993E62671874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0F0781FB" w14:textId="77777777" w:rsidR="00DD483C" w:rsidRDefault="00DD483C" w:rsidP="001206C0"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6BCA7DD6" w14:textId="77777777" w:rsidTr="007427F2">
                <w:tc>
                  <w:tcPr>
                    <w:tcW w:w="2689" w:type="dxa"/>
                  </w:tcPr>
                  <w:p w14:paraId="0D6B1BAB" w14:textId="77777777" w:rsidR="00DD483C" w:rsidRDefault="00DD483C" w:rsidP="007427F2">
                    <w:r w:rsidRPr="00F4085D">
                      <w:rPr>
                        <w:b/>
                        <w:bCs/>
                      </w:rPr>
                      <w:t>Feedback/Outcomes</w:t>
                    </w:r>
                  </w:p>
                </w:tc>
                <w:sdt>
                  <w:sdtPr>
                    <w:id w:val="1095441894"/>
                    <w:placeholder>
                      <w:docPart w:val="D605B1F2154C4935A4C95444B97C44AD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6111327B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09D7DBA7" w14:textId="77777777" w:rsidTr="007427F2">
                <w:tc>
                  <w:tcPr>
                    <w:tcW w:w="9350" w:type="dxa"/>
                    <w:gridSpan w:val="2"/>
                    <w:tcBorders>
                      <w:top w:val="single" w:sz="4" w:space="0" w:color="auto"/>
                      <w:left w:val="nil"/>
                      <w:bottom w:val="nil"/>
                      <w:right w:val="nil"/>
                    </w:tcBorders>
                  </w:tcPr>
                  <w:p w14:paraId="524A5CD3" w14:textId="4071C321" w:rsidR="00DD483C" w:rsidRDefault="00DD483C" w:rsidP="007427F2"/>
                </w:tc>
              </w:tr>
            </w:sdtContent>
          </w:sdt>
          <w:sdt>
            <w:sdtPr>
              <w:rPr>
                <w:b/>
                <w:bCs/>
              </w:rPr>
              <w:id w:val="-1670868941"/>
              <w:placeholder>
                <w:docPart w:val="E289DC2192504F659C18C64BDE961783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DD483C" w14:paraId="6530287C" w14:textId="77777777" w:rsidTr="007427F2">
                <w:tc>
                  <w:tcPr>
                    <w:tcW w:w="2689" w:type="dxa"/>
                  </w:tcPr>
                  <w:p w14:paraId="0625FC09" w14:textId="77777777" w:rsidR="00DD483C" w:rsidRDefault="00DD483C" w:rsidP="007427F2">
                    <w:r w:rsidRPr="00F4085D">
                      <w:rPr>
                        <w:b/>
                        <w:bCs/>
                      </w:rPr>
                      <w:t>Role</w:t>
                    </w:r>
                  </w:p>
                </w:tc>
                <w:sdt>
                  <w:sdtPr>
                    <w:id w:val="1325552459"/>
                    <w:placeholder>
                      <w:docPart w:val="3A1CBB68DA324248837B10D303DA9D01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7A428689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3F21D6DB" w14:textId="77777777" w:rsidTr="007427F2">
                <w:tc>
                  <w:tcPr>
                    <w:tcW w:w="2689" w:type="dxa"/>
                  </w:tcPr>
                  <w:p w14:paraId="038DFA7D" w14:textId="77777777" w:rsidR="00DD483C" w:rsidRDefault="00DD483C" w:rsidP="007427F2">
                    <w:r w:rsidRPr="00F4085D">
                      <w:rPr>
                        <w:b/>
                        <w:bCs/>
                      </w:rPr>
                      <w:t>Institution</w:t>
                    </w:r>
                  </w:p>
                </w:tc>
                <w:sdt>
                  <w:sdtPr>
                    <w:id w:val="-1412226058"/>
                    <w:placeholder>
                      <w:docPart w:val="5C9B1F060A094902B320A7584AAFEF50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78CF2DED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5BD52E8E" w14:textId="77777777" w:rsidTr="007427F2">
                <w:tc>
                  <w:tcPr>
                    <w:tcW w:w="2689" w:type="dxa"/>
                  </w:tcPr>
                  <w:p w14:paraId="103C6FD8" w14:textId="77777777" w:rsidR="00DD483C" w:rsidRDefault="00DD483C" w:rsidP="007427F2">
                    <w:r>
                      <w:rPr>
                        <w:b/>
                        <w:bCs/>
                      </w:rPr>
                      <w:t>Dates of role</w:t>
                    </w:r>
                  </w:p>
                </w:tc>
                <w:sdt>
                  <w:sdtPr>
                    <w:id w:val="-766930475"/>
                    <w:placeholder>
                      <w:docPart w:val="01B1A17687024D828E35C98280CC8FCB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799B749A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0CA55448" w14:textId="77777777" w:rsidTr="007427F2">
                <w:tc>
                  <w:tcPr>
                    <w:tcW w:w="2689" w:type="dxa"/>
                  </w:tcPr>
                  <w:p w14:paraId="1C67EC1C" w14:textId="77777777" w:rsidR="00DD483C" w:rsidRPr="003D4225" w:rsidRDefault="00DD483C" w:rsidP="007427F2">
                    <w:pPr>
                      <w:rPr>
                        <w:b/>
                        <w:bCs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 xml:space="preserve">Type of student - medical students, </w:t>
                    </w:r>
                    <w:r w:rsidRPr="003D4225">
                      <w:rPr>
                        <w:b/>
                        <w:bCs/>
                        <w:lang w:val="en-GB"/>
                      </w:rPr>
                      <w:lastRenderedPageBreak/>
                      <w:t xml:space="preserve">NCHDS, allied professionals or other </w:t>
                    </w:r>
                  </w:p>
                </w:tc>
                <w:sdt>
                  <w:sdtPr>
                    <w:id w:val="-338616238"/>
                    <w:placeholder>
                      <w:docPart w:val="3DFBC8AAE0354BD283E3E92D5348BD74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59D99E93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13089318" w14:textId="77777777" w:rsidTr="007427F2">
                <w:tc>
                  <w:tcPr>
                    <w:tcW w:w="2689" w:type="dxa"/>
                  </w:tcPr>
                  <w:p w14:paraId="3D9F10B1" w14:textId="77777777" w:rsidR="00DD483C" w:rsidRPr="003D4225" w:rsidRDefault="00DD483C" w:rsidP="007427F2">
                    <w:pPr>
                      <w:rPr>
                        <w:b/>
                        <w:bCs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Description of main activities, type of teaching</w:t>
                    </w:r>
                  </w:p>
                </w:tc>
                <w:sdt>
                  <w:sdtPr>
                    <w:id w:val="968320662"/>
                    <w:placeholder>
                      <w:docPart w:val="4172EDAA93DA45EF9083FEE6A203B43A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1A503B88" w14:textId="77777777" w:rsidR="00DD483C" w:rsidRDefault="00DD483C" w:rsidP="001206C0"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4529F82D" w14:textId="77777777" w:rsidTr="007427F2">
                <w:tc>
                  <w:tcPr>
                    <w:tcW w:w="2689" w:type="dxa"/>
                  </w:tcPr>
                  <w:p w14:paraId="4AFFCC85" w14:textId="77777777" w:rsidR="00DD483C" w:rsidRDefault="00DD483C" w:rsidP="007427F2">
                    <w:r w:rsidRPr="00F4085D">
                      <w:rPr>
                        <w:b/>
                        <w:bCs/>
                      </w:rPr>
                      <w:t>Feedback/Outcomes</w:t>
                    </w:r>
                  </w:p>
                </w:tc>
                <w:sdt>
                  <w:sdtPr>
                    <w:id w:val="-778407075"/>
                    <w:placeholder>
                      <w:docPart w:val="24699E066C6543F1807498C9131D96D6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5255EB1F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2BCB133D" w14:textId="77777777" w:rsidTr="007427F2">
                <w:tc>
                  <w:tcPr>
                    <w:tcW w:w="9350" w:type="dxa"/>
                    <w:gridSpan w:val="2"/>
                    <w:tcBorders>
                      <w:top w:val="single" w:sz="4" w:space="0" w:color="auto"/>
                      <w:left w:val="nil"/>
                      <w:bottom w:val="nil"/>
                      <w:right w:val="nil"/>
                    </w:tcBorders>
                  </w:tcPr>
                  <w:p w14:paraId="7622B01C" w14:textId="574E3D00" w:rsidR="00DD483C" w:rsidRDefault="00DD483C" w:rsidP="007427F2"/>
                </w:tc>
              </w:tr>
            </w:sdtContent>
          </w:sdt>
          <w:sdt>
            <w:sdtPr>
              <w:rPr>
                <w:b/>
                <w:bCs/>
              </w:rPr>
              <w:id w:val="836033159"/>
              <w:placeholder>
                <w:docPart w:val="C107D783E1744D9799003948EA3EB147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DD483C" w14:paraId="38DB8E08" w14:textId="77777777" w:rsidTr="007427F2">
                <w:tc>
                  <w:tcPr>
                    <w:tcW w:w="2689" w:type="dxa"/>
                  </w:tcPr>
                  <w:p w14:paraId="2B8C5C6C" w14:textId="77777777" w:rsidR="00DD483C" w:rsidRDefault="00DD483C" w:rsidP="007427F2">
                    <w:r w:rsidRPr="00F4085D">
                      <w:rPr>
                        <w:b/>
                        <w:bCs/>
                      </w:rPr>
                      <w:t>Role</w:t>
                    </w:r>
                  </w:p>
                </w:tc>
                <w:sdt>
                  <w:sdtPr>
                    <w:id w:val="-411784448"/>
                    <w:placeholder>
                      <w:docPart w:val="7DAC52E2BDD441E3AB82CF5738186099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42C273A6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54208C33" w14:textId="77777777" w:rsidTr="007427F2">
                <w:tc>
                  <w:tcPr>
                    <w:tcW w:w="2689" w:type="dxa"/>
                  </w:tcPr>
                  <w:p w14:paraId="59E4A3DE" w14:textId="77777777" w:rsidR="00DD483C" w:rsidRDefault="00DD483C" w:rsidP="007427F2">
                    <w:r w:rsidRPr="00F4085D">
                      <w:rPr>
                        <w:b/>
                        <w:bCs/>
                      </w:rPr>
                      <w:t>Institution</w:t>
                    </w:r>
                  </w:p>
                </w:tc>
                <w:sdt>
                  <w:sdtPr>
                    <w:id w:val="1882670021"/>
                    <w:placeholder>
                      <w:docPart w:val="49880A611FD94ECBB9AE63F3672EAAF9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336F691F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585ACF93" w14:textId="77777777" w:rsidTr="007427F2">
                <w:tc>
                  <w:tcPr>
                    <w:tcW w:w="2689" w:type="dxa"/>
                  </w:tcPr>
                  <w:p w14:paraId="7FAF545E" w14:textId="77777777" w:rsidR="00DD483C" w:rsidRDefault="00DD483C" w:rsidP="007427F2">
                    <w:r>
                      <w:rPr>
                        <w:b/>
                        <w:bCs/>
                      </w:rPr>
                      <w:t>Dates of role</w:t>
                    </w:r>
                  </w:p>
                </w:tc>
                <w:sdt>
                  <w:sdtPr>
                    <w:id w:val="742152250"/>
                    <w:placeholder>
                      <w:docPart w:val="CE40C9FDD0EB42C58F21AAE1414E0F41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0444A42C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09975DEC" w14:textId="77777777" w:rsidTr="007427F2">
                <w:tc>
                  <w:tcPr>
                    <w:tcW w:w="2689" w:type="dxa"/>
                  </w:tcPr>
                  <w:p w14:paraId="2EDA1EF5" w14:textId="77777777" w:rsidR="00DD483C" w:rsidRPr="003D4225" w:rsidRDefault="00DD483C" w:rsidP="007427F2">
                    <w:pPr>
                      <w:rPr>
                        <w:b/>
                        <w:bCs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 xml:space="preserve">Type of student - medical students, NCHDS, allied professionals or other </w:t>
                    </w:r>
                  </w:p>
                </w:tc>
                <w:sdt>
                  <w:sdtPr>
                    <w:id w:val="267820460"/>
                    <w:placeholder>
                      <w:docPart w:val="A2339A162EFD4FD1992577EA2861B962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00E26DB5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571AD62C" w14:textId="77777777" w:rsidTr="007427F2">
                <w:tc>
                  <w:tcPr>
                    <w:tcW w:w="2689" w:type="dxa"/>
                  </w:tcPr>
                  <w:p w14:paraId="0EFADDD0" w14:textId="77777777" w:rsidR="00DD483C" w:rsidRPr="003D4225" w:rsidRDefault="00DD483C" w:rsidP="007427F2">
                    <w:pPr>
                      <w:rPr>
                        <w:b/>
                        <w:bCs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Description of main activities, type of teaching</w:t>
                    </w:r>
                  </w:p>
                </w:tc>
                <w:sdt>
                  <w:sdtPr>
                    <w:id w:val="1059210151"/>
                    <w:placeholder>
                      <w:docPart w:val="5A3AE5D6500D45ADBD1E8009EAA63A17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491C2095" w14:textId="77777777" w:rsidR="00DD483C" w:rsidRDefault="00DD483C" w:rsidP="001206C0"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3E4C8498" w14:textId="77777777" w:rsidTr="007427F2">
                <w:tc>
                  <w:tcPr>
                    <w:tcW w:w="2689" w:type="dxa"/>
                  </w:tcPr>
                  <w:p w14:paraId="3B9736A4" w14:textId="77777777" w:rsidR="00DD483C" w:rsidRDefault="00DD483C" w:rsidP="007427F2">
                    <w:r w:rsidRPr="00F4085D">
                      <w:rPr>
                        <w:b/>
                        <w:bCs/>
                      </w:rPr>
                      <w:t>Feedback/Outcomes</w:t>
                    </w:r>
                  </w:p>
                </w:tc>
                <w:sdt>
                  <w:sdtPr>
                    <w:id w:val="-1465803541"/>
                    <w:placeholder>
                      <w:docPart w:val="6A5E5ED1F91D41CE93BD93454EFF0508"/>
                    </w:placeholder>
                    <w:showingPlcHdr/>
                  </w:sdtPr>
                  <w:sdtEndPr/>
                  <w:sdtContent>
                    <w:tc>
                      <w:tcPr>
                        <w:tcW w:w="6661" w:type="dxa"/>
                      </w:tcPr>
                      <w:p w14:paraId="3318178F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220CCD8A" w14:textId="77777777" w:rsidTr="007427F2">
                <w:tc>
                  <w:tcPr>
                    <w:tcW w:w="9350" w:type="dxa"/>
                    <w:gridSpan w:val="2"/>
                    <w:tcBorders>
                      <w:top w:val="single" w:sz="4" w:space="0" w:color="auto"/>
                      <w:left w:val="nil"/>
                      <w:bottom w:val="nil"/>
                      <w:right w:val="nil"/>
                    </w:tcBorders>
                  </w:tcPr>
                  <w:p w14:paraId="1887852D" w14:textId="2BC969A8" w:rsidR="00DD483C" w:rsidRDefault="00AD309B" w:rsidP="007427F2"/>
                </w:tc>
              </w:tr>
            </w:sdtContent>
          </w:sdt>
        </w:tbl>
      </w:sdtContent>
    </w:sdt>
    <w:p w14:paraId="44A806E2" w14:textId="77777777" w:rsidR="003D4225" w:rsidRDefault="003D4225" w:rsidP="003D4225"/>
    <w:p w14:paraId="72C0EA33" w14:textId="77777777" w:rsidR="00DD483C" w:rsidRDefault="00DD483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23706F0" w14:textId="296069A0" w:rsidR="003D4225" w:rsidRPr="003D4225" w:rsidRDefault="003D4225" w:rsidP="003D4225">
      <w:pPr>
        <w:pStyle w:val="Heading1"/>
      </w:pPr>
      <w:r w:rsidRPr="003D4225">
        <w:lastRenderedPageBreak/>
        <w:t>Academic prizes and achievement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05"/>
        <w:gridCol w:w="2646"/>
        <w:gridCol w:w="2568"/>
        <w:gridCol w:w="2231"/>
      </w:tblGrid>
      <w:tr w:rsidR="003D4225" w:rsidRPr="003D4225" w14:paraId="4D4C929E" w14:textId="77777777" w:rsidTr="003D4225">
        <w:tc>
          <w:tcPr>
            <w:tcW w:w="1019" w:type="pct"/>
            <w:vAlign w:val="center"/>
          </w:tcPr>
          <w:p w14:paraId="10A9285B" w14:textId="77777777" w:rsidR="003D4225" w:rsidRPr="003D4225" w:rsidRDefault="003D4225" w:rsidP="003D4225">
            <w:pPr>
              <w:jc w:val="center"/>
              <w:rPr>
                <w:b/>
                <w:bCs/>
                <w:lang w:val="en-GB"/>
              </w:rPr>
            </w:pPr>
            <w:r w:rsidRPr="003D4225">
              <w:rPr>
                <w:b/>
                <w:bCs/>
                <w:lang w:val="en-GB"/>
              </w:rPr>
              <w:t>Name of prize</w:t>
            </w:r>
          </w:p>
        </w:tc>
        <w:tc>
          <w:tcPr>
            <w:tcW w:w="1415" w:type="pct"/>
            <w:vAlign w:val="center"/>
          </w:tcPr>
          <w:p w14:paraId="447DF29D" w14:textId="77777777" w:rsidR="003D4225" w:rsidRPr="003D4225" w:rsidRDefault="003D4225" w:rsidP="003D4225">
            <w:pPr>
              <w:jc w:val="center"/>
              <w:rPr>
                <w:b/>
                <w:bCs/>
                <w:lang w:val="en-GB"/>
              </w:rPr>
            </w:pPr>
            <w:r w:rsidRPr="003D4225">
              <w:rPr>
                <w:b/>
                <w:bCs/>
                <w:lang w:val="en-GB"/>
              </w:rPr>
              <w:t>Awarded by:</w:t>
            </w:r>
          </w:p>
        </w:tc>
        <w:tc>
          <w:tcPr>
            <w:tcW w:w="1373" w:type="pct"/>
            <w:vAlign w:val="center"/>
          </w:tcPr>
          <w:p w14:paraId="2ED15CC9" w14:textId="6416B700" w:rsidR="003D4225" w:rsidRPr="003D4225" w:rsidRDefault="003D4225" w:rsidP="003D4225">
            <w:pPr>
              <w:jc w:val="center"/>
              <w:rPr>
                <w:b/>
                <w:bCs/>
                <w:lang w:val="en-GB"/>
              </w:rPr>
            </w:pPr>
            <w:r w:rsidRPr="003D4225">
              <w:rPr>
                <w:b/>
                <w:bCs/>
                <w:lang w:val="en-GB"/>
              </w:rPr>
              <w:t>In recognition of:</w:t>
            </w:r>
          </w:p>
        </w:tc>
        <w:tc>
          <w:tcPr>
            <w:tcW w:w="1193" w:type="pct"/>
            <w:vAlign w:val="center"/>
          </w:tcPr>
          <w:p w14:paraId="30E14624" w14:textId="77777777" w:rsidR="003D4225" w:rsidRPr="003D4225" w:rsidRDefault="003D4225" w:rsidP="003D4225">
            <w:pPr>
              <w:jc w:val="center"/>
              <w:rPr>
                <w:b/>
                <w:bCs/>
                <w:lang w:val="en-GB"/>
              </w:rPr>
            </w:pPr>
            <w:r w:rsidRPr="003D4225">
              <w:rPr>
                <w:b/>
                <w:bCs/>
                <w:lang w:val="en-GB"/>
              </w:rPr>
              <w:t>Date awarded</w:t>
            </w:r>
          </w:p>
        </w:tc>
      </w:tr>
      <w:tr w:rsidR="003D4225" w14:paraId="2AD8E267" w14:textId="77777777" w:rsidTr="003D4225">
        <w:sdt>
          <w:sdtPr>
            <w:rPr>
              <w:lang w:val="en-GB"/>
            </w:rPr>
            <w:id w:val="1581093166"/>
            <w:placeholder>
              <w:docPart w:val="FF3F671446BE423C80623186CD492216"/>
            </w:placeholder>
            <w:showingPlcHdr/>
          </w:sdtPr>
          <w:sdtEndPr/>
          <w:sdtContent>
            <w:tc>
              <w:tcPr>
                <w:tcW w:w="1019" w:type="pct"/>
              </w:tcPr>
              <w:p w14:paraId="0DA19271" w14:textId="7684C1F6" w:rsidR="003D4225" w:rsidRDefault="003D4225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492719226"/>
            <w:placeholder>
              <w:docPart w:val="652B1F901B6E4BD7AD855DEFC0A041DB"/>
            </w:placeholder>
            <w:showingPlcHdr/>
          </w:sdtPr>
          <w:sdtEndPr/>
          <w:sdtContent>
            <w:tc>
              <w:tcPr>
                <w:tcW w:w="1415" w:type="pct"/>
              </w:tcPr>
              <w:p w14:paraId="0A7BA0C4" w14:textId="096EE944" w:rsidR="003D4225" w:rsidRDefault="003D4225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638926069"/>
            <w:placeholder>
              <w:docPart w:val="7394E62410544E4E864820ED4D3FDE16"/>
            </w:placeholder>
            <w:showingPlcHdr/>
          </w:sdtPr>
          <w:sdtEndPr/>
          <w:sdtContent>
            <w:tc>
              <w:tcPr>
                <w:tcW w:w="1373" w:type="pct"/>
              </w:tcPr>
              <w:p w14:paraId="43D33D05" w14:textId="1D2C0EEE" w:rsidR="003D4225" w:rsidRDefault="003D4225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824849060"/>
            <w:placeholder>
              <w:docPart w:val="5D569C1B2DF14551979EAD275563853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1193" w:type="pct"/>
              </w:tcPr>
              <w:p w14:paraId="19D8BD0A" w14:textId="4C1DA510" w:rsidR="003D4225" w:rsidRDefault="003D4225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sdt>
        <w:sdtPr>
          <w:rPr>
            <w:lang w:val="en-GB"/>
          </w:rPr>
          <w:id w:val="1508251851"/>
          <w15:repeatingSection/>
        </w:sdtPr>
        <w:sdtEndPr/>
        <w:sdtContent>
          <w:sdt>
            <w:sdtPr>
              <w:rPr>
                <w:lang w:val="en-GB"/>
              </w:rPr>
              <w:id w:val="211929498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3D4225" w14:paraId="425A3F11" w14:textId="77777777" w:rsidTr="003D4225">
                <w:sdt>
                  <w:sdtPr>
                    <w:rPr>
                      <w:lang w:val="en-GB"/>
                    </w:rPr>
                    <w:id w:val="-71440863"/>
                    <w:placeholder>
                      <w:docPart w:val="FE919AA54FBB44B1A5F7342889967CC6"/>
                    </w:placeholder>
                    <w:showingPlcHdr/>
                  </w:sdtPr>
                  <w:sdtEndPr/>
                  <w:sdtContent>
                    <w:tc>
                      <w:tcPr>
                        <w:tcW w:w="1019" w:type="pct"/>
                      </w:tcPr>
                      <w:p w14:paraId="5D7264FB" w14:textId="65FB3737" w:rsidR="003D4225" w:rsidRDefault="003D422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375547638"/>
                    <w:placeholder>
                      <w:docPart w:val="90F1AAF87E7647C48C570DCB4B6D815E"/>
                    </w:placeholder>
                    <w:showingPlcHdr/>
                  </w:sdtPr>
                  <w:sdtEndPr/>
                  <w:sdtContent>
                    <w:tc>
                      <w:tcPr>
                        <w:tcW w:w="1415" w:type="pct"/>
                      </w:tcPr>
                      <w:p w14:paraId="0898C9AD" w14:textId="42697FEA" w:rsidR="003D4225" w:rsidRDefault="003D422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16266863"/>
                    <w:placeholder>
                      <w:docPart w:val="6471BF55412A49EEA0069A38BEF548D9"/>
                    </w:placeholder>
                    <w:showingPlcHdr/>
                  </w:sdtPr>
                  <w:sdtEndPr/>
                  <w:sdtContent>
                    <w:tc>
                      <w:tcPr>
                        <w:tcW w:w="1373" w:type="pct"/>
                      </w:tcPr>
                      <w:p w14:paraId="687DB92D" w14:textId="22BA96F0" w:rsidR="003D4225" w:rsidRDefault="003D422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002547983"/>
                    <w:placeholder>
                      <w:docPart w:val="0DACD686B9984973BF5D5F4D6870AAF4"/>
                    </w:placeholder>
                    <w:showingPlcHdr/>
                    <w:date>
                      <w:dateFormat w:val="dd/MM/yyyy"/>
                      <w:lid w:val="en-IE"/>
                      <w:storeMappedDataAs w:val="dateTime"/>
                      <w:calendar w:val="gregorian"/>
                    </w:date>
                  </w:sdtPr>
                  <w:sdtEndPr/>
                  <w:sdtContent>
                    <w:tc>
                      <w:tcPr>
                        <w:tcW w:w="1193" w:type="pct"/>
                      </w:tcPr>
                      <w:p w14:paraId="3A35F08E" w14:textId="577106AC" w:rsidR="003D4225" w:rsidRDefault="003D422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to enter a date.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-334757858"/>
              <w:placeholder>
                <w:docPart w:val="5C05C33B0A814D8D85E3DCB94C2DC436"/>
              </w:placeholder>
              <w15:repeatingSectionItem/>
            </w:sdtPr>
            <w:sdtEndPr/>
            <w:sdtContent>
              <w:tr w:rsidR="00DD483C" w14:paraId="4F31C358" w14:textId="77777777" w:rsidTr="003D4225">
                <w:sdt>
                  <w:sdtPr>
                    <w:rPr>
                      <w:lang w:val="en-GB"/>
                    </w:rPr>
                    <w:id w:val="-814407223"/>
                    <w:placeholder>
                      <w:docPart w:val="23BA832256854304B5BA96F88B3D4A74"/>
                    </w:placeholder>
                    <w:showingPlcHdr/>
                  </w:sdtPr>
                  <w:sdtEndPr/>
                  <w:sdtContent>
                    <w:tc>
                      <w:tcPr>
                        <w:tcW w:w="1019" w:type="pct"/>
                      </w:tcPr>
                      <w:p w14:paraId="5E7445A8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951664201"/>
                    <w:placeholder>
                      <w:docPart w:val="246FAE9296A54BEBACA366E9D9A45B94"/>
                    </w:placeholder>
                    <w:showingPlcHdr/>
                  </w:sdtPr>
                  <w:sdtEndPr/>
                  <w:sdtContent>
                    <w:tc>
                      <w:tcPr>
                        <w:tcW w:w="1415" w:type="pct"/>
                      </w:tcPr>
                      <w:p w14:paraId="2DA1329F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644244527"/>
                    <w:placeholder>
                      <w:docPart w:val="0BB394E2CBAB483695D083584DBE3A92"/>
                    </w:placeholder>
                    <w:showingPlcHdr/>
                  </w:sdtPr>
                  <w:sdtEndPr/>
                  <w:sdtContent>
                    <w:tc>
                      <w:tcPr>
                        <w:tcW w:w="1373" w:type="pct"/>
                      </w:tcPr>
                      <w:p w14:paraId="1C1FC984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434278867"/>
                    <w:placeholder>
                      <w:docPart w:val="1E86FEA1F74C42C589A364B14C1A7180"/>
                    </w:placeholder>
                    <w:showingPlcHdr/>
                    <w:date>
                      <w:dateFormat w:val="dd/MM/yyyy"/>
                      <w:lid w:val="en-IE"/>
                      <w:storeMappedDataAs w:val="dateTime"/>
                      <w:calendar w:val="gregorian"/>
                    </w:date>
                  </w:sdtPr>
                  <w:sdtEndPr/>
                  <w:sdtContent>
                    <w:tc>
                      <w:tcPr>
                        <w:tcW w:w="1193" w:type="pct"/>
                      </w:tcPr>
                      <w:p w14:paraId="0A8298EF" w14:textId="707AAE9C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to enter a date.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8348743"/>
              <w:placeholder>
                <w:docPart w:val="7B9E7065E5F54CA1AC08584C3A28F0E3"/>
              </w:placeholder>
              <w15:repeatingSectionItem/>
            </w:sdtPr>
            <w:sdtEndPr/>
            <w:sdtContent>
              <w:tr w:rsidR="00DD483C" w14:paraId="41488826" w14:textId="77777777" w:rsidTr="003D4225">
                <w:sdt>
                  <w:sdtPr>
                    <w:rPr>
                      <w:lang w:val="en-GB"/>
                    </w:rPr>
                    <w:id w:val="1586579557"/>
                    <w:placeholder>
                      <w:docPart w:val="96904F70EDBB4A8499ACAB806266E31C"/>
                    </w:placeholder>
                    <w:showingPlcHdr/>
                  </w:sdtPr>
                  <w:sdtEndPr/>
                  <w:sdtContent>
                    <w:tc>
                      <w:tcPr>
                        <w:tcW w:w="1019" w:type="pct"/>
                      </w:tcPr>
                      <w:p w14:paraId="7F39D497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841919109"/>
                    <w:placeholder>
                      <w:docPart w:val="36EE657D716E4EB3B1A39EBE7A4356D5"/>
                    </w:placeholder>
                    <w:showingPlcHdr/>
                  </w:sdtPr>
                  <w:sdtEndPr/>
                  <w:sdtContent>
                    <w:tc>
                      <w:tcPr>
                        <w:tcW w:w="1415" w:type="pct"/>
                      </w:tcPr>
                      <w:p w14:paraId="689D93D2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523119946"/>
                    <w:placeholder>
                      <w:docPart w:val="639ED2F3DBD44680A75139320ED95278"/>
                    </w:placeholder>
                    <w:showingPlcHdr/>
                  </w:sdtPr>
                  <w:sdtEndPr/>
                  <w:sdtContent>
                    <w:tc>
                      <w:tcPr>
                        <w:tcW w:w="1373" w:type="pct"/>
                      </w:tcPr>
                      <w:p w14:paraId="003CDFF2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889394853"/>
                    <w:placeholder>
                      <w:docPart w:val="49DAA2E057714914BB58B204C08DB401"/>
                    </w:placeholder>
                    <w:showingPlcHdr/>
                    <w:date>
                      <w:dateFormat w:val="dd/MM/yyyy"/>
                      <w:lid w:val="en-IE"/>
                      <w:storeMappedDataAs w:val="dateTime"/>
                      <w:calendar w:val="gregorian"/>
                    </w:date>
                  </w:sdtPr>
                  <w:sdtEndPr/>
                  <w:sdtContent>
                    <w:tc>
                      <w:tcPr>
                        <w:tcW w:w="1193" w:type="pct"/>
                      </w:tcPr>
                      <w:p w14:paraId="3A67F5AC" w14:textId="600DDD28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to enter a date.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-371764387"/>
              <w:placeholder>
                <w:docPart w:val="A423935E39C145808F09AD07EC547730"/>
              </w:placeholder>
              <w15:repeatingSectionItem/>
            </w:sdtPr>
            <w:sdtEndPr/>
            <w:sdtContent>
              <w:tr w:rsidR="00DD483C" w14:paraId="0E379A5A" w14:textId="77777777" w:rsidTr="003D4225">
                <w:sdt>
                  <w:sdtPr>
                    <w:rPr>
                      <w:lang w:val="en-GB"/>
                    </w:rPr>
                    <w:id w:val="1710993014"/>
                    <w:placeholder>
                      <w:docPart w:val="ECD0C39C19EF4A02A8A1695A367211AC"/>
                    </w:placeholder>
                    <w:showingPlcHdr/>
                  </w:sdtPr>
                  <w:sdtEndPr/>
                  <w:sdtContent>
                    <w:tc>
                      <w:tcPr>
                        <w:tcW w:w="1019" w:type="pct"/>
                      </w:tcPr>
                      <w:p w14:paraId="66DE9577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439799610"/>
                    <w:placeholder>
                      <w:docPart w:val="E6696D04F9C24F0598E6FD7DC348E7DC"/>
                    </w:placeholder>
                    <w:showingPlcHdr/>
                  </w:sdtPr>
                  <w:sdtEndPr/>
                  <w:sdtContent>
                    <w:tc>
                      <w:tcPr>
                        <w:tcW w:w="1415" w:type="pct"/>
                      </w:tcPr>
                      <w:p w14:paraId="0418D565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286498380"/>
                    <w:placeholder>
                      <w:docPart w:val="0C694D3353584FF29930D9C9C5AAE69E"/>
                    </w:placeholder>
                    <w:showingPlcHdr/>
                  </w:sdtPr>
                  <w:sdtEndPr/>
                  <w:sdtContent>
                    <w:tc>
                      <w:tcPr>
                        <w:tcW w:w="1373" w:type="pct"/>
                      </w:tcPr>
                      <w:p w14:paraId="47BF2B07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734281629"/>
                    <w:placeholder>
                      <w:docPart w:val="D41C2E5102414D6E88120DA305E5098A"/>
                    </w:placeholder>
                    <w:showingPlcHdr/>
                    <w:date>
                      <w:dateFormat w:val="dd/MM/yyyy"/>
                      <w:lid w:val="en-IE"/>
                      <w:storeMappedDataAs w:val="dateTime"/>
                      <w:calendar w:val="gregorian"/>
                    </w:date>
                  </w:sdtPr>
                  <w:sdtEndPr/>
                  <w:sdtContent>
                    <w:tc>
                      <w:tcPr>
                        <w:tcW w:w="1193" w:type="pct"/>
                      </w:tcPr>
                      <w:p w14:paraId="0BE2933F" w14:textId="4850FCB3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to enter a date.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6BE9E6A9" w14:textId="77777777" w:rsidR="004A7F5A" w:rsidRDefault="004A7F5A" w:rsidP="004A7F5A">
      <w:pPr>
        <w:rPr>
          <w:lang w:val="en-GB"/>
        </w:rPr>
      </w:pPr>
    </w:p>
    <w:p w14:paraId="3834CD59" w14:textId="2766735D" w:rsidR="003D4225" w:rsidRDefault="003D4225" w:rsidP="003D4225">
      <w:pPr>
        <w:pStyle w:val="Heading1"/>
      </w:pPr>
      <w:r w:rsidRPr="003D4225">
        <w:t>Extracurricular activities and achievements (200 words)</w:t>
      </w:r>
    </w:p>
    <w:sdt>
      <w:sdtPr>
        <w:id w:val="1593585912"/>
        <w:placeholder>
          <w:docPart w:val="577B2E4128AB4E12AA35D0322564C2CE"/>
        </w:placeholder>
        <w:showingPlcHdr/>
      </w:sdtPr>
      <w:sdtEndPr/>
      <w:sdtContent>
        <w:p w14:paraId="11E8CCC4" w14:textId="72867CB5" w:rsidR="003D4225" w:rsidRPr="003D4225" w:rsidRDefault="003D4225" w:rsidP="003D4225">
          <w:r w:rsidRPr="00053B32">
            <w:rPr>
              <w:rStyle w:val="PlaceholderText"/>
            </w:rPr>
            <w:t>Click or tap here to enter text.</w:t>
          </w:r>
        </w:p>
      </w:sdtContent>
    </w:sdt>
    <w:sectPr w:rsidR="003D4225" w:rsidRPr="003D4225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C0CE6" w14:textId="77777777" w:rsidR="00AD309B" w:rsidRDefault="00AD309B" w:rsidP="001B2E81">
      <w:pPr>
        <w:spacing w:after="0" w:line="240" w:lineRule="auto"/>
      </w:pPr>
      <w:r>
        <w:separator/>
      </w:r>
    </w:p>
  </w:endnote>
  <w:endnote w:type="continuationSeparator" w:id="0">
    <w:p w14:paraId="2AA91D08" w14:textId="77777777" w:rsidR="00AD309B" w:rsidRDefault="00AD309B" w:rsidP="001B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54CBEC" w14:textId="5E77B792" w:rsidR="007C3707" w:rsidRDefault="007C3707" w:rsidP="007C3707">
        <w:pPr>
          <w:pStyle w:val="Footer"/>
        </w:pP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021AC" w14:textId="77777777" w:rsidR="00AD309B" w:rsidRDefault="00AD309B" w:rsidP="001B2E81">
      <w:pPr>
        <w:spacing w:after="0" w:line="240" w:lineRule="auto"/>
      </w:pPr>
      <w:r>
        <w:separator/>
      </w:r>
    </w:p>
  </w:footnote>
  <w:footnote w:type="continuationSeparator" w:id="0">
    <w:p w14:paraId="07C031FF" w14:textId="77777777" w:rsidR="00AD309B" w:rsidRDefault="00AD309B" w:rsidP="001B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443A6" w14:textId="0943E59D" w:rsidR="00880DF5" w:rsidRDefault="007C3707">
    <w:pPr>
      <w:pStyle w:val="Header"/>
    </w:pPr>
    <w:r>
      <w:ptab w:relativeTo="margin" w:alignment="right" w:leader="none"/>
    </w:r>
    <w:r>
      <w:t xml:space="preserve">RCPI HST Application CV: </w:t>
    </w:r>
    <w:r w:rsidR="00880DF5">
      <w:t>Dermatology</w:t>
    </w:r>
  </w:p>
  <w:p w14:paraId="497A380F" w14:textId="734246AE" w:rsidR="001B2E81" w:rsidRDefault="001B2E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7E0E60C6" w:rsidR="001B2E81" w:rsidRDefault="001C17E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A38EE8" wp14:editId="765CEE2F">
          <wp:simplePos x="0" y="0"/>
          <wp:positionH relativeFrom="column">
            <wp:posOffset>-659757</wp:posOffset>
          </wp:positionH>
          <wp:positionV relativeFrom="paragraph">
            <wp:posOffset>-183290</wp:posOffset>
          </wp:positionV>
          <wp:extent cx="2948800" cy="1041721"/>
          <wp:effectExtent l="0" t="0" r="4445" b="6350"/>
          <wp:wrapTopAndBottom/>
          <wp:docPr id="4041119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111922" name="Picture 4041119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48800" cy="10417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52142C"/>
    <w:multiLevelType w:val="hybridMultilevel"/>
    <w:tmpl w:val="313E76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0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9"/>
  </w:num>
  <w:num w:numId="12" w16cid:durableId="954025059">
    <w:abstractNumId w:val="11"/>
  </w:num>
  <w:num w:numId="13" w16cid:durableId="1694188166">
    <w:abstractNumId w:val="12"/>
  </w:num>
  <w:num w:numId="14" w16cid:durableId="8897316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6C36"/>
    <w:rsid w:val="0006063C"/>
    <w:rsid w:val="00081140"/>
    <w:rsid w:val="000834D5"/>
    <w:rsid w:val="000869BB"/>
    <w:rsid w:val="0015074B"/>
    <w:rsid w:val="001B2E81"/>
    <w:rsid w:val="001C17E4"/>
    <w:rsid w:val="00214ECC"/>
    <w:rsid w:val="002319B9"/>
    <w:rsid w:val="00233C56"/>
    <w:rsid w:val="002931FF"/>
    <w:rsid w:val="0029639D"/>
    <w:rsid w:val="002D7D98"/>
    <w:rsid w:val="002E140B"/>
    <w:rsid w:val="00326F90"/>
    <w:rsid w:val="003729FB"/>
    <w:rsid w:val="003A0599"/>
    <w:rsid w:val="003D4225"/>
    <w:rsid w:val="004A41F5"/>
    <w:rsid w:val="004A7F5A"/>
    <w:rsid w:val="004C5511"/>
    <w:rsid w:val="004D6768"/>
    <w:rsid w:val="005227CF"/>
    <w:rsid w:val="00532322"/>
    <w:rsid w:val="00547911"/>
    <w:rsid w:val="00597958"/>
    <w:rsid w:val="005A051B"/>
    <w:rsid w:val="006D0099"/>
    <w:rsid w:val="0075109E"/>
    <w:rsid w:val="007C0991"/>
    <w:rsid w:val="007C3707"/>
    <w:rsid w:val="00821B93"/>
    <w:rsid w:val="008525FA"/>
    <w:rsid w:val="00880DF5"/>
    <w:rsid w:val="009A7B67"/>
    <w:rsid w:val="009E4AEB"/>
    <w:rsid w:val="009F0F2E"/>
    <w:rsid w:val="00A0792E"/>
    <w:rsid w:val="00A36383"/>
    <w:rsid w:val="00AA1D8D"/>
    <w:rsid w:val="00AD309B"/>
    <w:rsid w:val="00B16633"/>
    <w:rsid w:val="00B24AF3"/>
    <w:rsid w:val="00B47730"/>
    <w:rsid w:val="00B8038E"/>
    <w:rsid w:val="00BD4838"/>
    <w:rsid w:val="00BF1C5F"/>
    <w:rsid w:val="00C71FAB"/>
    <w:rsid w:val="00C7253B"/>
    <w:rsid w:val="00C95D05"/>
    <w:rsid w:val="00CB0664"/>
    <w:rsid w:val="00CD745A"/>
    <w:rsid w:val="00DA296B"/>
    <w:rsid w:val="00DD483C"/>
    <w:rsid w:val="00E5708D"/>
    <w:rsid w:val="00E9708F"/>
    <w:rsid w:val="00F0690A"/>
    <w:rsid w:val="00F211F0"/>
    <w:rsid w:val="00F277ED"/>
    <w:rsid w:val="00F4085D"/>
    <w:rsid w:val="00F54DC5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A05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80D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C6FF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A0599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80DF5"/>
    <w:rPr>
      <w:rFonts w:asciiTheme="majorHAnsi" w:eastAsiaTheme="majorEastAsia" w:hAnsiTheme="majorHAnsi" w:cstheme="majorBidi"/>
      <w:b/>
      <w:bCs/>
      <w:color w:val="00C6FF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157EEC" w:rsidP="00157EEC">
          <w:pPr>
            <w:pStyle w:val="F4D6CB2241074A76A75ACE4A72F3BACA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157EEC" w:rsidP="00157EEC">
          <w:pPr>
            <w:pStyle w:val="5C6BE9DD57B042A78E73AE6C65AB81E9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157EEC" w:rsidP="00157EEC">
          <w:pPr>
            <w:pStyle w:val="B94FF17A7DD844238942618D220CAEE0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157EEC" w:rsidP="00157EEC">
          <w:pPr>
            <w:pStyle w:val="E3F5175B57004446843F4F317C13BE7C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157EEC" w:rsidP="00157EEC">
          <w:pPr>
            <w:pStyle w:val="74CADD3637F3476CAEF2795719E307AF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157EEC" w:rsidP="00157EEC">
          <w:pPr>
            <w:pStyle w:val="6E2E25C8BD59485F83A4E1A3EB66C1CA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157EEC" w:rsidP="00157EEC">
          <w:pPr>
            <w:pStyle w:val="872FF4CA11794B8A841DB2220DF10EA6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157EEC" w:rsidP="00157EEC">
          <w:pPr>
            <w:pStyle w:val="4E97BD512F134974B65EC5CE1A1FFA5C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157EEC" w:rsidP="00157EEC">
          <w:pPr>
            <w:pStyle w:val="43C24FC1DD4E4C25906C3761C0E444F2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157EEC" w:rsidP="00157EEC">
          <w:pPr>
            <w:pStyle w:val="6E5B51F8A20C49259CB13015EB121389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157EEC" w:rsidP="00157EEC">
          <w:pPr>
            <w:pStyle w:val="ACA81B7FEB124004A04A95F11ADBD7A7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157EEC" w:rsidP="00157EEC">
          <w:pPr>
            <w:pStyle w:val="C6C5AA04D5744E5397F5B4C02E599FEC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157EEC" w:rsidP="00157EEC">
          <w:pPr>
            <w:pStyle w:val="4261ABEBA6024587BD9BFFA89B86CBAD4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157EEC" w:rsidP="00157EEC">
          <w:pPr>
            <w:pStyle w:val="9444CF760006459A89EF2B7CE3AFF2D1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157EEC" w:rsidP="00157EEC">
          <w:pPr>
            <w:pStyle w:val="A451D5A1F2414B9AB219F05CFB3EC45E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157EEC" w:rsidP="00157EEC">
          <w:pPr>
            <w:pStyle w:val="1734C0B0E50C4165979C1D1CD6EF5118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76D24AE19F4823A84506ED0F363A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AD668F-14FB-4E22-9EF0-D3349806BDDB}"/>
      </w:docPartPr>
      <w:docPartBody>
        <w:p w:rsidR="00157EEC" w:rsidRDefault="00157EEC" w:rsidP="00157EEC">
          <w:pPr>
            <w:pStyle w:val="DB76D24AE19F4823A84506ED0F363ABE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D9DF5459B54BD09C5DCA59032D07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67DEA5-AA9D-49BA-9FA3-CB983943C4C0}"/>
      </w:docPartPr>
      <w:docPartBody>
        <w:p w:rsidR="00157EEC" w:rsidRDefault="0033193A" w:rsidP="0033193A">
          <w:pPr>
            <w:pStyle w:val="8ED9DF5459B54BD09C5DCA59032D0789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5EDD9383E22342FBA30E77AC1B6A82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85BDE-D3D9-4152-86B1-7BF3DE136E89}"/>
      </w:docPartPr>
      <w:docPartBody>
        <w:p w:rsidR="00157EEC" w:rsidRDefault="00157EEC" w:rsidP="00157EEC">
          <w:pPr>
            <w:pStyle w:val="5EDD9383E22342FBA30E77AC1B6A8290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29569DF55E4DD2872749AB9C573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D0278-B8F3-41EE-9E02-16FDB4F43429}"/>
      </w:docPartPr>
      <w:docPartBody>
        <w:p w:rsidR="00157EEC" w:rsidRDefault="0033193A" w:rsidP="0033193A">
          <w:pPr>
            <w:pStyle w:val="C829569DF55E4DD2872749AB9C5735E6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7BA8B88BB76B41B1ADD9C8564BC40B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232BE6-43CD-42B1-8CC5-7DDCE08E9798}"/>
      </w:docPartPr>
      <w:docPartBody>
        <w:p w:rsidR="00157EEC" w:rsidRDefault="00157EEC" w:rsidP="00157EEC">
          <w:pPr>
            <w:pStyle w:val="7BA8B88BB76B41B1ADD9C8564BC40B97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C73C97BEB74723B9746CDC069E70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C62B5-438A-4EA8-80D6-D168F10420F9}"/>
      </w:docPartPr>
      <w:docPartBody>
        <w:p w:rsidR="00157EEC" w:rsidRDefault="0033193A" w:rsidP="0033193A">
          <w:pPr>
            <w:pStyle w:val="CDC73C97BEB74723B9746CDC069E70F3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3438E9FF62BE4C4C98C3C44EDE1B55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980AB7-ABF9-41C2-8D18-B9CDCADD66AB}"/>
      </w:docPartPr>
      <w:docPartBody>
        <w:p w:rsidR="00157EEC" w:rsidRDefault="00157EEC" w:rsidP="00157EEC">
          <w:pPr>
            <w:pStyle w:val="3438E9FF62BE4C4C98C3C44EDE1B554C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77B4F31C8E4FA3967DA646A2413A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7B6F6-5DA6-46A2-9018-2524286F0B18}"/>
      </w:docPartPr>
      <w:docPartBody>
        <w:p w:rsidR="00157EEC" w:rsidRDefault="0033193A" w:rsidP="0033193A">
          <w:pPr>
            <w:pStyle w:val="1777B4F31C8E4FA3967DA646A2413A9B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BB3D43A833542A1A3F03B74622B05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15460-B132-4FAF-934E-BC3B90014852}"/>
      </w:docPartPr>
      <w:docPartBody>
        <w:p w:rsidR="00157EEC" w:rsidRDefault="00157EEC" w:rsidP="00157EEC">
          <w:pPr>
            <w:pStyle w:val="FBB3D43A833542A1A3F03B74622B056A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C3EFAD7452407C87E62A863BB46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6F5BDC-D7C1-4332-8838-C9BE412A1642}"/>
      </w:docPartPr>
      <w:docPartBody>
        <w:p w:rsidR="00157EEC" w:rsidRDefault="00157EEC" w:rsidP="00157EEC">
          <w:pPr>
            <w:pStyle w:val="75C3EFAD7452407C87E62A863BB4624B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4E2EFF640440A9B8666394183B9D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AD362-C1CA-4710-893C-066AEDAA3F3D}"/>
      </w:docPartPr>
      <w:docPartBody>
        <w:p w:rsidR="00157EEC" w:rsidRDefault="00157EEC" w:rsidP="00157EEC">
          <w:pPr>
            <w:pStyle w:val="D44E2EFF640440A9B8666394183B9DE7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6E6E5A21F044A795F2D76DC651D4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DE69FF-6EC6-4FDE-9184-F29C78180F84}"/>
      </w:docPartPr>
      <w:docPartBody>
        <w:p w:rsidR="00157EEC" w:rsidRDefault="00157EEC" w:rsidP="00157EEC">
          <w:pPr>
            <w:pStyle w:val="2F6E6E5A21F044A795F2D76DC651D405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BD4932B7804BDCAC098E62C97431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A6579-7971-440E-BE77-1E8429E798CC}"/>
      </w:docPartPr>
      <w:docPartBody>
        <w:p w:rsidR="00157EEC" w:rsidRDefault="00157EEC" w:rsidP="00157EEC">
          <w:pPr>
            <w:pStyle w:val="B9BD4932B7804BDCAC098E62C9743102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EAB132E7624CE09EB07FA662BE4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368120-E45B-4B1F-87D0-15B7ADDED50E}"/>
      </w:docPartPr>
      <w:docPartBody>
        <w:p w:rsidR="00157EEC" w:rsidRDefault="00157EEC" w:rsidP="00157EEC">
          <w:pPr>
            <w:pStyle w:val="6EEAB132E7624CE09EB07FA662BE4B54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DDFD4D264E4F1EBCAADDF7CD87E6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6DA45E-BA0C-43DB-BB32-E06BEB2B4EFF}"/>
      </w:docPartPr>
      <w:docPartBody>
        <w:p w:rsidR="00157EEC" w:rsidRDefault="00157EEC" w:rsidP="00157EEC">
          <w:pPr>
            <w:pStyle w:val="BBDDFD4D264E4F1EBCAADDF7CD87E6DD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D71AEA8DAD49CF829841D88AEEAD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C2BA4-C87F-4455-8191-137C61503A99}"/>
      </w:docPartPr>
      <w:docPartBody>
        <w:p w:rsidR="00157EEC" w:rsidRDefault="00157EEC" w:rsidP="00157EEC">
          <w:pPr>
            <w:pStyle w:val="23D71AEA8DAD49CF829841D88AEEAD23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A8796FF4444E6E9374D2CC92151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7320E-62EC-4634-8210-8E36F2D22452}"/>
      </w:docPartPr>
      <w:docPartBody>
        <w:p w:rsidR="00157EEC" w:rsidRDefault="00157EEC" w:rsidP="00157EEC">
          <w:pPr>
            <w:pStyle w:val="A2A8796FF4444E6E9374D2CC9215120F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19C49F52B42ADA2E9426276FE5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3D01-98A0-446B-BFCE-4BBC4C5D6810}"/>
      </w:docPartPr>
      <w:docPartBody>
        <w:p w:rsidR="00157EEC" w:rsidRDefault="00157EEC" w:rsidP="00157EEC">
          <w:pPr>
            <w:pStyle w:val="0AD19C49F52B42ADA2E9426276FE58D6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700F9DF6B344D0A697EB47A6519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7087D6-5CB8-4F63-A777-CB0FEB2B58DA}"/>
      </w:docPartPr>
      <w:docPartBody>
        <w:p w:rsidR="00157EEC" w:rsidRDefault="00157EEC" w:rsidP="00157EEC">
          <w:pPr>
            <w:pStyle w:val="7B700F9DF6B344D0A697EB47A65199F3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A481D92EC54425B89A6C0E0DA33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E56DF-FDCD-4E7A-8274-68F0BF00A47E}"/>
      </w:docPartPr>
      <w:docPartBody>
        <w:p w:rsidR="00157EEC" w:rsidRDefault="00157EEC" w:rsidP="00157EEC">
          <w:pPr>
            <w:pStyle w:val="DFA481D92EC54425B89A6C0E0DA33898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9249182F024625AF33AA6A86E31A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5FC27-E0A7-47D7-A6EA-8D5F10800404}"/>
      </w:docPartPr>
      <w:docPartBody>
        <w:p w:rsidR="00157EEC" w:rsidRDefault="00157EEC" w:rsidP="00157EEC">
          <w:pPr>
            <w:pStyle w:val="209249182F024625AF33AA6A86E31A9B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538215CA3442ACA439B68ECC928C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BC135E-61A8-41CC-BFB9-3BECCDE7EEC9}"/>
      </w:docPartPr>
      <w:docPartBody>
        <w:p w:rsidR="00157EEC" w:rsidRDefault="00157EEC" w:rsidP="00157EEC">
          <w:pPr>
            <w:pStyle w:val="9A538215CA3442ACA439B68ECC928CD0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DD8212640343BF99D6E09226B61D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827275-9B5E-4526-BF26-0AC0473219F8}"/>
      </w:docPartPr>
      <w:docPartBody>
        <w:p w:rsidR="00157EEC" w:rsidRDefault="00157EEC" w:rsidP="00157EEC">
          <w:pPr>
            <w:pStyle w:val="7BDD8212640343BF99D6E09226B61D4C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4D96D8536C479D938D893B6D8CE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D61CA8-3975-4C80-B3AD-EAA02B0C0322}"/>
      </w:docPartPr>
      <w:docPartBody>
        <w:p w:rsidR="00157EEC" w:rsidRDefault="00157EEC" w:rsidP="00157EEC">
          <w:pPr>
            <w:pStyle w:val="584D96D8536C479D938D893B6D8CEF3F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80AC10BCAF4C61A459690257234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B03553-9809-4C0A-A4D5-D4AAE5338D5A}"/>
      </w:docPartPr>
      <w:docPartBody>
        <w:p w:rsidR="00157EEC" w:rsidRDefault="00157EEC" w:rsidP="00157EEC">
          <w:pPr>
            <w:pStyle w:val="9580AC10BCAF4C61A459690257234B83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838844F64D4FFCAE3132B3B2728D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20E7E6-C569-455B-8889-20386E572270}"/>
      </w:docPartPr>
      <w:docPartBody>
        <w:p w:rsidR="00157EEC" w:rsidRDefault="00157EEC" w:rsidP="00157EEC">
          <w:pPr>
            <w:pStyle w:val="27838844F64D4FFCAE3132B3B2728D39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B26EB478B74D889D022D2E2F6B48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C98FC-A6FE-4B55-9194-848D4F5DB9DF}"/>
      </w:docPartPr>
      <w:docPartBody>
        <w:p w:rsidR="00157EEC" w:rsidRDefault="00157EEC" w:rsidP="00157EEC">
          <w:pPr>
            <w:pStyle w:val="22B26EB478B74D889D022D2E2F6B488F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30CD073D2A404F887440C3EC690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A1CC17-B557-4968-BDBF-68CEDD0A7CBD}"/>
      </w:docPartPr>
      <w:docPartBody>
        <w:p w:rsidR="00157EEC" w:rsidRDefault="00157EEC" w:rsidP="00157EEC">
          <w:pPr>
            <w:pStyle w:val="5730CD073D2A404F887440C3EC690966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9FD92A56F2424BB3F6A5A652435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D34DEB-0F52-4812-A129-867401B9761E}"/>
      </w:docPartPr>
      <w:docPartBody>
        <w:p w:rsidR="00157EEC" w:rsidRDefault="00157EEC" w:rsidP="00157EEC">
          <w:pPr>
            <w:pStyle w:val="619FD92A56F2424BB3F6A5A652435EF5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A81C7C72A64907A924DB32F6AFCC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8B8FF-ABB7-46BE-BEE3-A1E16298F2BC}"/>
      </w:docPartPr>
      <w:docPartBody>
        <w:p w:rsidR="00157EEC" w:rsidRDefault="00157EEC" w:rsidP="00157EEC">
          <w:pPr>
            <w:pStyle w:val="0BA81C7C72A64907A924DB32F6AFCCC2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A8CBE4665D4CC4B6E67D389E62F2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A7CC26-34C6-4067-93FA-8F8DBF14CBA3}"/>
      </w:docPartPr>
      <w:docPartBody>
        <w:p w:rsidR="00157EEC" w:rsidRDefault="00157EEC" w:rsidP="00157EEC">
          <w:pPr>
            <w:pStyle w:val="39A8CBE4665D4CC4B6E67D389E62F2E3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8E9D54416A45C7A6298AEABE3594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A449DE-1E2C-41FA-A1A7-EB2C400738E2}"/>
      </w:docPartPr>
      <w:docPartBody>
        <w:p w:rsidR="00157EEC" w:rsidRDefault="00157EEC" w:rsidP="00157EEC">
          <w:pPr>
            <w:pStyle w:val="548E9D54416A45C7A6298AEABE3594D6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AA8D565BBB45B48AC6136F63A9DF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5477DA-9FB0-41CD-B141-CCA871CBE2C1}"/>
      </w:docPartPr>
      <w:docPartBody>
        <w:p w:rsidR="00157EEC" w:rsidRDefault="00157EEC" w:rsidP="00157EEC">
          <w:pPr>
            <w:pStyle w:val="39AA8D565BBB45B48AC6136F63A9DF66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9BA92FF7284BC7A42D538C4A9E1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42A6D3-0FBD-43B3-915F-2EB56198BC0A}"/>
      </w:docPartPr>
      <w:docPartBody>
        <w:p w:rsidR="00157EEC" w:rsidRDefault="00157EEC" w:rsidP="00157EEC">
          <w:pPr>
            <w:pStyle w:val="369BA92FF7284BC7A42D538C4A9E1757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7141C29DBF4446882EEAD95771C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AA635E-F507-4754-8DE3-D4F77EE5BBD1}"/>
      </w:docPartPr>
      <w:docPartBody>
        <w:p w:rsidR="00157EEC" w:rsidRDefault="00157EEC" w:rsidP="00157EEC">
          <w:pPr>
            <w:pStyle w:val="287141C29DBF4446882EEAD95771C1A84"/>
          </w:pPr>
          <w:r w:rsidRPr="00053B32">
            <w:rPr>
              <w:rStyle w:val="PlaceholderText"/>
            </w:rPr>
            <w:t>Click or tap to enter a date.</w:t>
          </w:r>
        </w:p>
      </w:docPartBody>
    </w:docPart>
    <w:docPart>
      <w:docPartPr>
        <w:name w:val="7A989295E50140E082D9C94ADF3AC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432A03-D66A-4848-9839-C19B9586709B}"/>
      </w:docPartPr>
      <w:docPartBody>
        <w:p w:rsidR="00157EEC" w:rsidRDefault="00157EEC" w:rsidP="00157EEC">
          <w:pPr>
            <w:pStyle w:val="7A989295E50140E082D9C94ADF3ACFBE4"/>
          </w:pPr>
          <w:r w:rsidRPr="00053B32">
            <w:rPr>
              <w:rStyle w:val="PlaceholderText"/>
            </w:rPr>
            <w:t>Click or tap to enter a date.</w:t>
          </w:r>
        </w:p>
      </w:docPartBody>
    </w:docPart>
    <w:docPart>
      <w:docPartPr>
        <w:name w:val="0108EB877C9E4F9FB4928E63B7BB09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36983-23CC-4D5D-9E78-915341AFB3E9}"/>
      </w:docPartPr>
      <w:docPartBody>
        <w:p w:rsidR="00157EEC" w:rsidRDefault="00157EEC" w:rsidP="00157EEC">
          <w:pPr>
            <w:pStyle w:val="0108EB877C9E4F9FB4928E63B7BB0977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AD0DEA244F412A84FA9525784EB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5A6225-F123-452F-95F0-E55C1AB2C7D7}"/>
      </w:docPartPr>
      <w:docPartBody>
        <w:p w:rsidR="00157EEC" w:rsidRDefault="00157EEC" w:rsidP="00157EEC">
          <w:pPr>
            <w:pStyle w:val="7AAD0DEA244F412A84FA9525784EB00B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BA3B61A8744314927BE8FCF81D65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475E91-3E27-4ED2-9405-0D9F6DD69427}"/>
      </w:docPartPr>
      <w:docPartBody>
        <w:p w:rsidR="00157EEC" w:rsidRDefault="00157EEC" w:rsidP="00157EEC">
          <w:pPr>
            <w:pStyle w:val="A0BA3B61A8744314927BE8FCF81D6558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E3CB7FF2CA4FB3AFF9694862B398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0778F4-47C1-4257-BBC8-5612F86E794E}"/>
      </w:docPartPr>
      <w:docPartBody>
        <w:p w:rsidR="00157EEC" w:rsidRDefault="00157EEC" w:rsidP="00157EEC">
          <w:pPr>
            <w:pStyle w:val="67E3CB7FF2CA4FB3AFF9694862B398D24"/>
          </w:pPr>
          <w:r w:rsidRPr="00053B32">
            <w:rPr>
              <w:rStyle w:val="PlaceholderText"/>
            </w:rPr>
            <w:t>Click or tap to enter a date.</w:t>
          </w:r>
        </w:p>
      </w:docPartBody>
    </w:docPart>
    <w:docPart>
      <w:docPartPr>
        <w:name w:val="5A56F1E22A564D72B201003429A98B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6D263-5E01-436D-8983-180592EDA0D8}"/>
      </w:docPartPr>
      <w:docPartBody>
        <w:p w:rsidR="00157EEC" w:rsidRDefault="00157EEC" w:rsidP="00157EEC">
          <w:pPr>
            <w:pStyle w:val="5A56F1E22A564D72B201003429A98B0B4"/>
          </w:pPr>
          <w:r w:rsidRPr="00053B32">
            <w:rPr>
              <w:rStyle w:val="PlaceholderText"/>
            </w:rPr>
            <w:t>Click or tap to enter a date.</w:t>
          </w:r>
        </w:p>
      </w:docPartBody>
    </w:docPart>
    <w:docPart>
      <w:docPartPr>
        <w:name w:val="1148CC14497A46BE94CE789897C0E7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B0355-2B0B-4820-B9B3-2BD67B546032}"/>
      </w:docPartPr>
      <w:docPartBody>
        <w:p w:rsidR="00157EEC" w:rsidRDefault="00157EEC" w:rsidP="00157EEC">
          <w:pPr>
            <w:pStyle w:val="1148CC14497A46BE94CE789897C0E79C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BA8294BBA74E38B4732822E2337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5E65EB-0341-4E78-A307-18883B12BCDD}"/>
      </w:docPartPr>
      <w:docPartBody>
        <w:p w:rsidR="00157EEC" w:rsidRDefault="00157EEC" w:rsidP="00157EEC">
          <w:pPr>
            <w:pStyle w:val="CDBA8294BBA74E38B4732822E2337137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BAA2AE2DCC4C66A43A2D1263821F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47D14-0AD1-4D52-BC86-01675DF1B87D}"/>
      </w:docPartPr>
      <w:docPartBody>
        <w:p w:rsidR="00157EEC" w:rsidRDefault="0033193A" w:rsidP="0033193A">
          <w:pPr>
            <w:pStyle w:val="93BAA2AE2DCC4C66A43A2D1263821F5E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7138DF7F2C1241E1926FEE02C88C7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36B9A-3EF5-4A07-9392-B366638C7F9A}"/>
      </w:docPartPr>
      <w:docPartBody>
        <w:p w:rsidR="00157EEC" w:rsidRDefault="00157EEC" w:rsidP="00157EEC">
          <w:pPr>
            <w:pStyle w:val="7138DF7F2C1241E1926FEE02C88C7A8F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94C64897AD4F6B872E40FF73EF21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694052-AECB-437B-8124-60F2C71F339C}"/>
      </w:docPartPr>
      <w:docPartBody>
        <w:p w:rsidR="00157EEC" w:rsidRDefault="00157EEC" w:rsidP="00157EEC">
          <w:pPr>
            <w:pStyle w:val="CF94C64897AD4F6B872E40FF73EF2154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44CB98F1BE40B6BD318E1C1F118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61FB8-6840-43E9-BE47-774513399915}"/>
      </w:docPartPr>
      <w:docPartBody>
        <w:p w:rsidR="00157EEC" w:rsidRDefault="00157EEC" w:rsidP="00157EEC">
          <w:pPr>
            <w:pStyle w:val="8544CB98F1BE40B6BD318E1C1F1181A64"/>
          </w:pPr>
          <w:r w:rsidRPr="00053B32">
            <w:rPr>
              <w:rStyle w:val="PlaceholderText"/>
            </w:rPr>
            <w:t>Click or tap to enter a date.</w:t>
          </w:r>
        </w:p>
      </w:docPartBody>
    </w:docPart>
    <w:docPart>
      <w:docPartPr>
        <w:name w:val="AA77F121E76440BB99946197082188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079F49-DBD7-40D1-9B1C-405BC8C7A163}"/>
      </w:docPartPr>
      <w:docPartBody>
        <w:p w:rsidR="00157EEC" w:rsidRDefault="00157EEC" w:rsidP="00157EEC">
          <w:pPr>
            <w:pStyle w:val="AA77F121E76440BB99946197082188994"/>
          </w:pPr>
          <w:r w:rsidRPr="00053B32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6BF70450784D53A6D2E69468FA6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09CA92-D705-45E7-B451-8B4B1759DBAF}"/>
      </w:docPartPr>
      <w:docPartBody>
        <w:p w:rsidR="00157EEC" w:rsidRDefault="00157EEC" w:rsidP="00157EEC">
          <w:pPr>
            <w:pStyle w:val="DE6BF70450784D53A6D2E69468FA65E9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138CBF03AE4537B06BBFBDD7911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50160-1273-4EB4-98AA-2FA363C1A357}"/>
      </w:docPartPr>
      <w:docPartBody>
        <w:p w:rsidR="00157EEC" w:rsidRDefault="00157EEC" w:rsidP="00157EEC">
          <w:pPr>
            <w:pStyle w:val="4D138CBF03AE4537B06BBFBDD7911BEF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356C4CED7842CA9624B285D2EDB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FC0BF-F1C0-40DF-83F3-0C82D325FA1D}"/>
      </w:docPartPr>
      <w:docPartBody>
        <w:p w:rsidR="00157EEC" w:rsidRDefault="00157EEC" w:rsidP="00157EEC">
          <w:pPr>
            <w:pStyle w:val="EE356C4CED7842CA9624B285D2EDB824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F68520AD6A4760B1AC14D8DD538B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16A97B-BE91-4552-A3BF-C96A4C94283E}"/>
      </w:docPartPr>
      <w:docPartBody>
        <w:p w:rsidR="00157EEC" w:rsidRDefault="00157EEC" w:rsidP="00157EEC">
          <w:pPr>
            <w:pStyle w:val="2BF68520AD6A4760B1AC14D8DD538B25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486A18106041D591E5EB4609F2E7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C52B2B-806B-40B1-B2D5-1910947660F8}"/>
      </w:docPartPr>
      <w:docPartBody>
        <w:p w:rsidR="00157EEC" w:rsidRDefault="00157EEC" w:rsidP="00157EEC">
          <w:pPr>
            <w:pStyle w:val="D2486A18106041D591E5EB4609F2E7A6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16F9AC5F1646F88B3AACD91A653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60084-C7AB-4D55-B7BC-58885626915A}"/>
      </w:docPartPr>
      <w:docPartBody>
        <w:p w:rsidR="00157EEC" w:rsidRDefault="00157EEC" w:rsidP="00157EEC">
          <w:pPr>
            <w:pStyle w:val="6516F9AC5F1646F88B3AACD91A6533C5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B61B8FEFBC4575AE40D3507D50C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A6E61C-C3A1-4339-8187-206613ADAD19}"/>
      </w:docPartPr>
      <w:docPartBody>
        <w:p w:rsidR="00157EEC" w:rsidRDefault="00157EEC" w:rsidP="00157EEC">
          <w:pPr>
            <w:pStyle w:val="7CB61B8FEFBC4575AE40D3507D50CB8F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B72EB3A7E64981A7420EC4EB5FD8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371ED-B4FB-43E0-BA0A-D30F78145623}"/>
      </w:docPartPr>
      <w:docPartBody>
        <w:p w:rsidR="00157EEC" w:rsidRDefault="00157EEC" w:rsidP="00157EEC">
          <w:pPr>
            <w:pStyle w:val="66B72EB3A7E64981A7420EC4EB5FD807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3E3D28F60443FAB9D486BCF3D143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77A87B-7382-4F5B-AF2E-64E64E0330D7}"/>
      </w:docPartPr>
      <w:docPartBody>
        <w:p w:rsidR="00157EEC" w:rsidRDefault="00157EEC" w:rsidP="00157EEC">
          <w:pPr>
            <w:pStyle w:val="AA3E3D28F60443FAB9D486BCF3D14332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3819D339284FF1B6248436B676AB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3F2CEC-809D-4C9B-B723-A9F35746BDEB}"/>
      </w:docPartPr>
      <w:docPartBody>
        <w:p w:rsidR="00157EEC" w:rsidRDefault="00157EEC" w:rsidP="00157EEC">
          <w:pPr>
            <w:pStyle w:val="D83819D339284FF1B6248436B676AB77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3695BDC0EE420B801F261C4790A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09B9D-2F98-401C-AA6C-9403EF35DCDF}"/>
      </w:docPartPr>
      <w:docPartBody>
        <w:p w:rsidR="00157EEC" w:rsidRDefault="00157EEC" w:rsidP="00157EEC">
          <w:pPr>
            <w:pStyle w:val="003695BDC0EE420B801F261C4790ACBB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4F747275254FA5ADDCE8835A836E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4D1022-A2D5-43A7-9FC5-F40BE03B68F4}"/>
      </w:docPartPr>
      <w:docPartBody>
        <w:p w:rsidR="00157EEC" w:rsidRDefault="00157EEC" w:rsidP="00157EEC">
          <w:pPr>
            <w:pStyle w:val="4B4F747275254FA5ADDCE8835A836EDC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E8FE8699424610B2FA72B9EADBD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85B81-0152-43AD-BC4E-360C1FF58F57}"/>
      </w:docPartPr>
      <w:docPartBody>
        <w:p w:rsidR="00157EEC" w:rsidRDefault="00157EEC" w:rsidP="00157EEC">
          <w:pPr>
            <w:pStyle w:val="4FE8FE8699424610B2FA72B9EADBD3CF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4D0BE0FA24420CAA1E3C41DD44F5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FEBB64-2B2E-4FA1-BDEB-B1180BDBD70C}"/>
      </w:docPartPr>
      <w:docPartBody>
        <w:p w:rsidR="00157EEC" w:rsidRDefault="00157EEC" w:rsidP="00157EEC">
          <w:pPr>
            <w:pStyle w:val="AF4D0BE0FA24420CAA1E3C41DD44F5F0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AF8AF736764176862D323CF52913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B505BB-0273-4DAB-A929-B7424A2A6FB0}"/>
      </w:docPartPr>
      <w:docPartBody>
        <w:p w:rsidR="00157EEC" w:rsidRDefault="00157EEC" w:rsidP="00157EEC">
          <w:pPr>
            <w:pStyle w:val="87AF8AF736764176862D323CF52913BB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4406776FC646A69360E6EF1D610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0DA7C-E765-492F-A163-BA6DB02BBCA4}"/>
      </w:docPartPr>
      <w:docPartBody>
        <w:p w:rsidR="00157EEC" w:rsidRDefault="00157EEC" w:rsidP="00157EEC">
          <w:pPr>
            <w:pStyle w:val="0B4406776FC646A69360E6EF1D610D2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55F3FE2A59436791DD916082C02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EB8E0-950C-48A5-874D-768744EA279B}"/>
      </w:docPartPr>
      <w:docPartBody>
        <w:p w:rsidR="00157EEC" w:rsidRDefault="00157EEC" w:rsidP="00157EEC">
          <w:pPr>
            <w:pStyle w:val="8555F3FE2A59436791DD916082C0287A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79806F9A174B678A3E9D3B4FAE96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370A74-28F6-4F02-B751-31BF467817A0}"/>
      </w:docPartPr>
      <w:docPartBody>
        <w:p w:rsidR="00157EEC" w:rsidRDefault="00157EEC" w:rsidP="00157EEC">
          <w:pPr>
            <w:pStyle w:val="5A79806F9A174B678A3E9D3B4FAE967A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79B92521E04D4DB707C91847F4A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5F8B1-CAC1-4740-BEB1-F07DCCCFFD78}"/>
      </w:docPartPr>
      <w:docPartBody>
        <w:p w:rsidR="00157EEC" w:rsidRDefault="00157EEC" w:rsidP="00157EEC">
          <w:pPr>
            <w:pStyle w:val="6C79B92521E04D4DB707C91847F4A0DE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195B6A4B604F9F9F3F6E4ABEEF3D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433E00-8D60-4470-90E8-D945D270961D}"/>
      </w:docPartPr>
      <w:docPartBody>
        <w:p w:rsidR="00157EEC" w:rsidRDefault="00157EEC" w:rsidP="00157EEC">
          <w:pPr>
            <w:pStyle w:val="A8195B6A4B604F9F9F3F6E4ABEEF3D9E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17D4EDB68A40119164C62FB74818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29F354-D49A-4437-8CC2-393DE14001BD}"/>
      </w:docPartPr>
      <w:docPartBody>
        <w:p w:rsidR="00157EEC" w:rsidRDefault="00157EEC" w:rsidP="00157EEC">
          <w:pPr>
            <w:pStyle w:val="8B17D4EDB68A40119164C62FB74818A7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FD4B0434914D44B3C541ECB23CEE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04FA43-94AB-466C-8756-008BADC6325A}"/>
      </w:docPartPr>
      <w:docPartBody>
        <w:p w:rsidR="00157EEC" w:rsidRDefault="0033193A" w:rsidP="0033193A">
          <w:pPr>
            <w:pStyle w:val="27FD4B0434914D44B3C541ECB23CEE38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0E1E1B3702914429889E10C234E231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4F0804-9B0C-4030-AC84-1ECF79B68202}"/>
      </w:docPartPr>
      <w:docPartBody>
        <w:p w:rsidR="00157EEC" w:rsidRDefault="00157EEC" w:rsidP="00157EEC">
          <w:pPr>
            <w:pStyle w:val="0E1E1B3702914429889E10C234E231EC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82FD1D5A994484B44450831EFC82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799D2E-901E-484C-BB1F-970206315E0F}"/>
      </w:docPartPr>
      <w:docPartBody>
        <w:p w:rsidR="00157EEC" w:rsidRDefault="00157EEC" w:rsidP="00157EEC">
          <w:pPr>
            <w:pStyle w:val="0882FD1D5A994484B44450831EFC82FE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554C0493374CB7ACF78F506E5A8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E81000-ED7B-41E0-866B-6C3D2B0888E5}"/>
      </w:docPartPr>
      <w:docPartBody>
        <w:p w:rsidR="00157EEC" w:rsidRDefault="00157EEC" w:rsidP="00157EEC">
          <w:pPr>
            <w:pStyle w:val="BE554C0493374CB7ACF78F506E5A887A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82F2F0547B4BA1B89E0408AD5988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05E9B7-D786-4904-9E56-AD4A5949EDB1}"/>
      </w:docPartPr>
      <w:docPartBody>
        <w:p w:rsidR="00157EEC" w:rsidRDefault="00157EEC" w:rsidP="00157EEC">
          <w:pPr>
            <w:pStyle w:val="7482F2F0547B4BA1B89E0408AD5988D4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B95228750948859B273991A8447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7BF2F7-8CC7-49E2-856C-45BB4844D176}"/>
      </w:docPartPr>
      <w:docPartBody>
        <w:p w:rsidR="00157EEC" w:rsidRDefault="00157EEC" w:rsidP="00157EEC">
          <w:pPr>
            <w:pStyle w:val="16B95228750948859B273991A8447024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FEE8BB9D5B45B3861608D239F05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897DEF-80C8-400D-AEF6-F6A909BAA2D1}"/>
      </w:docPartPr>
      <w:docPartBody>
        <w:p w:rsidR="00157EEC" w:rsidRDefault="0033193A" w:rsidP="0033193A">
          <w:pPr>
            <w:pStyle w:val="14FEE8BB9D5B45B3861608D239F05C0F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8F450B719FE3485F8827E3FE0B57CF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F3EBDA-9427-4B5C-82BA-CFDC8C973369}"/>
      </w:docPartPr>
      <w:docPartBody>
        <w:p w:rsidR="00157EEC" w:rsidRDefault="00157EEC" w:rsidP="00157EEC">
          <w:pPr>
            <w:pStyle w:val="8F450B719FE3485F8827E3FE0B57CF7B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DD901793894AB394970CAF05476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F00B7D-64F2-4183-B209-29F5348D42E9}"/>
      </w:docPartPr>
      <w:docPartBody>
        <w:p w:rsidR="00157EEC" w:rsidRDefault="00157EEC" w:rsidP="00157EEC">
          <w:pPr>
            <w:pStyle w:val="7DDD901793894AB394970CAF054766F7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04E279F493452781E2A8CEEC24B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1F803-B826-4F40-AE97-3BBD2533EAEA}"/>
      </w:docPartPr>
      <w:docPartBody>
        <w:p w:rsidR="00157EEC" w:rsidRDefault="00157EEC" w:rsidP="00157EEC">
          <w:pPr>
            <w:pStyle w:val="E704E279F493452781E2A8CEEC24B5BB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DDA817443C4FD5A8D3A9ED71F76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7C9BC1-B028-4130-A2C6-59F258B98700}"/>
      </w:docPartPr>
      <w:docPartBody>
        <w:p w:rsidR="00157EEC" w:rsidRDefault="00157EEC" w:rsidP="00157EEC">
          <w:pPr>
            <w:pStyle w:val="04DDA817443C4FD5A8D3A9ED71F76113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B7386910054A43A9EDAECFBD758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9A9D2-406A-4362-BF4F-160208150812}"/>
      </w:docPartPr>
      <w:docPartBody>
        <w:p w:rsidR="00157EEC" w:rsidRDefault="00157EEC" w:rsidP="00157EEC">
          <w:pPr>
            <w:pStyle w:val="0DB7386910054A43A9EDAECFBD75876A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F136CA1CC045C798AC5BA59B6D2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0C57AE-049F-4A7F-AB6A-747D63CA2C1B}"/>
      </w:docPartPr>
      <w:docPartBody>
        <w:p w:rsidR="00157EEC" w:rsidRDefault="00157EEC" w:rsidP="00157EEC">
          <w:pPr>
            <w:pStyle w:val="21F136CA1CC045C798AC5BA59B6D2BD4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852D34F8924C6ABD9A772F9C080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890803-4FB7-4031-A4B2-5F1060C0C1A2}"/>
      </w:docPartPr>
      <w:docPartBody>
        <w:p w:rsidR="00157EEC" w:rsidRDefault="00157EEC" w:rsidP="00157EEC">
          <w:pPr>
            <w:pStyle w:val="4D852D34F8924C6ABD9A772F9C080873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1355B7C5634028946BD6AB7E6043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629ED-B7BB-4C39-B059-E08B817C20B5}"/>
      </w:docPartPr>
      <w:docPartBody>
        <w:p w:rsidR="00157EEC" w:rsidRDefault="00157EEC" w:rsidP="00157EEC">
          <w:pPr>
            <w:pStyle w:val="201355B7C5634028946BD6AB7E6043F7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682F3159C7437FBED2ADF24281A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25D21E-1B6F-458F-9436-2C897F63C16F}"/>
      </w:docPartPr>
      <w:docPartBody>
        <w:p w:rsidR="00157EEC" w:rsidRDefault="00157EEC" w:rsidP="00157EEC">
          <w:pPr>
            <w:pStyle w:val="CB682F3159C7437FBED2ADF24281A56B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5484B11E7448A2B18ED6F97E1B6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9C3997-6A4F-4D53-AA4E-518ACA468104}"/>
      </w:docPartPr>
      <w:docPartBody>
        <w:p w:rsidR="00157EEC" w:rsidRDefault="00157EEC" w:rsidP="00157EEC">
          <w:pPr>
            <w:pStyle w:val="A05484B11E7448A2B18ED6F97E1B6532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46E1AB5C6E4F7D838FC83E170DA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C2C4BF-5234-4BD1-9C95-BC2568085E38}"/>
      </w:docPartPr>
      <w:docPartBody>
        <w:p w:rsidR="00157EEC" w:rsidRDefault="00157EEC" w:rsidP="00157EEC">
          <w:pPr>
            <w:pStyle w:val="BA46E1AB5C6E4F7D838FC83E170DA7C7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5F40D85F7F4CD4B447AC2B146DB0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CE47F2-3347-4352-83D5-782BB97D475C}"/>
      </w:docPartPr>
      <w:docPartBody>
        <w:p w:rsidR="00157EEC" w:rsidRDefault="00157EEC" w:rsidP="00157EEC">
          <w:pPr>
            <w:pStyle w:val="3D5F40D85F7F4CD4B447AC2B146DB07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310A9C7A014DDF9E049241AD1E19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2ED09A-5501-4AD6-90D3-04B3681B857A}"/>
      </w:docPartPr>
      <w:docPartBody>
        <w:p w:rsidR="00157EEC" w:rsidRDefault="00157EEC" w:rsidP="00157EEC">
          <w:pPr>
            <w:pStyle w:val="BA310A9C7A014DDF9E049241AD1E19AA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14A24F39E54F8FBEBA54292DE775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76E5CF-4EE3-4325-B5D1-3BC9DC1CD545}"/>
      </w:docPartPr>
      <w:docPartBody>
        <w:p w:rsidR="00157EEC" w:rsidRDefault="0033193A" w:rsidP="0033193A">
          <w:pPr>
            <w:pStyle w:val="ED14A24F39E54F8FBEBA54292DE775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308FBDA9B45C4701B0C05AEF8ED75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4E0A7D-7312-463F-BA12-02D8F7AE9CC5}"/>
      </w:docPartPr>
      <w:docPartBody>
        <w:p w:rsidR="00157EEC" w:rsidRDefault="00157EEC" w:rsidP="00157EEC">
          <w:pPr>
            <w:pStyle w:val="308FBDA9B45C4701B0C05AEF8ED75BC3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9C243DDFDA4F028527A9A4A4F186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71F268-077B-4AA1-8BF7-AEC71177A1BC}"/>
      </w:docPartPr>
      <w:docPartBody>
        <w:p w:rsidR="00157EEC" w:rsidRDefault="00157EEC" w:rsidP="00157EEC">
          <w:pPr>
            <w:pStyle w:val="199C243DDFDA4F028527A9A4A4F18649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E7472F03B24077B2AB75F3055E3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1088-7423-4337-81D0-64B6491554E5}"/>
      </w:docPartPr>
      <w:docPartBody>
        <w:p w:rsidR="00157EEC" w:rsidRDefault="00157EEC" w:rsidP="00157EEC">
          <w:pPr>
            <w:pStyle w:val="B0E7472F03B24077B2AB75F3055E3A74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8BEA7FF9FA4940A3E1A1AB60493D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B98BD-3246-4EB6-A0C7-96E46C000111}"/>
      </w:docPartPr>
      <w:docPartBody>
        <w:p w:rsidR="00157EEC" w:rsidRDefault="00157EEC" w:rsidP="00157EEC">
          <w:pPr>
            <w:pStyle w:val="408BEA7FF9FA4940A3E1A1AB60493DAF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B3BFC45D7F4401B68629DA4530AF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8F201B-1043-469F-B5E1-4D2ABF6F29B7}"/>
      </w:docPartPr>
      <w:docPartBody>
        <w:p w:rsidR="00157EEC" w:rsidRDefault="00157EEC" w:rsidP="00157EEC">
          <w:pPr>
            <w:pStyle w:val="38B3BFC45D7F4401B68629DA4530AF35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D18B4C197645E781366B3C0E2FBA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0F201-A5D2-40CB-844D-70C855D362FE}"/>
      </w:docPartPr>
      <w:docPartBody>
        <w:p w:rsidR="00157EEC" w:rsidRDefault="00157EEC" w:rsidP="00157EEC">
          <w:pPr>
            <w:pStyle w:val="53D18B4C197645E781366B3C0E2FBAD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BF06A0471740EF9DF7F22ADCE90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C43FAD-439D-414E-AFBF-3656C8700F66}"/>
      </w:docPartPr>
      <w:docPartBody>
        <w:p w:rsidR="00157EEC" w:rsidRDefault="00157EEC" w:rsidP="00157EEC">
          <w:pPr>
            <w:pStyle w:val="D8BF06A0471740EF9DF7F22ADCE90891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AD3F7C9A1548ABB20CA7F584CA9D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45303C-8A71-4AF8-9D48-757F7C319278}"/>
      </w:docPartPr>
      <w:docPartBody>
        <w:p w:rsidR="00157EEC" w:rsidRDefault="00157EEC" w:rsidP="00157EEC">
          <w:pPr>
            <w:pStyle w:val="35AD3F7C9A1548ABB20CA7F584CA9D87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90AAF9BF9D42BDBC3849043CB18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A71536-1D4D-4BB0-B31C-030ABBBEC3B8}"/>
      </w:docPartPr>
      <w:docPartBody>
        <w:p w:rsidR="00157EEC" w:rsidRDefault="00157EEC" w:rsidP="00157EEC">
          <w:pPr>
            <w:pStyle w:val="C390AAF9BF9D42BDBC3849043CB18A0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85C49EDBB34783A2ECC9B96B707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D4C1E-5229-453F-9DAC-E19EA3CD0B8B}"/>
      </w:docPartPr>
      <w:docPartBody>
        <w:p w:rsidR="00157EEC" w:rsidRDefault="0033193A" w:rsidP="0033193A">
          <w:pPr>
            <w:pStyle w:val="8385C49EDBB34783A2ECC9B96B707A6F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2D403F3F55A641EA860C7E0B09500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5ACA4F-B999-460D-8020-EDD89E04C635}"/>
      </w:docPartPr>
      <w:docPartBody>
        <w:p w:rsidR="00157EEC" w:rsidRDefault="00157EEC" w:rsidP="00157EEC">
          <w:pPr>
            <w:pStyle w:val="2D403F3F55A641EA860C7E0B09500DB4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032C321A94FE1BCD573CBC19EBA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061B39-4E68-440B-B19C-E82985C1C997}"/>
      </w:docPartPr>
      <w:docPartBody>
        <w:p w:rsidR="00157EEC" w:rsidRDefault="00157EEC" w:rsidP="00157EEC">
          <w:pPr>
            <w:pStyle w:val="73A032C321A94FE1BCD573CBC19EBADB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F2E39885F848DCB1A7376E4B807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2A2FF5-412C-4A44-8F44-12C881C0DDF7}"/>
      </w:docPartPr>
      <w:docPartBody>
        <w:p w:rsidR="00157EEC" w:rsidRDefault="00157EEC" w:rsidP="00157EEC">
          <w:pPr>
            <w:pStyle w:val="E5F2E39885F848DCB1A7376E4B8078BD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8A9E417A70477EB41BE468D0F869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FBEED-F0BC-467B-9720-CD17ADA8D6FE}"/>
      </w:docPartPr>
      <w:docPartBody>
        <w:p w:rsidR="00157EEC" w:rsidRDefault="00157EEC" w:rsidP="00157EEC">
          <w:pPr>
            <w:pStyle w:val="F18A9E417A70477EB41BE468D0F86994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A29882FE3845AA9803DEA553D28A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718D2B-AD45-46EE-8B3B-3D215480E8D2}"/>
      </w:docPartPr>
      <w:docPartBody>
        <w:p w:rsidR="00157EEC" w:rsidRDefault="00157EEC" w:rsidP="00157EEC">
          <w:pPr>
            <w:pStyle w:val="ECA29882FE3845AA9803DEA553D28A05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07F8CD6D494D028BD6B58BBB1EED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46F33-168E-41F9-9135-2CEA2BE2B2FA}"/>
      </w:docPartPr>
      <w:docPartBody>
        <w:p w:rsidR="00157EEC" w:rsidRDefault="00157EEC" w:rsidP="00157EEC">
          <w:pPr>
            <w:pStyle w:val="0A07F8CD6D494D028BD6B58BBB1EED60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C7B2C0679D43B6B54AE35A58D1A5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4FF76B-B5CB-4F81-94D6-66580DDDE461}"/>
      </w:docPartPr>
      <w:docPartBody>
        <w:p w:rsidR="00157EEC" w:rsidRDefault="00157EEC" w:rsidP="00157EEC">
          <w:pPr>
            <w:pStyle w:val="28C7B2C0679D43B6B54AE35A58D1A5BF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7DABFBBBAE442E89255EA1A7064E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9E86E-47CE-4AC5-B842-E31F97494504}"/>
      </w:docPartPr>
      <w:docPartBody>
        <w:p w:rsidR="00157EEC" w:rsidRDefault="00157EEC" w:rsidP="00157EEC">
          <w:pPr>
            <w:pStyle w:val="9B7DABFBBBAE442E89255EA1A7064E23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CCA457C00041E7BA31F89B49535A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72B295-F6B4-44CD-8AF7-6CA6CD02A84B}"/>
      </w:docPartPr>
      <w:docPartBody>
        <w:p w:rsidR="00157EEC" w:rsidRDefault="00157EEC" w:rsidP="00157EEC">
          <w:pPr>
            <w:pStyle w:val="45CCA457C00041E7BA31F89B49535ADC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88EB62424A4D3A874915B3ADBD08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555137-647E-4802-A442-EC8984E551E6}"/>
      </w:docPartPr>
      <w:docPartBody>
        <w:p w:rsidR="00157EEC" w:rsidRDefault="00157EEC" w:rsidP="00157EEC">
          <w:pPr>
            <w:pStyle w:val="E888EB62424A4D3A874915B3ADBD0839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2C9AC7F143475E947DFAAC4EAA02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0C995-F908-485E-B068-90FFEC7EBE1B}"/>
      </w:docPartPr>
      <w:docPartBody>
        <w:p w:rsidR="00157EEC" w:rsidRDefault="0033193A" w:rsidP="0033193A">
          <w:pPr>
            <w:pStyle w:val="EC2C9AC7F143475E947DFAAC4EAA02E9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4F9E67898BD49E89F3547B3F0F38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92A635-E6FE-4E82-97C3-72DA9DB7B7A7}"/>
      </w:docPartPr>
      <w:docPartBody>
        <w:p w:rsidR="00157EEC" w:rsidRDefault="00157EEC" w:rsidP="00157EEC">
          <w:pPr>
            <w:pStyle w:val="A4F9E67898BD49E89F3547B3F0F38953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9CB54F43D34C49A56B120DDB492C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39C0F-E5FB-4C0A-A397-BF3AB01AE903}"/>
      </w:docPartPr>
      <w:docPartBody>
        <w:p w:rsidR="00157EEC" w:rsidRDefault="00157EEC" w:rsidP="00157EEC">
          <w:pPr>
            <w:pStyle w:val="DF9CB54F43D34C49A56B120DDB492CCF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FE6DB818E5405FA51CE7AA12E50D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AC92F-C489-44F3-AC21-345CA4ED09D8}"/>
      </w:docPartPr>
      <w:docPartBody>
        <w:p w:rsidR="00157EEC" w:rsidRDefault="00157EEC" w:rsidP="00157EEC">
          <w:pPr>
            <w:pStyle w:val="33FE6DB818E5405FA51CE7AA12E50D5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32ECFF3420457DA10E2631C59455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E3713-23FD-4763-B9AF-594D464466C7}"/>
      </w:docPartPr>
      <w:docPartBody>
        <w:p w:rsidR="00157EEC" w:rsidRDefault="00157EEC" w:rsidP="00157EEC">
          <w:pPr>
            <w:pStyle w:val="8732ECFF3420457DA10E2631C59455B0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80B24565AD4EC59DB47520157DA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6E724-2790-48AC-B807-2047D9524E9A}"/>
      </w:docPartPr>
      <w:docPartBody>
        <w:p w:rsidR="00157EEC" w:rsidRDefault="00157EEC" w:rsidP="00157EEC">
          <w:pPr>
            <w:pStyle w:val="C180B24565AD4EC59DB47520157DAD80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CCFC867EEE4D34A1DDC2F6940ECF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24CD0-B7B3-4F95-9D6C-F0865E91391B}"/>
      </w:docPartPr>
      <w:docPartBody>
        <w:p w:rsidR="00157EEC" w:rsidRDefault="00157EEC" w:rsidP="00157EEC">
          <w:pPr>
            <w:pStyle w:val="2DCCFC867EEE4D34A1DDC2F6940ECFF7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F0AAED6EE74EFFAEA3636465E464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8606C8-8445-4BCF-94BD-CA44B5B81855}"/>
      </w:docPartPr>
      <w:docPartBody>
        <w:p w:rsidR="00157EEC" w:rsidRDefault="00157EEC" w:rsidP="00157EEC">
          <w:pPr>
            <w:pStyle w:val="28F0AAED6EE74EFFAEA3636465E4643D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DF559BA8D9449BB704FCCD11B8C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31106-EA92-460D-98B9-BDAEB8D76D0E}"/>
      </w:docPartPr>
      <w:docPartBody>
        <w:p w:rsidR="00157EEC" w:rsidRDefault="00157EEC" w:rsidP="00157EEC">
          <w:pPr>
            <w:pStyle w:val="C0DF559BA8D9449BB704FCCD11B8C65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6249A9849044E8BEE49E1CA3AF49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63D6D-EBDE-404E-B315-7D7DB61B3194}"/>
      </w:docPartPr>
      <w:docPartBody>
        <w:p w:rsidR="00157EEC" w:rsidRDefault="00157EEC" w:rsidP="00157EEC">
          <w:pPr>
            <w:pStyle w:val="4F6249A9849044E8BEE49E1CA3AF49E8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99F148D3954628B656A0859BAD44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DBED2-794E-46D0-BF61-8B950F28F447}"/>
      </w:docPartPr>
      <w:docPartBody>
        <w:p w:rsidR="00157EEC" w:rsidRDefault="00157EEC" w:rsidP="00157EEC">
          <w:pPr>
            <w:pStyle w:val="1E99F148D3954628B656A0859BAD4462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94052FAC3E49328EEF265F9864C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CEDEDA-94C8-49C1-88EE-4439325B4057}"/>
      </w:docPartPr>
      <w:docPartBody>
        <w:p w:rsidR="00157EEC" w:rsidRDefault="0033193A" w:rsidP="0033193A">
          <w:pPr>
            <w:pStyle w:val="A394052FAC3E49328EEF265F9864C134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49CC2B0B98C0417CA925EF46235B38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B39F7-6E4B-406F-B78A-9AF8E8FA11B1}"/>
      </w:docPartPr>
      <w:docPartBody>
        <w:p w:rsidR="00157EEC" w:rsidRDefault="00157EEC" w:rsidP="00157EEC">
          <w:pPr>
            <w:pStyle w:val="49CC2B0B98C0417CA925EF46235B38D5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D171C151EE4EEBAE05FE27C561BA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644D4-D1F0-4353-975B-C44E34478139}"/>
      </w:docPartPr>
      <w:docPartBody>
        <w:p w:rsidR="00157EEC" w:rsidRDefault="00157EEC" w:rsidP="00157EEC">
          <w:pPr>
            <w:pStyle w:val="4AD171C151EE4EEBAE05FE27C561BAB7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989EF89D2A4AC3A5E5E69A74621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AB18E-A29E-4FEB-83C3-5812619B6569}"/>
      </w:docPartPr>
      <w:docPartBody>
        <w:p w:rsidR="00157EEC" w:rsidRDefault="00157EEC" w:rsidP="00157EEC">
          <w:pPr>
            <w:pStyle w:val="C0989EF89D2A4AC3A5E5E69A74621532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581EDF975B474BB7E0082AD169DE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0CF5BF-BCED-4E7E-BF32-B74A8786AD52}"/>
      </w:docPartPr>
      <w:docPartBody>
        <w:p w:rsidR="00157EEC" w:rsidRDefault="00157EEC" w:rsidP="00157EEC">
          <w:pPr>
            <w:pStyle w:val="D6581EDF975B474BB7E0082AD169DE5E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A2BBF5EFD64FD8AB9F079FE913AB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6A65F9-1957-4A6F-9801-7DD0F43B4139}"/>
      </w:docPartPr>
      <w:docPartBody>
        <w:p w:rsidR="00157EEC" w:rsidRDefault="00157EEC" w:rsidP="00157EEC">
          <w:pPr>
            <w:pStyle w:val="1DA2BBF5EFD64FD8AB9F079FE913ABEC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84B4DD9D0740AF8F53BBD47E128C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D4FF2-3C89-4409-A9B4-2C52C70869FD}"/>
      </w:docPartPr>
      <w:docPartBody>
        <w:p w:rsidR="00157EEC" w:rsidRDefault="00157EEC" w:rsidP="00157EEC">
          <w:pPr>
            <w:pStyle w:val="6F84B4DD9D0740AF8F53BBD47E128C5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CB5E31B3B6401FB55F6922B021F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173A5-0CE8-43F8-AFBA-F50EEFFEAAD2}"/>
      </w:docPartPr>
      <w:docPartBody>
        <w:p w:rsidR="00157EEC" w:rsidRDefault="00157EEC" w:rsidP="00157EEC">
          <w:pPr>
            <w:pStyle w:val="6BCB5E31B3B6401FB55F6922B021F248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F1EE434F5A44E181E593E7752F56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AE1606-9A96-40A4-8D15-93B516772A65}"/>
      </w:docPartPr>
      <w:docPartBody>
        <w:p w:rsidR="00157EEC" w:rsidRDefault="00157EEC" w:rsidP="00157EEC">
          <w:pPr>
            <w:pStyle w:val="10F1EE434F5A44E181E593E7752F56DD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0C584BB7E545F2879BA9633C74D2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407BF-52F1-4940-83F1-411FD7F1C946}"/>
      </w:docPartPr>
      <w:docPartBody>
        <w:p w:rsidR="00157EEC" w:rsidRDefault="00157EEC" w:rsidP="00157EEC">
          <w:pPr>
            <w:pStyle w:val="B40C584BB7E545F2879BA9633C74D25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E38A93B8E5445D9BEE8158E2F845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1F36C-F668-442C-8AAF-CD097516C0DC}"/>
      </w:docPartPr>
      <w:docPartBody>
        <w:p w:rsidR="00157EEC" w:rsidRDefault="00157EEC" w:rsidP="00157EEC">
          <w:pPr>
            <w:pStyle w:val="B7E38A93B8E5445D9BEE8158E2F84542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95984F86F44A4D99FC09EE4C51D2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1243E3-4432-406A-896C-826CE0A13744}"/>
      </w:docPartPr>
      <w:docPartBody>
        <w:p w:rsidR="00157EEC" w:rsidRDefault="00157EEC" w:rsidP="00157EEC">
          <w:pPr>
            <w:pStyle w:val="0295984F86F44A4D99FC09EE4C51D24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A6BE38B9904860B12C3DC88D2EB7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55953-942E-4A79-8C2D-0150B183F811}"/>
      </w:docPartPr>
      <w:docPartBody>
        <w:p w:rsidR="00157EEC" w:rsidRDefault="00157EEC" w:rsidP="00157EEC">
          <w:pPr>
            <w:pStyle w:val="EEA6BE38B9904860B12C3DC88D2EB799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8F5EED71B549C29FD790648C6D0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0F763-2CFE-4ABC-8659-7B22E8AAE2B3}"/>
      </w:docPartPr>
      <w:docPartBody>
        <w:p w:rsidR="00157EEC" w:rsidRDefault="00157EEC" w:rsidP="00157EEC">
          <w:pPr>
            <w:pStyle w:val="968F5EED71B549C29FD790648C6D0985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4DF3ABE4C54495959EAECD40B8D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A07DD1-8E7B-4E14-8375-46387CFBC844}"/>
      </w:docPartPr>
      <w:docPartBody>
        <w:p w:rsidR="00157EEC" w:rsidRDefault="00157EEC" w:rsidP="00157EEC">
          <w:pPr>
            <w:pStyle w:val="774DF3ABE4C54495959EAECD40B8D74F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81B5300B27482F978D8FE0167C92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1B4F5-E8A6-46E0-8DBA-92FF62351A1D}"/>
      </w:docPartPr>
      <w:docPartBody>
        <w:p w:rsidR="00157EEC" w:rsidRDefault="0033193A" w:rsidP="0033193A">
          <w:pPr>
            <w:pStyle w:val="F781B5300B27482F978D8FE0167C926B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9A6CA2AF8DF94CD69E896834E86852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B643EA-857F-4E9D-9D85-DF465EE6153F}"/>
      </w:docPartPr>
      <w:docPartBody>
        <w:p w:rsidR="00157EEC" w:rsidRDefault="00157EEC" w:rsidP="00157EEC">
          <w:pPr>
            <w:pStyle w:val="9A6CA2AF8DF94CD69E896834E8685256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C9C3BD6DAE445585208941AA04C9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136B6-76F4-4D27-B00A-54672196C3BA}"/>
      </w:docPartPr>
      <w:docPartBody>
        <w:p w:rsidR="00157EEC" w:rsidRDefault="00157EEC" w:rsidP="00157EEC">
          <w:pPr>
            <w:pStyle w:val="B4C9C3BD6DAE445585208941AA04C9C7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EE5954FCFC406D92213FF305264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2825E-6D4B-40EF-97C1-7FEB7221F8A3}"/>
      </w:docPartPr>
      <w:docPartBody>
        <w:p w:rsidR="00157EEC" w:rsidRDefault="00157EEC" w:rsidP="00157EEC">
          <w:pPr>
            <w:pStyle w:val="3DEE5954FCFC406D92213FF305264608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513A9A84864C3F9F7588EA499BB7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12A326-5E53-4798-B4B5-31EB833A71C8}"/>
      </w:docPartPr>
      <w:docPartBody>
        <w:p w:rsidR="00157EEC" w:rsidRDefault="00157EEC" w:rsidP="00157EEC">
          <w:pPr>
            <w:pStyle w:val="F3513A9A84864C3F9F7588EA499BB78D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5A5022E14D43D0AAECA4D7B0710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28F0C6-BC3D-46D9-8413-B1F04E776A03}"/>
      </w:docPartPr>
      <w:docPartBody>
        <w:p w:rsidR="00157EEC" w:rsidRDefault="00157EEC" w:rsidP="00157EEC">
          <w:pPr>
            <w:pStyle w:val="085A5022E14D43D0AAECA4D7B07105ED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3E2B0B02804B6B9EB34D06EDE16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D6BF4A-E702-4F9F-A491-13F067A06EEB}"/>
      </w:docPartPr>
      <w:docPartBody>
        <w:p w:rsidR="00157EEC" w:rsidRDefault="00157EEC" w:rsidP="00157EEC">
          <w:pPr>
            <w:pStyle w:val="4B3E2B0B02804B6B9EB34D06EDE16C2C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71417A5ECF4F4FA5F5682117266C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997DEE-214C-4BE5-B7A7-B85506E495BF}"/>
      </w:docPartPr>
      <w:docPartBody>
        <w:p w:rsidR="00157EEC" w:rsidRDefault="00157EEC" w:rsidP="00157EEC">
          <w:pPr>
            <w:pStyle w:val="6871417A5ECF4F4FA5F5682117266CD2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25A8C29CF24ECD9EAACD5559B0D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80C67-B177-4F78-9EF3-AB51FE10EC80}"/>
      </w:docPartPr>
      <w:docPartBody>
        <w:p w:rsidR="00157EEC" w:rsidRDefault="00157EEC" w:rsidP="00157EEC">
          <w:pPr>
            <w:pStyle w:val="2525A8C29CF24ECD9EAACD5559B0D56B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1B0967D3354F8ABBCABE81F4CD0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A43CF8-D8AD-456E-AB77-E53A2EB6A125}"/>
      </w:docPartPr>
      <w:docPartBody>
        <w:p w:rsidR="00157EEC" w:rsidRDefault="00157EEC" w:rsidP="00157EEC">
          <w:pPr>
            <w:pStyle w:val="291B0967D3354F8ABBCABE81F4CD0193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9B1462D4794E338C60031991F15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0592C-B051-4743-B314-2784DC40F5D4}"/>
      </w:docPartPr>
      <w:docPartBody>
        <w:p w:rsidR="00157EEC" w:rsidRDefault="00157EEC" w:rsidP="00157EEC">
          <w:pPr>
            <w:pStyle w:val="139B1462D4794E338C60031991F15202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3F671446BE423C80623186CD4922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39DA9-E474-403F-A8D6-ACD52F4C5ACE}"/>
      </w:docPartPr>
      <w:docPartBody>
        <w:p w:rsidR="00157EEC" w:rsidRDefault="00157EEC" w:rsidP="00157EEC">
          <w:pPr>
            <w:pStyle w:val="FF3F671446BE423C80623186CD49221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2B1F901B6E4BD7AD855DEFC0A041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8A972-539E-448C-9601-239ABAC82BD7}"/>
      </w:docPartPr>
      <w:docPartBody>
        <w:p w:rsidR="00157EEC" w:rsidRDefault="00157EEC" w:rsidP="00157EEC">
          <w:pPr>
            <w:pStyle w:val="652B1F901B6E4BD7AD855DEFC0A041DB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94E62410544E4E864820ED4D3FD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D1E66-9897-4E51-BEDC-6D2EE7BA89AB}"/>
      </w:docPartPr>
      <w:docPartBody>
        <w:p w:rsidR="00157EEC" w:rsidRDefault="00157EEC" w:rsidP="00157EEC">
          <w:pPr>
            <w:pStyle w:val="7394E62410544E4E864820ED4D3FDE1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569C1B2DF14551979EAD2755638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C084B8-24D7-49BB-B974-3E515B8F8BDF}"/>
      </w:docPartPr>
      <w:docPartBody>
        <w:p w:rsidR="00157EEC" w:rsidRDefault="00157EEC" w:rsidP="00157EEC">
          <w:pPr>
            <w:pStyle w:val="5D569C1B2DF14551979EAD275563853D5"/>
          </w:pPr>
          <w:r w:rsidRPr="00053B32">
            <w:rPr>
              <w:rStyle w:val="PlaceholderText"/>
            </w:rPr>
            <w:t>Click or tap to enter a date.</w:t>
          </w:r>
        </w:p>
      </w:docPartBody>
    </w:docPart>
    <w:docPart>
      <w:docPartPr>
        <w:name w:val="FE919AA54FBB44B1A5F7342889967C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32B63-67AD-4661-943A-19C8E508CBD5}"/>
      </w:docPartPr>
      <w:docPartBody>
        <w:p w:rsidR="00157EEC" w:rsidRDefault="00157EEC" w:rsidP="00157EEC">
          <w:pPr>
            <w:pStyle w:val="FE919AA54FBB44B1A5F7342889967CC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F1AAF87E7647C48C570DCB4B6D8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A45534-91FD-4C5E-ADB8-3CD2D39C31F4}"/>
      </w:docPartPr>
      <w:docPartBody>
        <w:p w:rsidR="00157EEC" w:rsidRDefault="00157EEC" w:rsidP="00157EEC">
          <w:pPr>
            <w:pStyle w:val="90F1AAF87E7647C48C570DCB4B6D815E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71BF55412A49EEA0069A38BEF548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15CF2F-8B9B-4BC9-A733-0A83E8682A34}"/>
      </w:docPartPr>
      <w:docPartBody>
        <w:p w:rsidR="00157EEC" w:rsidRDefault="00157EEC" w:rsidP="00157EEC">
          <w:pPr>
            <w:pStyle w:val="6471BF55412A49EEA0069A38BEF548D9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ACD686B9984973BF5D5F4D6870A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6380F-6AE4-4038-BB8C-C83F4EE4A46C}"/>
      </w:docPartPr>
      <w:docPartBody>
        <w:p w:rsidR="00157EEC" w:rsidRDefault="00157EEC" w:rsidP="00157EEC">
          <w:pPr>
            <w:pStyle w:val="0DACD686B9984973BF5D5F4D6870AAF45"/>
          </w:pPr>
          <w:r w:rsidRPr="00053B32">
            <w:rPr>
              <w:rStyle w:val="PlaceholderText"/>
            </w:rPr>
            <w:t>Click or tap to enter a date.</w:t>
          </w:r>
        </w:p>
      </w:docPartBody>
    </w:docPart>
    <w:docPart>
      <w:docPartPr>
        <w:name w:val="577B2E4128AB4E12AA35D0322564C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A0D9C4-750C-4434-8E52-6481BCE9335B}"/>
      </w:docPartPr>
      <w:docPartBody>
        <w:p w:rsidR="00157EEC" w:rsidRDefault="00157EEC" w:rsidP="00157EEC">
          <w:pPr>
            <w:pStyle w:val="577B2E4128AB4E12AA35D0322564C2CE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64DA2CD2C34DBFA3285329855494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320A89-ED95-4217-883E-5124B578F829}"/>
      </w:docPartPr>
      <w:docPartBody>
        <w:p w:rsidR="00157EEC" w:rsidRDefault="0033193A" w:rsidP="0033193A">
          <w:pPr>
            <w:pStyle w:val="0764DA2CD2C34DBFA328532985549474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2124066137484098867A6A4EBE15DF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E9F6D-CE0F-4E3E-9D15-F26795055162}"/>
      </w:docPartPr>
      <w:docPartBody>
        <w:p w:rsidR="00157EEC" w:rsidRDefault="00157EEC" w:rsidP="00157EEC">
          <w:pPr>
            <w:pStyle w:val="2124066137484098867A6A4EBE15DF4B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C06ABE0FD34BF884B8CD9B95AB90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BBD58C-5AC5-49AF-AEB0-85C8E3318628}"/>
      </w:docPartPr>
      <w:docPartBody>
        <w:p w:rsidR="00157EEC" w:rsidRDefault="00157EEC" w:rsidP="00157EEC">
          <w:pPr>
            <w:pStyle w:val="71C06ABE0FD34BF884B8CD9B95AB9041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97023ADFBD44C3BB718F7A184144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45DEAE-C0BD-4DB9-90F8-4C5777E89CBF}"/>
      </w:docPartPr>
      <w:docPartBody>
        <w:p w:rsidR="00157EEC" w:rsidRDefault="00157EEC" w:rsidP="00157EEC">
          <w:pPr>
            <w:pStyle w:val="8897023ADFBD44C3BB718F7A184144FA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C4C44B1BB345A2809FAF82C1D6D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80164C-13F7-4D93-93F7-4834799BEA9A}"/>
      </w:docPartPr>
      <w:docPartBody>
        <w:p w:rsidR="00157EEC" w:rsidRDefault="00157EEC" w:rsidP="00157EEC">
          <w:pPr>
            <w:pStyle w:val="BBC4C44B1BB345A2809FAF82C1D6D43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AA3BC0912C4285B1AF8D3AA3E626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B6BA5-1922-466E-A7FB-858187430058}"/>
      </w:docPartPr>
      <w:docPartBody>
        <w:p w:rsidR="00157EEC" w:rsidRDefault="0033193A" w:rsidP="0033193A">
          <w:pPr>
            <w:pStyle w:val="92AA3BC0912C4285B1AF8D3AA3E6267D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E03C20D0AC564E049B3D88E959C81C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2B2294-A4B9-4661-97D1-42A46B948996}"/>
      </w:docPartPr>
      <w:docPartBody>
        <w:p w:rsidR="00157EEC" w:rsidRDefault="00157EEC" w:rsidP="00157EEC">
          <w:pPr>
            <w:pStyle w:val="E03C20D0AC564E049B3D88E959C81C32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7B206A1F114B79923F70D146A387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E165E-C2F3-46C9-A419-CB16AA2DC4C0}"/>
      </w:docPartPr>
      <w:docPartBody>
        <w:p w:rsidR="00157EEC" w:rsidRDefault="00157EEC" w:rsidP="00157EEC">
          <w:pPr>
            <w:pStyle w:val="627B206A1F114B79923F70D146A387C5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7E10A372CF41B6B48CD20F8B9D88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368C0F-DA3F-46A0-B4BE-26CF949D05B6}"/>
      </w:docPartPr>
      <w:docPartBody>
        <w:p w:rsidR="00157EEC" w:rsidRDefault="00157EEC" w:rsidP="00157EEC">
          <w:pPr>
            <w:pStyle w:val="1F7E10A372CF41B6B48CD20F8B9D8888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18E31203DB4ADBAEA6C68283BE94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A47575-4572-4FC9-9E9F-37AC0907B087}"/>
      </w:docPartPr>
      <w:docPartBody>
        <w:p w:rsidR="00157EEC" w:rsidRDefault="00157EEC" w:rsidP="00157EEC">
          <w:pPr>
            <w:pStyle w:val="E818E31203DB4ADBAEA6C68283BE94AE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444CB5FE3D4B7E8A005265B8BF55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26BF7-EC63-43B4-9AEF-352FECAF4237}"/>
      </w:docPartPr>
      <w:docPartBody>
        <w:p w:rsidR="00157EEC" w:rsidRDefault="00157EEC" w:rsidP="00157EEC">
          <w:pPr>
            <w:pStyle w:val="7E444CB5FE3D4B7E8A005265B8BF5543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713C7F24B9431EB025CD747680B2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4BAEF3-8CAB-493A-990C-DB0AE344AFF8}"/>
      </w:docPartPr>
      <w:docPartBody>
        <w:p w:rsidR="00157EEC" w:rsidRDefault="00157EEC" w:rsidP="00157EEC">
          <w:pPr>
            <w:pStyle w:val="10713C7F24B9431EB025CD747680B2B8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96B7963D684E9CBB479897EEC25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5EA725-FB30-483F-A492-B6321356818A}"/>
      </w:docPartPr>
      <w:docPartBody>
        <w:p w:rsidR="00157EEC" w:rsidRDefault="0033193A" w:rsidP="0033193A">
          <w:pPr>
            <w:pStyle w:val="2096B7963D684E9CBB479897EEC255B9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09F4C42A6EEB42DD80A561F6D33C3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38D22C-1F88-4F41-AB12-B8273A25D8A0}"/>
      </w:docPartPr>
      <w:docPartBody>
        <w:p w:rsidR="00157EEC" w:rsidRDefault="00157EEC" w:rsidP="00157EEC">
          <w:pPr>
            <w:pStyle w:val="09F4C42A6EEB42DD80A561F6D33C3113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435D26B4624747B8D9967626FC7B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FE8EA7-975F-4F49-95AD-0EE4902D89F8}"/>
      </w:docPartPr>
      <w:docPartBody>
        <w:p w:rsidR="00157EEC" w:rsidRDefault="00157EEC" w:rsidP="00157EEC">
          <w:pPr>
            <w:pStyle w:val="AD435D26B4624747B8D9967626FC7B035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649FBF3CDE1C494599737C2E4204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7ED6CB-436E-41A7-94DE-2381452D432E}"/>
      </w:docPartPr>
      <w:docPartBody>
        <w:p w:rsidR="00157EEC" w:rsidRDefault="00157EEC" w:rsidP="00157EEC">
          <w:pPr>
            <w:pStyle w:val="649FBF3CDE1C494599737C2E4204C5AD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A61D616D7E4D0687C040896A015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F45C23-A51C-436D-A0EF-137A18493129}"/>
      </w:docPartPr>
      <w:docPartBody>
        <w:p w:rsidR="00157EEC" w:rsidRDefault="00157EEC" w:rsidP="00157EEC">
          <w:pPr>
            <w:pStyle w:val="C3A61D616D7E4D0687C040896A01549C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8F45419D164CFBA2509E1BE21263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7437A6-9AE7-4B0C-A7B9-038FCF7DD4B9}"/>
      </w:docPartPr>
      <w:docPartBody>
        <w:p w:rsidR="00E24377" w:rsidRDefault="00157EEC" w:rsidP="00157EEC">
          <w:pPr>
            <w:pStyle w:val="838F45419D164CFBA2509E1BE2126382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554A0E9A354C4714A49D911FFFDC8E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8DECE-2568-4FE8-B0A3-D04CAF5C7630}"/>
      </w:docPartPr>
      <w:docPartBody>
        <w:p w:rsidR="00E24377" w:rsidRDefault="00157EEC" w:rsidP="00157EEC">
          <w:pPr>
            <w:pStyle w:val="554A0E9A354C4714A49D911FFFDC8E6B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74DB7898934EBBA6B52A08D02DB7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1B2411-8E32-4A5A-8E65-90350BC54EA3}"/>
      </w:docPartPr>
      <w:docPartBody>
        <w:p w:rsidR="00E24377" w:rsidRDefault="00157EEC" w:rsidP="00157EEC">
          <w:pPr>
            <w:pStyle w:val="1974DB7898934EBBA6B52A08D02DB794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6EB97B2E17F7442C9DB0CEA0F3DC16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E78C4F-B98D-4CE0-BF19-EF4510FE743D}"/>
      </w:docPartPr>
      <w:docPartBody>
        <w:p w:rsidR="00E24377" w:rsidRDefault="00157EEC" w:rsidP="00157EEC">
          <w:pPr>
            <w:pStyle w:val="6EB97B2E17F7442C9DB0CEA0F3DC1642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E386F068524F86906681F298E695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52FAA-74EC-450B-9AB9-C7CE971A9EAC}"/>
      </w:docPartPr>
      <w:docPartBody>
        <w:p w:rsidR="00E24377" w:rsidRDefault="00157EEC" w:rsidP="00157EEC">
          <w:pPr>
            <w:pStyle w:val="8BE386F068524F86906681F298E69597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078DD3BF804388B3974E7F42B5EB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8C8858-E6E1-40F1-91A6-1B2251B15744}"/>
      </w:docPartPr>
      <w:docPartBody>
        <w:p w:rsidR="00E24377" w:rsidRDefault="00157EEC" w:rsidP="00157EEC">
          <w:pPr>
            <w:pStyle w:val="C9078DD3BF804388B3974E7F42B5EB5A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D810DA09674174AC51A14F8A7B0F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89BA55-17FB-4282-B589-F027163D4A1F}"/>
      </w:docPartPr>
      <w:docPartBody>
        <w:p w:rsidR="00E24377" w:rsidRDefault="00157EEC" w:rsidP="00157EEC">
          <w:pPr>
            <w:pStyle w:val="E9D810DA09674174AC51A14F8A7B0F45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9A788C6896469995BEAFAB96410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0C5B37-52BC-43AE-8B1E-5B5DF8A44954}"/>
      </w:docPartPr>
      <w:docPartBody>
        <w:p w:rsidR="00E24377" w:rsidRDefault="00157EEC" w:rsidP="00157EEC">
          <w:pPr>
            <w:pStyle w:val="5C9A788C6896469995BEAFAB9641048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5FB7E6AF95455E9AD10398BA498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3DF6B-7106-4C3F-9C47-466F5C49CFF0}"/>
      </w:docPartPr>
      <w:docPartBody>
        <w:p w:rsidR="00E24377" w:rsidRDefault="00157EEC" w:rsidP="00157EEC">
          <w:pPr>
            <w:pStyle w:val="3A5FB7E6AF95455E9AD10398BA498047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B2A2A66554954063B04C8225295570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2F89D5-5410-4374-8980-8409610F86E0}"/>
      </w:docPartPr>
      <w:docPartBody>
        <w:p w:rsidR="00E24377" w:rsidRDefault="00157EEC" w:rsidP="00157EEC">
          <w:pPr>
            <w:pStyle w:val="B2A2A66554954063B04C8225295570AF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F17BE659D442F6BFE27A3D9E163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C193C4-23CD-474C-B1E5-7DF63F5C04DE}"/>
      </w:docPartPr>
      <w:docPartBody>
        <w:p w:rsidR="00E24377" w:rsidRDefault="00157EEC" w:rsidP="00157EEC">
          <w:pPr>
            <w:pStyle w:val="75F17BE659D442F6BFE27A3D9E163EC6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E68124A0443A4F7B999DF15E41A91C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0502FC-156C-4477-B0D9-25229BCAE221}"/>
      </w:docPartPr>
      <w:docPartBody>
        <w:p w:rsidR="00E24377" w:rsidRDefault="00157EEC" w:rsidP="00157EEC">
          <w:pPr>
            <w:pStyle w:val="E68124A0443A4F7B999DF15E41A91C7E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F8679BAA5A48B080E3880758BA4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501D7C-F587-4CF4-A102-3A9CFBB24593}"/>
      </w:docPartPr>
      <w:docPartBody>
        <w:p w:rsidR="00E24377" w:rsidRDefault="00157EEC" w:rsidP="00157EEC">
          <w:pPr>
            <w:pStyle w:val="38F8679BAA5A48B080E3880758BA4A7B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FA66E885384F0C9DB9BE9C89694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A2481-F124-4231-BCFA-D81A1B4E9ECB}"/>
      </w:docPartPr>
      <w:docPartBody>
        <w:p w:rsidR="00E24377" w:rsidRDefault="00157EEC" w:rsidP="00157EEC">
          <w:pPr>
            <w:pStyle w:val="56FA66E885384F0C9DB9BE9C896943BD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1FBBCB75D1D541F49AA37A122A3ADA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E82E6-0A11-4CB5-B9AF-846D99F95C0B}"/>
      </w:docPartPr>
      <w:docPartBody>
        <w:p w:rsidR="00E24377" w:rsidRDefault="00157EEC" w:rsidP="00157EEC">
          <w:pPr>
            <w:pStyle w:val="1FBBCB75D1D541F49AA37A122A3ADAA0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F9D9964E7545C7B3820CB4777ED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6CB0B6-54C7-47CC-90D7-5EE299CF1063}"/>
      </w:docPartPr>
      <w:docPartBody>
        <w:p w:rsidR="00E24377" w:rsidRDefault="00157EEC" w:rsidP="00157EEC">
          <w:pPr>
            <w:pStyle w:val="91F9D9964E7545C7B3820CB4777ED8E43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76843E304A439586339230E908F7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608537-053E-4892-A879-BA55CE75A18B}"/>
      </w:docPartPr>
      <w:docPartBody>
        <w:p w:rsidR="00E24377" w:rsidRDefault="00157EEC" w:rsidP="00157EEC">
          <w:pPr>
            <w:pStyle w:val="D876843E304A439586339230E908F78A3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59719216194781A3EFCB74330CA1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440FF9-40FD-4DEB-9F8B-2660361A594F}"/>
      </w:docPartPr>
      <w:docPartBody>
        <w:p w:rsidR="00E24377" w:rsidRDefault="00157EEC" w:rsidP="00157EEC">
          <w:pPr>
            <w:pStyle w:val="2359719216194781A3EFCB74330CA1EB3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05C33B0A814D8D85E3DCB94C2DC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23C95-77A1-45DC-A734-A39FFE4424D7}"/>
      </w:docPartPr>
      <w:docPartBody>
        <w:p w:rsidR="00E24377" w:rsidRDefault="00157EEC" w:rsidP="00157EEC">
          <w:pPr>
            <w:pStyle w:val="5C05C33B0A814D8D85E3DCB94C2DC436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23BA832256854304B5BA96F88B3D4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34E15F-F1A3-43D9-AFF0-E0A34716665F}"/>
      </w:docPartPr>
      <w:docPartBody>
        <w:p w:rsidR="00E24377" w:rsidRDefault="00157EEC" w:rsidP="00157EEC">
          <w:pPr>
            <w:pStyle w:val="23BA832256854304B5BA96F88B3D4A74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6FAE9296A54BEBACA366E9D9A45B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3BF85-0456-41B1-A8E6-FB89B712E873}"/>
      </w:docPartPr>
      <w:docPartBody>
        <w:p w:rsidR="00E24377" w:rsidRDefault="00157EEC" w:rsidP="00157EEC">
          <w:pPr>
            <w:pStyle w:val="246FAE9296A54BEBACA366E9D9A45B94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B394E2CBAB483695D083584DBE3A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9789-B7A3-48C9-A7D0-F63BA02B38ED}"/>
      </w:docPartPr>
      <w:docPartBody>
        <w:p w:rsidR="00E24377" w:rsidRDefault="00157EEC" w:rsidP="00157EEC">
          <w:pPr>
            <w:pStyle w:val="0BB394E2CBAB483695D083584DBE3A92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86FEA1F74C42C589A364B14C1A71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44EFEA-DE30-41D0-927E-E4999432E69D}"/>
      </w:docPartPr>
      <w:docPartBody>
        <w:p w:rsidR="00E24377" w:rsidRDefault="00157EEC" w:rsidP="00157EEC">
          <w:pPr>
            <w:pStyle w:val="1E86FEA1F74C42C589A364B14C1A71802"/>
          </w:pPr>
          <w:r w:rsidRPr="00053B32">
            <w:rPr>
              <w:rStyle w:val="PlaceholderText"/>
            </w:rPr>
            <w:t>Click or tap to enter a date.</w:t>
          </w:r>
        </w:p>
      </w:docPartBody>
    </w:docPart>
    <w:docPart>
      <w:docPartPr>
        <w:name w:val="7B9E7065E5F54CA1AC08584C3A28F0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08E815-9C8F-4BF5-972A-909270E244E2}"/>
      </w:docPartPr>
      <w:docPartBody>
        <w:p w:rsidR="00E24377" w:rsidRDefault="00157EEC" w:rsidP="00157EEC">
          <w:pPr>
            <w:pStyle w:val="7B9E7065E5F54CA1AC08584C3A28F0E3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96904F70EDBB4A8499ACAB806266E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4905B4-DBBD-4E02-B637-6D8004CFAA46}"/>
      </w:docPartPr>
      <w:docPartBody>
        <w:p w:rsidR="00E24377" w:rsidRDefault="00157EEC" w:rsidP="00157EEC">
          <w:pPr>
            <w:pStyle w:val="96904F70EDBB4A8499ACAB806266E31C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EE657D716E4EB3B1A39EBE7A4356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6E3C2-1AEE-4514-98F6-6F64CF771D08}"/>
      </w:docPartPr>
      <w:docPartBody>
        <w:p w:rsidR="00E24377" w:rsidRDefault="00157EEC" w:rsidP="00157EEC">
          <w:pPr>
            <w:pStyle w:val="36EE657D716E4EB3B1A39EBE7A4356D5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9ED2F3DBD44680A75139320ED952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A78BB-3E38-4183-85E9-9987A1680405}"/>
      </w:docPartPr>
      <w:docPartBody>
        <w:p w:rsidR="00E24377" w:rsidRDefault="00157EEC" w:rsidP="00157EEC">
          <w:pPr>
            <w:pStyle w:val="639ED2F3DBD44680A75139320ED95278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DAA2E057714914BB58B204C08DB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279EAB-8D02-468C-9619-F630D12AF791}"/>
      </w:docPartPr>
      <w:docPartBody>
        <w:p w:rsidR="00E24377" w:rsidRDefault="00157EEC" w:rsidP="00157EEC">
          <w:pPr>
            <w:pStyle w:val="49DAA2E057714914BB58B204C08DB4012"/>
          </w:pPr>
          <w:r w:rsidRPr="00053B32">
            <w:rPr>
              <w:rStyle w:val="PlaceholderText"/>
            </w:rPr>
            <w:t>Click or tap to enter a date.</w:t>
          </w:r>
        </w:p>
      </w:docPartBody>
    </w:docPart>
    <w:docPart>
      <w:docPartPr>
        <w:name w:val="A423935E39C145808F09AD07EC5477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BC69B-FCEA-4FC3-9428-0A82DC5333A1}"/>
      </w:docPartPr>
      <w:docPartBody>
        <w:p w:rsidR="00E24377" w:rsidRDefault="00157EEC" w:rsidP="00157EEC">
          <w:pPr>
            <w:pStyle w:val="A423935E39C145808F09AD07EC54773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ECD0C39C19EF4A02A8A1695A367211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50A563-E532-4885-8E7B-15CD3D461A6A}"/>
      </w:docPartPr>
      <w:docPartBody>
        <w:p w:rsidR="00E24377" w:rsidRDefault="00157EEC" w:rsidP="00157EEC">
          <w:pPr>
            <w:pStyle w:val="ECD0C39C19EF4A02A8A1695A367211AC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696D04F9C24F0598E6FD7DC348E7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F20F67-D915-4873-AA04-45BFFDEB3BDD}"/>
      </w:docPartPr>
      <w:docPartBody>
        <w:p w:rsidR="00E24377" w:rsidRDefault="00157EEC" w:rsidP="00157EEC">
          <w:pPr>
            <w:pStyle w:val="E6696D04F9C24F0598E6FD7DC348E7DC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694D3353584FF29930D9C9C5AAE6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0A0073-E5C5-4789-95BE-7091455A8DE8}"/>
      </w:docPartPr>
      <w:docPartBody>
        <w:p w:rsidR="00E24377" w:rsidRDefault="00157EEC" w:rsidP="00157EEC">
          <w:pPr>
            <w:pStyle w:val="0C694D3353584FF29930D9C9C5AAE69E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1C2E5102414D6E88120DA305E509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31363D-DCEB-4375-8AF1-0CC7954C4C0B}"/>
      </w:docPartPr>
      <w:docPartBody>
        <w:p w:rsidR="00E24377" w:rsidRDefault="00157EEC" w:rsidP="00157EEC">
          <w:pPr>
            <w:pStyle w:val="D41C2E5102414D6E88120DA305E5098A2"/>
          </w:pPr>
          <w:r w:rsidRPr="00053B32">
            <w:rPr>
              <w:rStyle w:val="PlaceholderText"/>
            </w:rPr>
            <w:t>Click or tap to enter a date.</w:t>
          </w:r>
        </w:p>
      </w:docPartBody>
    </w:docPart>
    <w:docPart>
      <w:docPartPr>
        <w:name w:val="F90BC23E38754CA4801B2945EBEF21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3A1FDB-357B-49D9-9569-3A7C19765636}"/>
      </w:docPartPr>
      <w:docPartBody>
        <w:p w:rsidR="00E24377" w:rsidRDefault="00157EEC" w:rsidP="00157EEC">
          <w:pPr>
            <w:pStyle w:val="F90BC23E38754CA4801B2945EBEF2171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580F967A6FA466D94FA9F00370D0F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57AAE0-2C49-4D8B-B640-C9BFD387D7D7}"/>
      </w:docPartPr>
      <w:docPartBody>
        <w:p w:rsidR="00E24377" w:rsidRDefault="00157EEC" w:rsidP="00157EEC">
          <w:pPr>
            <w:pStyle w:val="F580F967A6FA466D94FA9F00370D0F2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F272D428C44BE1949E3D168527DE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393B17-4789-498C-A5B4-020D03310F96}"/>
      </w:docPartPr>
      <w:docPartBody>
        <w:p w:rsidR="00E24377" w:rsidRDefault="00157EEC" w:rsidP="00157EEC">
          <w:pPr>
            <w:pStyle w:val="91F272D428C44BE1949E3D168527DE9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AE02CE171648B881F14805B40254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7AAD34-F458-4CE0-A131-154F7EFF7C74}"/>
      </w:docPartPr>
      <w:docPartBody>
        <w:p w:rsidR="00E24377" w:rsidRDefault="00157EEC" w:rsidP="00157EEC">
          <w:pPr>
            <w:pStyle w:val="06AE02CE171648B881F14805B40254A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10714B2DB34147BCB9387D38009F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4F4F3C-DF5F-4C86-B74B-EB9AD754A420}"/>
      </w:docPartPr>
      <w:docPartBody>
        <w:p w:rsidR="00E24377" w:rsidRDefault="00157EEC" w:rsidP="00157EEC">
          <w:pPr>
            <w:pStyle w:val="8D10714B2DB34147BCB9387D38009F5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0A6527A87543CF8A81993E626718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0245C-0F78-4729-86A7-46D89007A032}"/>
      </w:docPartPr>
      <w:docPartBody>
        <w:p w:rsidR="00E24377" w:rsidRDefault="00157EEC" w:rsidP="00157EEC">
          <w:pPr>
            <w:pStyle w:val="280A6527A87543CF8A81993E62671874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05B1F2154C4935A4C95444B97C4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F8E4B2-0166-442D-B41E-E07FDAF940A2}"/>
      </w:docPartPr>
      <w:docPartBody>
        <w:p w:rsidR="00E24377" w:rsidRDefault="00157EEC" w:rsidP="00157EEC">
          <w:pPr>
            <w:pStyle w:val="D605B1F2154C4935A4C95444B97C44A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89DC2192504F659C18C64BDE9617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917FAC-8757-4792-BBC0-0979064EDF69}"/>
      </w:docPartPr>
      <w:docPartBody>
        <w:p w:rsidR="00E24377" w:rsidRDefault="00157EEC" w:rsidP="00157EEC">
          <w:pPr>
            <w:pStyle w:val="E289DC2192504F659C18C64BDE961783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3A1CBB68DA324248837B10D303DA9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2F8BBE-8018-431A-8F61-EC5B78056899}"/>
      </w:docPartPr>
      <w:docPartBody>
        <w:p w:rsidR="00E24377" w:rsidRDefault="00157EEC" w:rsidP="00157EEC">
          <w:pPr>
            <w:pStyle w:val="3A1CBB68DA324248837B10D303DA9D0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9B1F060A094902B320A7584AAFEF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20B634-7AAD-4BEB-951C-4B5C37F2A4AE}"/>
      </w:docPartPr>
      <w:docPartBody>
        <w:p w:rsidR="00E24377" w:rsidRDefault="00157EEC" w:rsidP="00157EEC">
          <w:pPr>
            <w:pStyle w:val="5C9B1F060A094902B320A7584AAFEF5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B1A17687024D828E35C98280CC8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D8A060-9B70-4366-8EF2-B6F49F3329E7}"/>
      </w:docPartPr>
      <w:docPartBody>
        <w:p w:rsidR="00E24377" w:rsidRDefault="00157EEC" w:rsidP="00157EEC">
          <w:pPr>
            <w:pStyle w:val="01B1A17687024D828E35C98280CC8FC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BC8AAE0354BD283E3E92D5348BD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445E0-2860-4D7E-AD10-F751302A731C}"/>
      </w:docPartPr>
      <w:docPartBody>
        <w:p w:rsidR="00E24377" w:rsidRDefault="00157EEC" w:rsidP="00157EEC">
          <w:pPr>
            <w:pStyle w:val="3DFBC8AAE0354BD283E3E92D5348BD7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72EDAA93DA45EF9083FEE6A203B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8CE77-25AC-4851-AB0B-82CB5E9322CE}"/>
      </w:docPartPr>
      <w:docPartBody>
        <w:p w:rsidR="00E24377" w:rsidRDefault="00157EEC" w:rsidP="00157EEC">
          <w:pPr>
            <w:pStyle w:val="4172EDAA93DA45EF9083FEE6A203B43A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699E066C6543F1807498C9131D96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3C9A1F-640D-4245-8354-A30F6F8AF8E3}"/>
      </w:docPartPr>
      <w:docPartBody>
        <w:p w:rsidR="00E24377" w:rsidRDefault="00157EEC" w:rsidP="00157EEC">
          <w:pPr>
            <w:pStyle w:val="24699E066C6543F1807498C9131D96D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07D783E1744D9799003948EA3EB1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A854E8-E928-419F-A9BE-F1ABC8818937}"/>
      </w:docPartPr>
      <w:docPartBody>
        <w:p w:rsidR="00E24377" w:rsidRDefault="00157EEC" w:rsidP="00157EEC">
          <w:pPr>
            <w:pStyle w:val="C107D783E1744D9799003948EA3EB147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7DAC52E2BDD441E3AB82CF57381860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E8BFA2-E13C-46E9-993C-8E0C983E55C0}"/>
      </w:docPartPr>
      <w:docPartBody>
        <w:p w:rsidR="00E24377" w:rsidRDefault="00157EEC" w:rsidP="00157EEC">
          <w:pPr>
            <w:pStyle w:val="7DAC52E2BDD441E3AB82CF573818609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880A611FD94ECBB9AE63F3672EAA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614178-E837-43AB-BAE5-629DD8497A5A}"/>
      </w:docPartPr>
      <w:docPartBody>
        <w:p w:rsidR="00E24377" w:rsidRDefault="00157EEC" w:rsidP="00157EEC">
          <w:pPr>
            <w:pStyle w:val="49880A611FD94ECBB9AE63F3672EAAF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40C9FDD0EB42C58F21AAE1414E0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DACBA9-611C-4A79-BAD0-EA584F6758B8}"/>
      </w:docPartPr>
      <w:docPartBody>
        <w:p w:rsidR="00E24377" w:rsidRDefault="00157EEC" w:rsidP="00157EEC">
          <w:pPr>
            <w:pStyle w:val="CE40C9FDD0EB42C58F21AAE1414E0F4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339A162EFD4FD1992577EA2861B9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64941-6797-4EBE-9AE0-2F90E7AFB475}"/>
      </w:docPartPr>
      <w:docPartBody>
        <w:p w:rsidR="00E24377" w:rsidRDefault="00157EEC" w:rsidP="00157EEC">
          <w:pPr>
            <w:pStyle w:val="A2339A162EFD4FD1992577EA2861B96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3AE5D6500D45ADBD1E8009EAA63A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1B0789-C52C-4A50-97BF-308F45C09D97}"/>
      </w:docPartPr>
      <w:docPartBody>
        <w:p w:rsidR="00E24377" w:rsidRDefault="00157EEC" w:rsidP="00157EEC">
          <w:pPr>
            <w:pStyle w:val="5A3AE5D6500D45ADBD1E8009EAA63A17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5E5ED1F91D41CE93BD93454EFF05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7C9FE-B7C6-426E-A8B7-82E5AB8E9A39}"/>
      </w:docPartPr>
      <w:docPartBody>
        <w:p w:rsidR="00E24377" w:rsidRDefault="00157EEC" w:rsidP="00157EEC">
          <w:pPr>
            <w:pStyle w:val="6A5E5ED1F91D41CE93BD93454EFF050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674BEBE254D139E97694C08ADA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AADCF1-62A4-4996-B223-1F626BCE395D}"/>
      </w:docPartPr>
      <w:docPartBody>
        <w:p w:rsidR="00E24377" w:rsidRDefault="00157EEC" w:rsidP="00157EEC">
          <w:pPr>
            <w:pStyle w:val="872674BEBE254D139E97694C08ADA8E4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4E68C62238484DB6A715603E94640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F3277-A78A-4B4C-969C-1F99B2D01ECD}"/>
      </w:docPartPr>
      <w:docPartBody>
        <w:p w:rsidR="00E24377" w:rsidRDefault="00157EEC" w:rsidP="00157EEC">
          <w:pPr>
            <w:pStyle w:val="4E68C62238484DB6A715603E94640D14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F118206DEA4B4EA7E434CF7C828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A6C169-6C5C-4006-BA21-9E0DDC8B9C2C}"/>
      </w:docPartPr>
      <w:docPartBody>
        <w:p w:rsidR="00E24377" w:rsidRDefault="00157EEC" w:rsidP="00157EEC">
          <w:pPr>
            <w:pStyle w:val="06F118206DEA4B4EA7E434CF7C8282D8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3B24C7E1954657BAD634E2154DC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7BB8C-B8A6-47A8-BDD2-4A2946F56299}"/>
      </w:docPartPr>
      <w:docPartBody>
        <w:p w:rsidR="00E24377" w:rsidRDefault="00157EEC" w:rsidP="00157EEC">
          <w:pPr>
            <w:pStyle w:val="693B24C7E1954657BAD634E2154DC4B0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3A853215714F3AABF2252901FB9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5AC6A-953E-46FA-A269-C2840BD27E4B}"/>
      </w:docPartPr>
      <w:docPartBody>
        <w:p w:rsidR="00E24377" w:rsidRDefault="00157EEC" w:rsidP="00157EEC">
          <w:pPr>
            <w:pStyle w:val="343A853215714F3AABF2252901FB9D91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DBC09FEB89433A8A71F22369D6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46C905-DC05-4034-9A07-144B5D79C1CE}"/>
      </w:docPartPr>
      <w:docPartBody>
        <w:p w:rsidR="00E24377" w:rsidRDefault="00157EEC" w:rsidP="00157EEC">
          <w:pPr>
            <w:pStyle w:val="03DBC09FEB89433A8A71F22369D6E37F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6DA83FDB11AC4884B8E29521BBB9FE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56E88-F838-49DA-B569-5D27BE4B364E}"/>
      </w:docPartPr>
      <w:docPartBody>
        <w:p w:rsidR="00E24377" w:rsidRDefault="00157EEC" w:rsidP="00157EEC">
          <w:pPr>
            <w:pStyle w:val="6DA83FDB11AC4884B8E29521BBB9FE52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9F434EA97C4A8E92C07B199F7ABB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75773B-AF9F-48C3-9996-B589A69C64D4}"/>
      </w:docPartPr>
      <w:docPartBody>
        <w:p w:rsidR="00E24377" w:rsidRDefault="00157EEC" w:rsidP="00157EEC">
          <w:pPr>
            <w:pStyle w:val="E29F434EA97C4A8E92C07B199F7ABB35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F1D566378D4137AF83E0F278F7CF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23D68B-0D57-4E6F-ABE3-11D4E0F3217B}"/>
      </w:docPartPr>
      <w:docPartBody>
        <w:p w:rsidR="00E24377" w:rsidRDefault="00157EEC" w:rsidP="00157EEC">
          <w:pPr>
            <w:pStyle w:val="CBF1D566378D4137AF83E0F278F7CF0D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B7827819FF458F942C25CD27569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108673-65C2-468B-B82C-BA8151906B74}"/>
      </w:docPartPr>
      <w:docPartBody>
        <w:p w:rsidR="00E24377" w:rsidRDefault="00157EEC" w:rsidP="00157EEC">
          <w:pPr>
            <w:pStyle w:val="6BB7827819FF458F942C25CD27569E58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24D002574A4875A8F5EBA7E4AEB6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9144B-DEAB-4AB7-84D7-113887763263}"/>
      </w:docPartPr>
      <w:docPartBody>
        <w:p w:rsidR="00E24377" w:rsidRDefault="00157EEC" w:rsidP="00157EEC">
          <w:pPr>
            <w:pStyle w:val="1024D002574A4875A8F5EBA7E4AEB69C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353BB274B49A4F17A021640B275CBA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E6FADB-CE3A-4B33-BB4B-147BBEA27555}"/>
      </w:docPartPr>
      <w:docPartBody>
        <w:p w:rsidR="00E24377" w:rsidRDefault="00157EEC" w:rsidP="00157EEC">
          <w:pPr>
            <w:pStyle w:val="353BB274B49A4F17A021640B275CBAAC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E315797D81445DB34AE1DA82424F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01249-596E-4E77-98A8-6B9F4626E841}"/>
      </w:docPartPr>
      <w:docPartBody>
        <w:p w:rsidR="00E24377" w:rsidRDefault="00157EEC" w:rsidP="00157EEC">
          <w:pPr>
            <w:pStyle w:val="E3E315797D81445DB34AE1DA82424FD4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EBA5EAFD3E424AA732EA49A0BD9D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57967F-85EA-4E3F-A270-42EF1AEA3A1E}"/>
      </w:docPartPr>
      <w:docPartBody>
        <w:p w:rsidR="00E24377" w:rsidRDefault="00157EEC" w:rsidP="00157EEC">
          <w:pPr>
            <w:pStyle w:val="EAEBA5EAFD3E424AA732EA49A0BD9D0A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41045663FE4FA7BDB896D3BECFB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BFD47A-680C-45A8-8A44-D6A2F390ACDE}"/>
      </w:docPartPr>
      <w:docPartBody>
        <w:p w:rsidR="00E24377" w:rsidRDefault="00157EEC" w:rsidP="00157EEC">
          <w:pPr>
            <w:pStyle w:val="D141045663FE4FA7BDB896D3BECFB11F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261A00F88A480AA0AF5FE2F7BC45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8D37C-1AF2-41C8-B28C-667669801075}"/>
      </w:docPartPr>
      <w:docPartBody>
        <w:p w:rsidR="00E24377" w:rsidRDefault="00157EEC" w:rsidP="00157EEC">
          <w:pPr>
            <w:pStyle w:val="34261A00F88A480AA0AF5FE2F7BC45F6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6199F2A5BA8A4EAEB758F6BCE8D87B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45778-1755-4CCF-9670-CF602AD1E264}"/>
      </w:docPartPr>
      <w:docPartBody>
        <w:p w:rsidR="00E24377" w:rsidRDefault="00157EEC" w:rsidP="00157EEC">
          <w:pPr>
            <w:pStyle w:val="6199F2A5BA8A4EAEB758F6BCE8D87BF6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7B9CF44AE945CBB31712A7F8D2DF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8032D4-6166-477D-9F5F-367485348F21}"/>
      </w:docPartPr>
      <w:docPartBody>
        <w:p w:rsidR="00E24377" w:rsidRDefault="00157EEC" w:rsidP="00157EEC">
          <w:pPr>
            <w:pStyle w:val="9F7B9CF44AE945CBB31712A7F8D2DF69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C7C286F2E74597B8295B0DA3149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BF6240-07A7-445C-8EB0-6CE8F438F889}"/>
      </w:docPartPr>
      <w:docPartBody>
        <w:p w:rsidR="00E24377" w:rsidRDefault="00157EEC" w:rsidP="00157EEC">
          <w:pPr>
            <w:pStyle w:val="40C7C286F2E74597B8295B0DA3149F23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E74ECC14244370A8BC68258C8F93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8191D-C660-4EA4-B786-16F3D8E64479}"/>
      </w:docPartPr>
      <w:docPartBody>
        <w:p w:rsidR="00E24377" w:rsidRDefault="00157EEC" w:rsidP="00157EEC">
          <w:pPr>
            <w:pStyle w:val="2FE74ECC14244370A8BC68258C8F9363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1FA4400DF447F7BA2711A022C85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BDCC5-6F65-4DE5-80AE-0B0AFE71226C}"/>
      </w:docPartPr>
      <w:docPartBody>
        <w:p w:rsidR="00E24377" w:rsidRDefault="00157EEC" w:rsidP="00157EEC">
          <w:pPr>
            <w:pStyle w:val="EA1FA4400DF447F7BA2711A022C85B04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1EAE8D0FB3404A9081F607D8EBA0D2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AAA9AC-90F8-49DE-B9B0-BCF72270E717}"/>
      </w:docPartPr>
      <w:docPartBody>
        <w:p w:rsidR="00E24377" w:rsidRDefault="00157EEC" w:rsidP="00157EEC">
          <w:pPr>
            <w:pStyle w:val="1EAE8D0FB3404A9081F607D8EBA0D2A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B0893BB9864CF3A5FD5EF6FC4BC2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69DC19-FAF9-4378-9030-F52882A81344}"/>
      </w:docPartPr>
      <w:docPartBody>
        <w:p w:rsidR="00E24377" w:rsidRDefault="00157EEC" w:rsidP="00157EEC">
          <w:pPr>
            <w:pStyle w:val="EAB0893BB9864CF3A5FD5EF6FC4BC2D2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4F1EB74A2FD4752917F2F39F815AC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1A7702-B00C-409C-8154-11AEE143AE4F}"/>
      </w:docPartPr>
      <w:docPartBody>
        <w:p w:rsidR="00E24377" w:rsidRDefault="00157EEC" w:rsidP="00157EEC">
          <w:pPr>
            <w:pStyle w:val="04F1EB74A2FD4752917F2F39F815AC5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E8BAE23C17418F8A9B9301B501A4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756C7E-DA8B-47C3-943A-4F3B878D5AB0}"/>
      </w:docPartPr>
      <w:docPartBody>
        <w:p w:rsidR="00E24377" w:rsidRDefault="00157EEC" w:rsidP="00157EEC">
          <w:pPr>
            <w:pStyle w:val="03E8BAE23C17418F8A9B9301B501A4B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B016EDDF684B6AA9A30556CE466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C567E1-7494-4C0F-88B9-70BF6FD388D6}"/>
      </w:docPartPr>
      <w:docPartBody>
        <w:p w:rsidR="00E24377" w:rsidRDefault="00157EEC" w:rsidP="00157EEC">
          <w:pPr>
            <w:pStyle w:val="93B016EDDF684B6AA9A30556CE466DA3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588DBB1BD51A4506A10064EABEF29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9D09DB-08BD-4EA3-9CF9-78CC96CA1859}"/>
      </w:docPartPr>
      <w:docPartBody>
        <w:p w:rsidR="00E24377" w:rsidRDefault="00157EEC" w:rsidP="00157EEC">
          <w:pPr>
            <w:pStyle w:val="588DBB1BD51A4506A10064EABEF29AB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4DD9015F8946FC87608BC881F34E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D2876-D3F1-489F-84C3-69DBCEE62D0B}"/>
      </w:docPartPr>
      <w:docPartBody>
        <w:p w:rsidR="00E24377" w:rsidRDefault="00157EEC" w:rsidP="00157EEC">
          <w:pPr>
            <w:pStyle w:val="A74DD9015F8946FC87608BC881F34E63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BA181D53E55E4B93BCD9DEB679B58C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615C35-2021-4D23-83AB-058BE15DC7BE}"/>
      </w:docPartPr>
      <w:docPartBody>
        <w:p w:rsidR="00E24377" w:rsidRDefault="00157EEC" w:rsidP="00157EEC">
          <w:pPr>
            <w:pStyle w:val="BA181D53E55E4B93BCD9DEB679B58CB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14199E358E4DEE889A194806C602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20F9D-98A3-495A-8F26-C9FAF33BB0AA}"/>
      </w:docPartPr>
      <w:docPartBody>
        <w:p w:rsidR="00E24377" w:rsidRDefault="00157EEC" w:rsidP="00157EEC">
          <w:pPr>
            <w:pStyle w:val="3514199E358E4DEE889A194806C6023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13270D5A1449B8A2750421690C0F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CFC5BA-4540-40DC-B993-B452C1D14A8A}"/>
      </w:docPartPr>
      <w:docPartBody>
        <w:p w:rsidR="00E24377" w:rsidRDefault="00157EEC" w:rsidP="00157EEC">
          <w:pPr>
            <w:pStyle w:val="1313270D5A1449B8A2750421690C0F36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24C427CBCF874D7FA13A2675613368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02E60-3AD2-406C-A783-5D34EA14B8D6}"/>
      </w:docPartPr>
      <w:docPartBody>
        <w:p w:rsidR="00E24377" w:rsidRDefault="00157EEC" w:rsidP="00157EEC">
          <w:pPr>
            <w:pStyle w:val="24C427CBCF874D7FA13A26756133682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47B4342BF44C208F687DC75F792D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BB9DB-2794-40F8-9402-EB064B8B459A}"/>
      </w:docPartPr>
      <w:docPartBody>
        <w:p w:rsidR="00E24377" w:rsidRDefault="00157EEC" w:rsidP="00157EEC">
          <w:pPr>
            <w:pStyle w:val="9D47B4342BF44C208F687DC75F792D85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654A2794906D4AF8B16CB2CA89553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A48A8-F753-430B-8139-D8A45D84D7F8}"/>
      </w:docPartPr>
      <w:docPartBody>
        <w:p w:rsidR="00E24377" w:rsidRDefault="00157EEC" w:rsidP="00157EEC">
          <w:pPr>
            <w:pStyle w:val="654A2794906D4AF8B16CB2CA8955374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8CCF49B6D04A9ABD727E0884E29C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A9D140-2257-46BF-918D-F308795ED6C8}"/>
      </w:docPartPr>
      <w:docPartBody>
        <w:p w:rsidR="00E24377" w:rsidRDefault="00157EEC" w:rsidP="00157EEC">
          <w:pPr>
            <w:pStyle w:val="938CCF49B6D04A9ABD727E0884E29C9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B23B178B7B47FE9D4BC736D48A0B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99C5F-AB27-445A-B4D8-766467E1F571}"/>
      </w:docPartPr>
      <w:docPartBody>
        <w:p w:rsidR="00E24377" w:rsidRDefault="00157EEC" w:rsidP="00157EEC">
          <w:pPr>
            <w:pStyle w:val="48B23B178B7B47FE9D4BC736D48A0B0F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4ADF385F49D466CAC40C821116AA8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F0676E-0449-4C6A-B8E1-77FFAD015631}"/>
      </w:docPartPr>
      <w:docPartBody>
        <w:p w:rsidR="00E24377" w:rsidRDefault="00157EEC" w:rsidP="00157EEC">
          <w:pPr>
            <w:pStyle w:val="A4ADF385F49D466CAC40C821116AA868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0994F603C44445978E27024CB115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8AD192-0E71-4803-85F1-93E7A2B23230}"/>
      </w:docPartPr>
      <w:docPartBody>
        <w:p w:rsidR="00E24377" w:rsidRDefault="00157EEC" w:rsidP="00157EEC">
          <w:pPr>
            <w:pStyle w:val="A70994F603C44445978E27024CB11526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593657106B4AC19998D0BCEE9574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DB0623-9A90-4597-949B-07C243DAD63A}"/>
      </w:docPartPr>
      <w:docPartBody>
        <w:p w:rsidR="00E24377" w:rsidRDefault="00157EEC" w:rsidP="00157EEC">
          <w:pPr>
            <w:pStyle w:val="D8593657106B4AC19998D0BCEE957418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48A62CF077499B809826F5BE352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C5D91-B74A-4585-90E3-DAD2388B4922}"/>
      </w:docPartPr>
      <w:docPartBody>
        <w:p w:rsidR="00E24377" w:rsidRDefault="00157EEC" w:rsidP="00157EEC">
          <w:pPr>
            <w:pStyle w:val="2C48A62CF077499B809826F5BE352D45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2B1A5A22344EC1B93CF6B4A3FE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393870-1393-407A-A8B5-647030558FDB}"/>
      </w:docPartPr>
      <w:docPartBody>
        <w:p w:rsidR="00E24377" w:rsidRDefault="00157EEC" w:rsidP="00157EEC">
          <w:pPr>
            <w:pStyle w:val="A22B1A5A22344EC1B93CF6B4A3FE1C2C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EFC80408877A4F80A378ED52D134D3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9ECA69-C0B2-464E-B7AF-C4785D028453}"/>
      </w:docPartPr>
      <w:docPartBody>
        <w:p w:rsidR="00E24377" w:rsidRDefault="00157EEC" w:rsidP="00157EEC">
          <w:pPr>
            <w:pStyle w:val="EFC80408877A4F80A378ED52D134D32A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5BC845A8C64A079BF674DB516785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B28886-B902-452F-B18C-07D67EBFCF4F}"/>
      </w:docPartPr>
      <w:docPartBody>
        <w:p w:rsidR="00E24377" w:rsidRDefault="00157EEC" w:rsidP="00157EEC">
          <w:pPr>
            <w:pStyle w:val="835BC845A8C64A079BF674DB516785CB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BA6EBE23D74438A6CFD0BFBF045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4A3EA-5278-4566-9840-7C73E26DAE35}"/>
      </w:docPartPr>
      <w:docPartBody>
        <w:p w:rsidR="00E24377" w:rsidRDefault="00157EEC" w:rsidP="00157EEC">
          <w:pPr>
            <w:pStyle w:val="89BA6EBE23D74438A6CFD0BFBF045199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E6CCCFEE7546299C1E57A89D419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AF472-3116-49DB-BA4D-FA5757ED0928}"/>
      </w:docPartPr>
      <w:docPartBody>
        <w:p w:rsidR="00E24377" w:rsidRDefault="00157EEC" w:rsidP="00157EEC">
          <w:pPr>
            <w:pStyle w:val="4EE6CCCFEE7546299C1E57A89D419760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20C0A52DB7438D93E06646670E62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7A8831-FC32-4FB7-92C7-70B3AEE376E7}"/>
      </w:docPartPr>
      <w:docPartBody>
        <w:p w:rsidR="00E24377" w:rsidRDefault="00157EEC" w:rsidP="00157EEC">
          <w:pPr>
            <w:pStyle w:val="8920C0A52DB7438D93E06646670E624A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68B368A30B904213AFE6CE2AE1F9F2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A8A9F-A1F2-4748-A01F-2EC54116BBA8}"/>
      </w:docPartPr>
      <w:docPartBody>
        <w:p w:rsidR="00E24377" w:rsidRDefault="00157EEC" w:rsidP="00157EEC">
          <w:pPr>
            <w:pStyle w:val="68B368A30B904213AFE6CE2AE1F9F2E9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1E35E8180A46C591543BBB1711F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24D3F-9400-46A4-ABC8-0C5CF2C41CA8}"/>
      </w:docPartPr>
      <w:docPartBody>
        <w:p w:rsidR="00E24377" w:rsidRDefault="00157EEC" w:rsidP="00157EEC">
          <w:pPr>
            <w:pStyle w:val="0C1E35E8180A46C591543BBB1711FC9E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2CEA99B1BB4A2FA5DE8661B50DE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0B698A-8FE0-4E09-A129-5ADBF5A5549E}"/>
      </w:docPartPr>
      <w:docPartBody>
        <w:p w:rsidR="00E24377" w:rsidRDefault="00157EEC" w:rsidP="00157EEC">
          <w:pPr>
            <w:pStyle w:val="7D2CEA99B1BB4A2FA5DE8661B50DE9D9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B8F6EAF7474E90A20700F8F8F0DD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84BD93-3A95-4E0F-831A-0A3A7E421A54}"/>
      </w:docPartPr>
      <w:docPartBody>
        <w:p w:rsidR="00E24377" w:rsidRDefault="00157EEC" w:rsidP="00157EEC">
          <w:pPr>
            <w:pStyle w:val="BEB8F6EAF7474E90A20700F8F8F0DDE2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170E0537A4408893387EBFFFAF8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BE389E-74A8-4AB1-BBD0-FB01CDCEF12C}"/>
      </w:docPartPr>
      <w:docPartBody>
        <w:p w:rsidR="00E24377" w:rsidRDefault="00157EEC" w:rsidP="00157EEC">
          <w:pPr>
            <w:pStyle w:val="61170E0537A4408893387EBFFFAF8BAD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5A149166FDF04F268230B9FFEB99B9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49F0B1-67F0-4B03-B203-9FF5CFB9F931}"/>
      </w:docPartPr>
      <w:docPartBody>
        <w:p w:rsidR="00E24377" w:rsidRDefault="00157EEC" w:rsidP="00157EEC">
          <w:pPr>
            <w:pStyle w:val="5A149166FDF04F268230B9FFEB99B92F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420BBD1E624A859916DA8D1D8302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97B4F-7EEE-4DBB-B4BC-04088CF77E31}"/>
      </w:docPartPr>
      <w:docPartBody>
        <w:p w:rsidR="00E24377" w:rsidRDefault="00157EEC" w:rsidP="00157EEC">
          <w:pPr>
            <w:pStyle w:val="5A420BBD1E624A859916DA8D1D8302BC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F732B9168F4D3BB882CEA6720903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06A4C-BA64-4786-8E89-7CBA1600DD7E}"/>
      </w:docPartPr>
      <w:docPartBody>
        <w:p w:rsidR="00E24377" w:rsidRDefault="00157EEC" w:rsidP="00157EEC">
          <w:pPr>
            <w:pStyle w:val="24F732B9168F4D3BB882CEA6720903FC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6BDF15CA6A491C95AEBCAE06201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08A5A-AAC9-4810-8325-9827181F89B1}"/>
      </w:docPartPr>
      <w:docPartBody>
        <w:p w:rsidR="00E24377" w:rsidRDefault="00157EEC" w:rsidP="00157EEC">
          <w:pPr>
            <w:pStyle w:val="D26BDF15CA6A491C95AEBCAE06201611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731C3767E745D3955BEFFA8AC19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5DA4C-3EF2-45A8-8B35-CE17037488CB}"/>
      </w:docPartPr>
      <w:docPartBody>
        <w:p w:rsidR="00E24377" w:rsidRDefault="00157EEC" w:rsidP="00157EEC">
          <w:pPr>
            <w:pStyle w:val="98731C3767E745D3955BEFFA8AC19D28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EE4E2672458545188DDDA7BF64927F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2EF91-AA84-4347-B508-A2E775B8E8F3}"/>
      </w:docPartPr>
      <w:docPartBody>
        <w:p w:rsidR="00E24377" w:rsidRDefault="00157EEC" w:rsidP="00157EEC">
          <w:pPr>
            <w:pStyle w:val="EE4E2672458545188DDDA7BF64927F2B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883F15FACA48969B24455892AF21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5D23F-AAD2-4A98-80F7-15EB26AF43D2}"/>
      </w:docPartPr>
      <w:docPartBody>
        <w:p w:rsidR="00E24377" w:rsidRDefault="00157EEC" w:rsidP="00157EEC">
          <w:pPr>
            <w:pStyle w:val="2B883F15FACA48969B24455892AF21AF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F9BA4B61E84C1D905D7818EEA5A1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6935F-6FB8-48BF-AED5-E69158E1BABA}"/>
      </w:docPartPr>
      <w:docPartBody>
        <w:p w:rsidR="00E24377" w:rsidRDefault="00157EEC" w:rsidP="00157EEC">
          <w:pPr>
            <w:pStyle w:val="8CF9BA4B61E84C1D905D7818EEA5A101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0463F28D9F417B91987D42E6CBAB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5F5C5-BEAF-4D06-8827-91591537AE99}"/>
      </w:docPartPr>
      <w:docPartBody>
        <w:p w:rsidR="00E24377" w:rsidRDefault="00157EEC" w:rsidP="00157EEC">
          <w:pPr>
            <w:pStyle w:val="840463F28D9F417B91987D42E6CBAB42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D7BCDBD0FA4E4C9BDB52498F341B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0E312-04B6-4275-9835-3A4B6CC7C5DD}"/>
      </w:docPartPr>
      <w:docPartBody>
        <w:p w:rsidR="00E24377" w:rsidRDefault="00157EEC" w:rsidP="00157EEC">
          <w:pPr>
            <w:pStyle w:val="9FD7BCDBD0FA4E4C9BDB52498F341BC4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14CB7F3BF7549418AC72067D9258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FC723E-DE3C-4540-9ABE-8D297F13F981}"/>
      </w:docPartPr>
      <w:docPartBody>
        <w:p w:rsidR="00E24377" w:rsidRDefault="00157EEC" w:rsidP="00157EEC">
          <w:pPr>
            <w:pStyle w:val="A14CB7F3BF7549418AC72067D9258867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97C4C0063948EC9B9B8BA6F1FFF9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46A4D0-6567-4808-8216-E0ABE9F9CA5E}"/>
      </w:docPartPr>
      <w:docPartBody>
        <w:p w:rsidR="00E24377" w:rsidRDefault="00157EEC" w:rsidP="00157EEC">
          <w:pPr>
            <w:pStyle w:val="B097C4C0063948EC9B9B8BA6F1FFF913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AB76C93DEB4B5AA49124D0666CB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B8B8D-5580-43BB-B4E3-17178A2CFF39}"/>
      </w:docPartPr>
      <w:docPartBody>
        <w:p w:rsidR="00E24377" w:rsidRDefault="00157EEC" w:rsidP="00157EEC">
          <w:pPr>
            <w:pStyle w:val="1CAB76C93DEB4B5AA49124D0666CBFB4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585E5ADF90480F9CEB405BBF0B12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B0A7A4-C106-468A-BF49-F16AF8EFF3DE}"/>
      </w:docPartPr>
      <w:docPartBody>
        <w:p w:rsidR="00E24377" w:rsidRDefault="00157EEC" w:rsidP="00157EEC">
          <w:pPr>
            <w:pStyle w:val="A5585E5ADF90480F9CEB405BBF0B1285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5EC93F111D4FB186A3192CEFEF0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E2C7C-8358-442C-872B-5204B4CB1252}"/>
      </w:docPartPr>
      <w:docPartBody>
        <w:p w:rsidR="00E24377" w:rsidRDefault="00157EEC" w:rsidP="00157EEC">
          <w:pPr>
            <w:pStyle w:val="E55EC93F111D4FB186A3192CEFEF02EC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BE7C403652B14722A96332BCDEBE9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301C79-E477-48E3-BB0A-73B95E5C6E6B}"/>
      </w:docPartPr>
      <w:docPartBody>
        <w:p w:rsidR="00E24377" w:rsidRDefault="00157EEC" w:rsidP="00157EEC">
          <w:pPr>
            <w:pStyle w:val="BE7C403652B14722A96332BCDEBE92AB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F35BABCCA445B4BDAA6DE29C2470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7491A-9C7C-4DFC-8ECC-2AC0186C52ED}"/>
      </w:docPartPr>
      <w:docPartBody>
        <w:p w:rsidR="00E24377" w:rsidRDefault="00157EEC" w:rsidP="00157EEC">
          <w:pPr>
            <w:pStyle w:val="B8F35BABCCA445B4BDAA6DE29C247095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C2993B70954D40A6013B39154943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37EE02-C511-491C-951D-2DAA5E9D38AE}"/>
      </w:docPartPr>
      <w:docPartBody>
        <w:p w:rsidR="00E24377" w:rsidRDefault="00157EEC" w:rsidP="00157EEC">
          <w:pPr>
            <w:pStyle w:val="FDC2993B70954D40A6013B3915494301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9F7A3413814E77A4AAAF6B4CA02D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27352-367D-463C-85E6-8D157F3647E4}"/>
      </w:docPartPr>
      <w:docPartBody>
        <w:p w:rsidR="00E24377" w:rsidRDefault="00157EEC" w:rsidP="00157EEC">
          <w:pPr>
            <w:pStyle w:val="5E9F7A3413814E77A4AAAF6B4CA02D5B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17F1DC540A4518A844AC746D8585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88D433-C81A-4743-B3B6-93DF0C4D34FB}"/>
      </w:docPartPr>
      <w:docPartBody>
        <w:p w:rsidR="00E24377" w:rsidRDefault="00157EEC" w:rsidP="00157EEC">
          <w:pPr>
            <w:pStyle w:val="1F17F1DC540A4518A844AC746D8585F4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6FBA12F07A5D41B894BCB2B6B63119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1FDA5-F9FF-4900-B9AA-AB7F3869A925}"/>
      </w:docPartPr>
      <w:docPartBody>
        <w:p w:rsidR="00E24377" w:rsidRDefault="00157EEC" w:rsidP="00157EEC">
          <w:pPr>
            <w:pStyle w:val="6FBA12F07A5D41B894BCB2B6B6311932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FBF32E9D904B75AC9544B06A6DDF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802AAA-435D-4A65-BC19-26FCF0EA8BF8}"/>
      </w:docPartPr>
      <w:docPartBody>
        <w:p w:rsidR="00E24377" w:rsidRDefault="00157EEC" w:rsidP="00157EEC">
          <w:pPr>
            <w:pStyle w:val="5FFBF32E9D904B75AC9544B06A6DDF5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26FAE8DBF7C54DA8A02FDBE7FB71D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AB1183-941E-461E-9644-F25323A099FF}"/>
      </w:docPartPr>
      <w:docPartBody>
        <w:p w:rsidR="00E24377" w:rsidRDefault="00157EEC" w:rsidP="00157EEC">
          <w:pPr>
            <w:pStyle w:val="26FAE8DBF7C54DA8A02FDBE7FB71DEBE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483CFD1CBB41BCA09701F4087F7F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2A3C82-D0C5-4D18-A7C6-DD6CAAB40334}"/>
      </w:docPartPr>
      <w:docPartBody>
        <w:p w:rsidR="00E24377" w:rsidRDefault="00157EEC" w:rsidP="00157EEC">
          <w:pPr>
            <w:pStyle w:val="F6483CFD1CBB41BCA09701F4087F7FCF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39F2AEB4554F11BEC234FA3E9322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D8E23E-593E-4A9A-A300-7B9AFB15969A}"/>
      </w:docPartPr>
      <w:docPartBody>
        <w:p w:rsidR="00E24377" w:rsidRDefault="00157EEC" w:rsidP="00157EEC">
          <w:pPr>
            <w:pStyle w:val="7E39F2AEB4554F11BEC234FA3E93221A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901384F49CF24746B451BA57C4168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C8B831-0A90-44B6-B39F-FA5F1970E77F}"/>
      </w:docPartPr>
      <w:docPartBody>
        <w:p w:rsidR="00E24377" w:rsidRDefault="00157EEC" w:rsidP="00157EEC">
          <w:pPr>
            <w:pStyle w:val="901384F49CF24746B451BA57C416831D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A3B5B17CF14564B36F024F831A2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972224-04D8-42DE-8C01-8CADC27D34A5}"/>
      </w:docPartPr>
      <w:docPartBody>
        <w:p w:rsidR="00E24377" w:rsidRDefault="00157EEC" w:rsidP="00157EEC">
          <w:pPr>
            <w:pStyle w:val="FAA3B5B17CF14564B36F024F831A2F8C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1004ED70E04B55A23BAD4EFE983B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5DB115-23BD-4E90-845E-FCE099C41925}"/>
      </w:docPartPr>
      <w:docPartBody>
        <w:p w:rsidR="00E24377" w:rsidRDefault="00157EEC" w:rsidP="00157EEC">
          <w:pPr>
            <w:pStyle w:val="C71004ED70E04B55A23BAD4EFE983B0B1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B671AB538B432F98320A7EA9D1AC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FA794F-C2D1-4325-80BF-F5008228EA5C}"/>
      </w:docPartPr>
      <w:docPartBody>
        <w:p w:rsidR="00E24377" w:rsidRDefault="00157EEC" w:rsidP="00157EEC">
          <w:pPr>
            <w:pStyle w:val="25B671AB538B432F98320A7EA9D1ACE01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7367ED6B8B405AA02E65C6C70B1F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A6583A-B4FF-4544-973F-A3D5A5D69DB4}"/>
      </w:docPartPr>
      <w:docPartBody>
        <w:p w:rsidR="00E24377" w:rsidRDefault="00157EEC" w:rsidP="00157EEC">
          <w:pPr>
            <w:pStyle w:val="FB7367ED6B8B405AA02E65C6C70B1F831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157EEC"/>
    <w:rsid w:val="001B4ECF"/>
    <w:rsid w:val="0033193A"/>
    <w:rsid w:val="004161F5"/>
    <w:rsid w:val="005227CF"/>
    <w:rsid w:val="005A051B"/>
    <w:rsid w:val="006239E1"/>
    <w:rsid w:val="00667F4B"/>
    <w:rsid w:val="006D0099"/>
    <w:rsid w:val="008C5926"/>
    <w:rsid w:val="009A5C93"/>
    <w:rsid w:val="009D3254"/>
    <w:rsid w:val="00B302C0"/>
    <w:rsid w:val="00BD0B7C"/>
    <w:rsid w:val="00E24377"/>
    <w:rsid w:val="00E5708D"/>
    <w:rsid w:val="00F0690A"/>
    <w:rsid w:val="00F2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7EEC"/>
    <w:rPr>
      <w:color w:val="666666"/>
    </w:rPr>
  </w:style>
  <w:style w:type="paragraph" w:customStyle="1" w:styleId="838F45419D164CFBA2509E1BE2126382">
    <w:name w:val="838F45419D164CFBA2509E1BE2126382"/>
    <w:rsid w:val="00157EEC"/>
  </w:style>
  <w:style w:type="paragraph" w:customStyle="1" w:styleId="1974DB7898934EBBA6B52A08D02DB794">
    <w:name w:val="1974DB7898934EBBA6B52A08D02DB794"/>
    <w:rsid w:val="00157EEC"/>
  </w:style>
  <w:style w:type="paragraph" w:customStyle="1" w:styleId="3A5FB7E6AF95455E9AD10398BA498047">
    <w:name w:val="3A5FB7E6AF95455E9AD10398BA498047"/>
    <w:rsid w:val="00157EEC"/>
  </w:style>
  <w:style w:type="paragraph" w:customStyle="1" w:styleId="75F17BE659D442F6BFE27A3D9E163EC6">
    <w:name w:val="75F17BE659D442F6BFE27A3D9E163EC6"/>
    <w:rsid w:val="00157EEC"/>
  </w:style>
  <w:style w:type="paragraph" w:customStyle="1" w:styleId="56FA66E885384F0C9DB9BE9C896943BD">
    <w:name w:val="56FA66E885384F0C9DB9BE9C896943BD"/>
    <w:rsid w:val="00157EEC"/>
  </w:style>
  <w:style w:type="paragraph" w:customStyle="1" w:styleId="8ED9DF5459B54BD09C5DCA59032D0789">
    <w:name w:val="8ED9DF5459B54BD09C5DCA59032D0789"/>
    <w:rsid w:val="0033193A"/>
  </w:style>
  <w:style w:type="paragraph" w:customStyle="1" w:styleId="C829569DF55E4DD2872749AB9C5735E6">
    <w:name w:val="C829569DF55E4DD2872749AB9C5735E6"/>
    <w:rsid w:val="0033193A"/>
  </w:style>
  <w:style w:type="paragraph" w:customStyle="1" w:styleId="CDC73C97BEB74723B9746CDC069E70F3">
    <w:name w:val="CDC73C97BEB74723B9746CDC069E70F3"/>
    <w:rsid w:val="0033193A"/>
  </w:style>
  <w:style w:type="paragraph" w:customStyle="1" w:styleId="1777B4F31C8E4FA3967DA646A2413A9B">
    <w:name w:val="1777B4F31C8E4FA3967DA646A2413A9B"/>
    <w:rsid w:val="0033193A"/>
  </w:style>
  <w:style w:type="paragraph" w:customStyle="1" w:styleId="93BAA2AE2DCC4C66A43A2D1263821F5E">
    <w:name w:val="93BAA2AE2DCC4C66A43A2D1263821F5E"/>
    <w:rsid w:val="0033193A"/>
  </w:style>
  <w:style w:type="paragraph" w:customStyle="1" w:styleId="5C05C33B0A814D8D85E3DCB94C2DC436">
    <w:name w:val="5C05C33B0A814D8D85E3DCB94C2DC436"/>
    <w:rsid w:val="00157EEC"/>
  </w:style>
  <w:style w:type="paragraph" w:customStyle="1" w:styleId="7B9E7065E5F54CA1AC08584C3A28F0E3">
    <w:name w:val="7B9E7065E5F54CA1AC08584C3A28F0E3"/>
    <w:rsid w:val="00157EEC"/>
  </w:style>
  <w:style w:type="paragraph" w:customStyle="1" w:styleId="A423935E39C145808F09AD07EC547730">
    <w:name w:val="A423935E39C145808F09AD07EC547730"/>
    <w:rsid w:val="00157EEC"/>
  </w:style>
  <w:style w:type="paragraph" w:customStyle="1" w:styleId="F90BC23E38754CA4801B2945EBEF2171">
    <w:name w:val="F90BC23E38754CA4801B2945EBEF2171"/>
    <w:rsid w:val="00157EEC"/>
  </w:style>
  <w:style w:type="paragraph" w:customStyle="1" w:styleId="E289DC2192504F659C18C64BDE961783">
    <w:name w:val="E289DC2192504F659C18C64BDE961783"/>
    <w:rsid w:val="00157EEC"/>
  </w:style>
  <w:style w:type="paragraph" w:customStyle="1" w:styleId="C107D783E1744D9799003948EA3EB147">
    <w:name w:val="C107D783E1744D9799003948EA3EB147"/>
    <w:rsid w:val="00157EEC"/>
  </w:style>
  <w:style w:type="paragraph" w:customStyle="1" w:styleId="872674BEBE254D139E97694C08ADA8E4">
    <w:name w:val="872674BEBE254D139E97694C08ADA8E4"/>
    <w:rsid w:val="00157EEC"/>
  </w:style>
  <w:style w:type="paragraph" w:customStyle="1" w:styleId="03DBC09FEB89433A8A71F22369D6E37F">
    <w:name w:val="03DBC09FEB89433A8A71F22369D6E37F"/>
    <w:rsid w:val="00157EEC"/>
  </w:style>
  <w:style w:type="paragraph" w:customStyle="1" w:styleId="27FD4B0434914D44B3C541ECB23CEE38">
    <w:name w:val="27FD4B0434914D44B3C541ECB23CEE38"/>
    <w:rsid w:val="0033193A"/>
  </w:style>
  <w:style w:type="paragraph" w:customStyle="1" w:styleId="1024D002574A4875A8F5EBA7E4AEB69C">
    <w:name w:val="1024D002574A4875A8F5EBA7E4AEB69C"/>
    <w:rsid w:val="00157EEC"/>
  </w:style>
  <w:style w:type="paragraph" w:customStyle="1" w:styleId="34261A00F88A480AA0AF5FE2F7BC45F6">
    <w:name w:val="34261A00F88A480AA0AF5FE2F7BC45F6"/>
    <w:rsid w:val="00157EEC"/>
  </w:style>
  <w:style w:type="paragraph" w:customStyle="1" w:styleId="EA1FA4400DF447F7BA2711A022C85B04">
    <w:name w:val="EA1FA4400DF447F7BA2711A022C85B04"/>
    <w:rsid w:val="00157EEC"/>
  </w:style>
  <w:style w:type="paragraph" w:customStyle="1" w:styleId="93B016EDDF684B6AA9A30556CE466DA3">
    <w:name w:val="93B016EDDF684B6AA9A30556CE466DA3"/>
    <w:rsid w:val="00157EEC"/>
  </w:style>
  <w:style w:type="paragraph" w:customStyle="1" w:styleId="1313270D5A1449B8A2750421690C0F36">
    <w:name w:val="1313270D5A1449B8A2750421690C0F36"/>
    <w:rsid w:val="00157EEC"/>
  </w:style>
  <w:style w:type="paragraph" w:customStyle="1" w:styleId="48B23B178B7B47FE9D4BC736D48A0B0F">
    <w:name w:val="48B23B178B7B47FE9D4BC736D48A0B0F"/>
    <w:rsid w:val="00157EEC"/>
  </w:style>
  <w:style w:type="paragraph" w:customStyle="1" w:styleId="A22B1A5A22344EC1B93CF6B4A3FE1C2C">
    <w:name w:val="A22B1A5A22344EC1B93CF6B4A3FE1C2C"/>
    <w:rsid w:val="00157EEC"/>
  </w:style>
  <w:style w:type="paragraph" w:customStyle="1" w:styleId="8920C0A52DB7438D93E06646670E624A">
    <w:name w:val="8920C0A52DB7438D93E06646670E624A"/>
    <w:rsid w:val="00157EEC"/>
  </w:style>
  <w:style w:type="paragraph" w:customStyle="1" w:styleId="61170E0537A4408893387EBFFFAF8BAD">
    <w:name w:val="61170E0537A4408893387EBFFFAF8BAD"/>
    <w:rsid w:val="00157EEC"/>
  </w:style>
  <w:style w:type="paragraph" w:customStyle="1" w:styleId="98731C3767E745D3955BEFFA8AC19D28">
    <w:name w:val="98731C3767E745D3955BEFFA8AC19D28"/>
    <w:rsid w:val="00157EEC"/>
  </w:style>
  <w:style w:type="paragraph" w:customStyle="1" w:styleId="9FD7BCDBD0FA4E4C9BDB52498F341BC4">
    <w:name w:val="9FD7BCDBD0FA4E4C9BDB52498F341BC4"/>
    <w:rsid w:val="00157EEC"/>
  </w:style>
  <w:style w:type="paragraph" w:customStyle="1" w:styleId="E55EC93F111D4FB186A3192CEFEF02EC">
    <w:name w:val="E55EC93F111D4FB186A3192CEFEF02EC"/>
    <w:rsid w:val="00157EEC"/>
  </w:style>
  <w:style w:type="paragraph" w:customStyle="1" w:styleId="1F17F1DC540A4518A844AC746D8585F4">
    <w:name w:val="1F17F1DC540A4518A844AC746D8585F4"/>
    <w:rsid w:val="00157EEC"/>
  </w:style>
  <w:style w:type="paragraph" w:customStyle="1" w:styleId="5FFBF32E9D904B75AC9544B06A6DDF50">
    <w:name w:val="5FFBF32E9D904B75AC9544B06A6DDF50"/>
    <w:rsid w:val="00157EEC"/>
  </w:style>
  <w:style w:type="paragraph" w:customStyle="1" w:styleId="7E39F2AEB4554F11BEC234FA3E93221A">
    <w:name w:val="7E39F2AEB4554F11BEC234FA3E93221A"/>
    <w:rsid w:val="00157EEC"/>
  </w:style>
  <w:style w:type="paragraph" w:customStyle="1" w:styleId="14FEE8BB9D5B45B3861608D239F05C0F">
    <w:name w:val="14FEE8BB9D5B45B3861608D239F05C0F"/>
    <w:rsid w:val="0033193A"/>
  </w:style>
  <w:style w:type="paragraph" w:customStyle="1" w:styleId="ED14A24F39E54F8FBEBA54292DE77560">
    <w:name w:val="ED14A24F39E54F8FBEBA54292DE77560"/>
    <w:rsid w:val="0033193A"/>
  </w:style>
  <w:style w:type="paragraph" w:customStyle="1" w:styleId="8385C49EDBB34783A2ECC9B96B707A6F">
    <w:name w:val="8385C49EDBB34783A2ECC9B96B707A6F"/>
    <w:rsid w:val="0033193A"/>
  </w:style>
  <w:style w:type="paragraph" w:customStyle="1" w:styleId="EC2C9AC7F143475E947DFAAC4EAA02E9">
    <w:name w:val="EC2C9AC7F143475E947DFAAC4EAA02E9"/>
    <w:rsid w:val="0033193A"/>
  </w:style>
  <w:style w:type="paragraph" w:customStyle="1" w:styleId="A394052FAC3E49328EEF265F9864C134">
    <w:name w:val="A394052FAC3E49328EEF265F9864C134"/>
    <w:rsid w:val="0033193A"/>
  </w:style>
  <w:style w:type="paragraph" w:customStyle="1" w:styleId="1734C0B0E50C4165979C1D1CD6EF51184">
    <w:name w:val="1734C0B0E50C4165979C1D1CD6EF5118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4">
    <w:name w:val="F4D6CB2241074A76A75ACE4A72F3BACA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4">
    <w:name w:val="5C6BE9DD57B042A78E73AE6C65AB81E9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4">
    <w:name w:val="B94FF17A7DD844238942618D220CAEE0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B3D43A833542A1A3F03B74622B056A4">
    <w:name w:val="FBB3D43A833542A1A3F03B74622B056A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C3EFAD7452407C87E62A863BB4624B4">
    <w:name w:val="75C3EFAD7452407C87E62A863BB4624B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44E2EFF640440A9B8666394183B9DE74">
    <w:name w:val="D44E2EFF640440A9B8666394183B9DE7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F6E6E5A21F044A795F2D76DC651D4054">
    <w:name w:val="2F6E6E5A21F044A795F2D76DC651D405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BD4932B7804BDCAC098E62C97431024">
    <w:name w:val="B9BD4932B7804BDCAC098E62C9743102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781B5300B27482F978D8FE0167C926B">
    <w:name w:val="F781B5300B27482F978D8FE0167C926B"/>
    <w:rsid w:val="0033193A"/>
  </w:style>
  <w:style w:type="paragraph" w:customStyle="1" w:styleId="6EEAB132E7624CE09EB07FA662BE4B544">
    <w:name w:val="6EEAB132E7624CE09EB07FA662BE4B54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BDDFD4D264E4F1EBCAADDF7CD87E6DD4">
    <w:name w:val="BBDDFD4D264E4F1EBCAADDF7CD87E6DD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3D71AEA8DAD49CF829841D88AEEAD234">
    <w:name w:val="23D71AEA8DAD49CF829841D88AEEAD23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A8796FF4444E6E9374D2CC9215120F4">
    <w:name w:val="A2A8796FF4444E6E9374D2CC9215120F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19C49F52B42ADA2E9426276FE58D64">
    <w:name w:val="0AD19C49F52B42ADA2E9426276FE58D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700F9DF6B344D0A697EB47A65199F34">
    <w:name w:val="7B700F9DF6B344D0A697EB47A65199F3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FA481D92EC54425B89A6C0E0DA338984">
    <w:name w:val="DFA481D92EC54425B89A6C0E0DA33898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9249182F024625AF33AA6A86E31A9B4">
    <w:name w:val="209249182F024625AF33AA6A86E31A9B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538215CA3442ACA439B68ECC928CD04">
    <w:name w:val="9A538215CA3442ACA439B68ECC928CD0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B97B2E17F7442C9DB0CEA0F3DC16425">
    <w:name w:val="6EB97B2E17F7442C9DB0CEA0F3DC1642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E386F068524F86906681F298E695975">
    <w:name w:val="8BE386F068524F86906681F298E69597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078DD3BF804388B3974E7F42B5EB5A5">
    <w:name w:val="C9078DD3BF804388B3974E7F42B5EB5A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9D810DA09674174AC51A14F8A7B0F455">
    <w:name w:val="E9D810DA09674174AC51A14F8A7B0F45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9A788C6896469995BEAFAB964104865">
    <w:name w:val="5C9A788C6896469995BEAFAB9641048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B76D24AE19F4823A84506ED0F363ABE4">
    <w:name w:val="DB76D24AE19F4823A84506ED0F363ABE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4A0E9A354C4714A49D911FFFDC8E6B5">
    <w:name w:val="554A0E9A354C4714A49D911FFFDC8E6B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DD9383E22342FBA30E77AC1B6A82904">
    <w:name w:val="5EDD9383E22342FBA30E77AC1B6A8290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2A2A66554954063B04C8225295570AF5">
    <w:name w:val="B2A2A66554954063B04C8225295570AF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4">
    <w:name w:val="872FF4CA11794B8A841DB2220DF10EA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4">
    <w:name w:val="4E97BD512F134974B65EC5CE1A1FFA5C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4">
    <w:name w:val="43C24FC1DD4E4C25906C3761C0E444F2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4">
    <w:name w:val="6E5B51F8A20C49259CB13015EB121389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4">
    <w:name w:val="ACA81B7FEB124004A04A95F11ADBD7A7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4">
    <w:name w:val="E3F5175B57004446843F4F317C13BE7C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4">
    <w:name w:val="6E2E25C8BD59485F83A4E1A3EB66C1CA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4">
    <w:name w:val="74CADD3637F3476CAEF2795719E307AF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DD8212640343BF99D6E09226B61D4C4">
    <w:name w:val="7BDD8212640343BF99D6E09226B61D4C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4D96D8536C479D938D893B6D8CEF3F4">
    <w:name w:val="584D96D8536C479D938D893B6D8CEF3F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580AC10BCAF4C61A459690257234B834">
    <w:name w:val="9580AC10BCAF4C61A459690257234B83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7838844F64D4FFCAE3132B3B2728D394">
    <w:name w:val="27838844F64D4FFCAE3132B3B2728D39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2B26EB478B74D889D022D2E2F6B488F4">
    <w:name w:val="22B26EB478B74D889D022D2E2F6B488F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730CD073D2A404F887440C3EC6909664">
    <w:name w:val="5730CD073D2A404F887440C3EC69096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19FD92A56F2424BB3F6A5A652435EF54">
    <w:name w:val="619FD92A56F2424BB3F6A5A652435EF5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A81C7C72A64907A924DB32F6AFCCC24">
    <w:name w:val="0BA81C7C72A64907A924DB32F6AFCCC2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A8CBE4665D4CC4B6E67D389E62F2E34">
    <w:name w:val="39A8CBE4665D4CC4B6E67D389E62F2E3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1F9D9964E7545C7B3820CB4777ED8E43">
    <w:name w:val="91F9D9964E7545C7B3820CB4777ED8E4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76843E304A439586339230E908F78A3">
    <w:name w:val="D876843E304A439586339230E908F78A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359719216194781A3EFCB74330CA1EB3">
    <w:name w:val="2359719216194781A3EFCB74330CA1EB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A8B88BB76B41B1ADD9C8564BC40B974">
    <w:name w:val="7BA8B88BB76B41B1ADD9C8564BC40B97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438E9FF62BE4C4C98C3C44EDE1B554C4">
    <w:name w:val="3438E9FF62BE4C4C98C3C44EDE1B554C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8E9D54416A45C7A6298AEABE3594D64">
    <w:name w:val="548E9D54416A45C7A6298AEABE3594D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138DF7F2C1241E1926FEE02C88C7A8F4">
    <w:name w:val="7138DF7F2C1241E1926FEE02C88C7A8F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F94C64897AD4F6B872E40FF73EF21544">
    <w:name w:val="CF94C64897AD4F6B872E40FF73EF2154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544CB98F1BE40B6BD318E1C1F1181A64">
    <w:name w:val="8544CB98F1BE40B6BD318E1C1F1181A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77F121E76440BB99946197082188994">
    <w:name w:val="AA77F121E76440BB9994619708218899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E6BF70450784D53A6D2E69468FA65E94">
    <w:name w:val="DE6BF70450784D53A6D2E69468FA65E9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AA8D565BBB45B48AC6136F63A9DF664">
    <w:name w:val="39AA8D565BBB45B48AC6136F63A9DF6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69BA92FF7284BC7A42D538C4A9E17574">
    <w:name w:val="369BA92FF7284BC7A42D538C4A9E1757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7141C29DBF4446882EEAD95771C1A84">
    <w:name w:val="287141C29DBF4446882EEAD95771C1A8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A989295E50140E082D9C94ADF3ACFBE4">
    <w:name w:val="7A989295E50140E082D9C94ADF3ACFBE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108EB877C9E4F9FB4928E63B7BB09774">
    <w:name w:val="0108EB877C9E4F9FB4928E63B7BB0977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AAD0DEA244F412A84FA9525784EB00B4">
    <w:name w:val="7AAD0DEA244F412A84FA9525784EB00B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BA3B61A8744314927BE8FCF81D65584">
    <w:name w:val="A0BA3B61A8744314927BE8FCF81D6558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7E3CB7FF2CA4FB3AFF9694862B398D24">
    <w:name w:val="67E3CB7FF2CA4FB3AFF9694862B398D2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A56F1E22A564D72B201003429A98B0B4">
    <w:name w:val="5A56F1E22A564D72B201003429A98B0B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148CC14497A46BE94CE789897C0E79C4">
    <w:name w:val="1148CC14497A46BE94CE789897C0E79C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138CBF03AE4537B06BBFBDD7911BEF4">
    <w:name w:val="4D138CBF03AE4537B06BBFBDD7911BEF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356C4CED7842CA9624B285D2EDB8244">
    <w:name w:val="EE356C4CED7842CA9624B285D2EDB824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F68520AD6A4760B1AC14D8DD538B254">
    <w:name w:val="2BF68520AD6A4760B1AC14D8DD538B25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486A18106041D591E5EB4609F2E7A64">
    <w:name w:val="D2486A18106041D591E5EB4609F2E7A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16F9AC5F1646F88B3AACD91A6533C54">
    <w:name w:val="6516F9AC5F1646F88B3AACD91A6533C5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CB61B8FEFBC4575AE40D3507D50CB8F4">
    <w:name w:val="7CB61B8FEFBC4575AE40D3507D50CB8F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68124A0443A4F7B999DF15E41A91C7E5">
    <w:name w:val="E68124A0443A4F7B999DF15E41A91C7E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8F8679BAA5A48B080E3880758BA4A7B5">
    <w:name w:val="38F8679BAA5A48B080E3880758BA4A7B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BA8294BBA74E38B4732822E23371374">
    <w:name w:val="CDBA8294BBA74E38B4732822E2337137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FBBCB75D1D541F49AA37A122A3ADAA05">
    <w:name w:val="1FBBCB75D1D541F49AA37A122A3ADAA0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B72EB3A7E64981A7420EC4EB5FD8074">
    <w:name w:val="66B72EB3A7E64981A7420EC4EB5FD807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3E3D28F60443FAB9D486BCF3D143325">
    <w:name w:val="AA3E3D28F60443FAB9D486BCF3D14332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82F2F0547B4BA1B89E0408AD5988D45">
    <w:name w:val="7482F2F0547B4BA1B89E0408AD5988D4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3819D339284FF1B6248436B676AB775">
    <w:name w:val="D83819D339284FF1B6248436B676AB77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03695BDC0EE420B801F261C4790ACBB5">
    <w:name w:val="003695BDC0EE420B801F261C4790ACBB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F747275254FA5ADDCE8835A836EDC5">
    <w:name w:val="4B4F747275254FA5ADDCE8835A836EDC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E8FE8699424610B2FA72B9EADBD3CF5">
    <w:name w:val="4FE8FE8699424610B2FA72B9EADBD3CF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F4D0BE0FA24420CAA1E3C41DD44F5F05">
    <w:name w:val="AF4D0BE0FA24420CAA1E3C41DD44F5F0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AF8AF736764176862D323CF52913BB5">
    <w:name w:val="87AF8AF736764176862D323CF52913BB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71004ED70E04B55A23BAD4EFE983B0B1">
    <w:name w:val="C71004ED70E04B55A23BAD4EFE983B0B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5B671AB538B432F98320A7EA9D1ACE01">
    <w:name w:val="25B671AB538B432F98320A7EA9D1ACE0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7367ED6B8B405AA02E65C6C70B1F831">
    <w:name w:val="FB7367ED6B8B405AA02E65C6C70B1F83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4406776FC646A69360E6EF1D610D265">
    <w:name w:val="0B4406776FC646A69360E6EF1D610D2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555F3FE2A59436791DD916082C0287A5">
    <w:name w:val="8555F3FE2A59436791DD916082C0287A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A79806F9A174B678A3E9D3B4FAE967A5">
    <w:name w:val="5A79806F9A174B678A3E9D3B4FAE967A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C79B92521E04D4DB707C91847F4A0DE5">
    <w:name w:val="6C79B92521E04D4DB707C91847F4A0DE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195B6A4B604F9F9F3F6E4ABEEF3D9E5">
    <w:name w:val="A8195B6A4B604F9F9F3F6E4ABEEF3D9E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17D4EDB68A40119164C62FB74818A75">
    <w:name w:val="8B17D4EDB68A40119164C62FB74818A7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E1E1B3702914429889E10C234E231EC5">
    <w:name w:val="0E1E1B3702914429889E10C234E231EC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82FD1D5A994484B44450831EFC82FE5">
    <w:name w:val="0882FD1D5A994484B44450831EFC82FE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554C0493374CB7ACF78F506E5A887A5">
    <w:name w:val="BE554C0493374CB7ACF78F506E5A887A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581EDF975B474BB7E0082AD169DE5E5">
    <w:name w:val="D6581EDF975B474BB7E0082AD169DE5E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DA2BBF5EFD64FD8AB9F079FE913ABEC5">
    <w:name w:val="1DA2BBF5EFD64FD8AB9F079FE913ABEC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F84B4DD9D0740AF8F53BBD47E128C565">
    <w:name w:val="6F84B4DD9D0740AF8F53BBD47E128C5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CB5E31B3B6401FB55F6922B021F2485">
    <w:name w:val="6BCB5E31B3B6401FB55F6922B021F248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FAE8DBF7C54DA8A02FDBE7FB71DEBE2">
    <w:name w:val="26FAE8DBF7C54DA8A02FDBE7FB71DEBE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6483CFD1CBB41BCA09701F4087F7FCF2">
    <w:name w:val="F6483CFD1CBB41BCA09701F4087F7FCF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1384F49CF24746B451BA57C416831D2">
    <w:name w:val="901384F49CF24746B451BA57C416831D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AA3B5B17CF14564B36F024F831A2F8C2">
    <w:name w:val="FAA3B5B17CF14564B36F024F831A2F8C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B95228750948859B273991A84470245">
    <w:name w:val="16B95228750948859B273991A8447024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FBA12F07A5D41B894BCB2B6B63119322">
    <w:name w:val="6FBA12F07A5D41B894BCB2B6B6311932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F1EE434F5A44E181E593E7752F56DD5">
    <w:name w:val="10F1EE434F5A44E181E593E7752F56DD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0C584BB7E545F2879BA9633C74D2565">
    <w:name w:val="B40C584BB7E545F2879BA9633C74D25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7E38A93B8E5445D9BEE8158E2F845425">
    <w:name w:val="B7E38A93B8E5445D9BEE8158E2F84542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95984F86F44A4D99FC09EE4C51D2465">
    <w:name w:val="0295984F86F44A4D99FC09EE4C51D24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F450B719FE3485F8827E3FE0B57CF7B5">
    <w:name w:val="8F450B719FE3485F8827E3FE0B57CF7B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DD901793894AB394970CAF054766F75">
    <w:name w:val="7DDD901793894AB394970CAF054766F7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04E279F493452781E2A8CEEC24B5BB5">
    <w:name w:val="E704E279F493452781E2A8CEEC24B5BB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DDA817443C4FD5A8D3A9ED71F761135">
    <w:name w:val="04DDA817443C4FD5A8D3A9ED71F76113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B7386910054A43A9EDAECFBD75876A5">
    <w:name w:val="0DB7386910054A43A9EDAECFBD75876A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1F136CA1CC045C798AC5BA59B6D2BD45">
    <w:name w:val="21F136CA1CC045C798AC5BA59B6D2BD4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852D34F8924C6ABD9A772F9C0808735">
    <w:name w:val="4D852D34F8924C6ABD9A772F9C080873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1355B7C5634028946BD6AB7E6043F75">
    <w:name w:val="201355B7C5634028946BD6AB7E6043F7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7C403652B14722A96332BCDEBE92AB2">
    <w:name w:val="BE7C403652B14722A96332BCDEBE92AB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8F35BABCCA445B4BDAA6DE29C2470952">
    <w:name w:val="B8F35BABCCA445B4BDAA6DE29C247095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DC2993B70954D40A6013B39154943012">
    <w:name w:val="FDC2993B70954D40A6013B3915494301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9F7A3413814E77A4AAAF6B4CA02D5B2">
    <w:name w:val="5E9F7A3413814E77A4AAAF6B4CA02D5B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682F3159C7437FBED2ADF24281A56B5">
    <w:name w:val="CB682F3159C7437FBED2ADF24281A56B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5484B11E7448A2B18ED6F97E1B65325">
    <w:name w:val="A05484B11E7448A2B18ED6F97E1B6532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46E1AB5C6E4F7D838FC83E170DA7C75">
    <w:name w:val="BA46E1AB5C6E4F7D838FC83E170DA7C7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5F40D85F7F4CD4B447AC2B146DB0765">
    <w:name w:val="3D5F40D85F7F4CD4B447AC2B146DB07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310A9C7A014DDF9E049241AD1E19AA5">
    <w:name w:val="BA310A9C7A014DDF9E049241AD1E19AA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08FBDA9B45C4701B0C05AEF8ED75BC35">
    <w:name w:val="308FBDA9B45C4701B0C05AEF8ED75BC3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99C243DDFDA4F028527A9A4A4F186495">
    <w:name w:val="199C243DDFDA4F028527A9A4A4F18649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0E7472F03B24077B2AB75F3055E3A745">
    <w:name w:val="B0E7472F03B24077B2AB75F3055E3A74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08BEA7FF9FA4940A3E1A1AB60493DAF5">
    <w:name w:val="408BEA7FF9FA4940A3E1A1AB60493DAF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A149166FDF04F268230B9FFEB99B92F2">
    <w:name w:val="5A149166FDF04F268230B9FFEB99B92F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A420BBD1E624A859916DA8D1D8302BC2">
    <w:name w:val="5A420BBD1E624A859916DA8D1D8302BC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4F732B9168F4D3BB882CEA6720903FC2">
    <w:name w:val="24F732B9168F4D3BB882CEA6720903FC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6BDF15CA6A491C95AEBCAE062016112">
    <w:name w:val="D26BDF15CA6A491C95AEBCAE06201611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4E2672458545188DDDA7BF64927F2B2">
    <w:name w:val="EE4E2672458545188DDDA7BF64927F2B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883F15FACA48969B24455892AF21AF2">
    <w:name w:val="2B883F15FACA48969B24455892AF21AF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CF9BA4B61E84C1D905D7818EEA5A1012">
    <w:name w:val="8CF9BA4B61E84C1D905D7818EEA5A101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40463F28D9F417B91987D42E6CBAB422">
    <w:name w:val="840463F28D9F417B91987D42E6CBAB42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8B3BFC45D7F4401B68629DA4530AF355">
    <w:name w:val="38B3BFC45D7F4401B68629DA4530AF35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3D18B4C197645E781366B3C0E2FBAD65">
    <w:name w:val="53D18B4C197645E781366B3C0E2FBAD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BF06A0471740EF9DF7F22ADCE908915">
    <w:name w:val="D8BF06A0471740EF9DF7F22ADCE90891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AD3F7C9A1548ABB20CA7F584CA9D875">
    <w:name w:val="35AD3F7C9A1548ABB20CA7F584CA9D87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390AAF9BF9D42BDBC3849043CB18A065">
    <w:name w:val="C390AAF9BF9D42BDBC3849043CB18A0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D403F3F55A641EA860C7E0B09500DB45">
    <w:name w:val="2D403F3F55A641EA860C7E0B09500DB4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032C321A94FE1BCD573CBC19EBADB5">
    <w:name w:val="73A032C321A94FE1BCD573CBC19EBADB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F2E39885F848DCB1A7376E4B8078BD5">
    <w:name w:val="E5F2E39885F848DCB1A7376E4B8078BD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18A9E417A70477EB41BE468D0F869945">
    <w:name w:val="F18A9E417A70477EB41BE468D0F86994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8B368A30B904213AFE6CE2AE1F9F2E92">
    <w:name w:val="68B368A30B904213AFE6CE2AE1F9F2E9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C1E35E8180A46C591543BBB1711FC9E2">
    <w:name w:val="0C1E35E8180A46C591543BBB1711FC9E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2CEA99B1BB4A2FA5DE8661B50DE9D92">
    <w:name w:val="7D2CEA99B1BB4A2FA5DE8661B50DE9D9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B8F6EAF7474E90A20700F8F8F0DDE22">
    <w:name w:val="BEB8F6EAF7474E90A20700F8F8F0DDE2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14CB7F3BF7549418AC72067D92588672">
    <w:name w:val="A14CB7F3BF7549418AC72067D9258867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097C4C0063948EC9B9B8BA6F1FFF9132">
    <w:name w:val="B097C4C0063948EC9B9B8BA6F1FFF91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CAB76C93DEB4B5AA49124D0666CBFB42">
    <w:name w:val="1CAB76C93DEB4B5AA49124D0666CBFB4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585E5ADF90480F9CEB405BBF0B12852">
    <w:name w:val="A5585E5ADF90480F9CEB405BBF0B1285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A29882FE3845AA9803DEA553D28A055">
    <w:name w:val="ECA29882FE3845AA9803DEA553D28A05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A6BE38B9904860B12C3DC88D2EB7995">
    <w:name w:val="EEA6BE38B9904860B12C3DC88D2EB799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07F8CD6D494D028BD6B58BBB1EED605">
    <w:name w:val="0A07F8CD6D494D028BD6B58BBB1EED60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C7B2C0679D43B6B54AE35A58D1A5BF5">
    <w:name w:val="28C7B2C0679D43B6B54AE35A58D1A5BF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7DABFBBBAE442E89255EA1A7064E235">
    <w:name w:val="9B7DABFBBBAE442E89255EA1A7064E23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8F5EED71B549C29FD790648C6D09855">
    <w:name w:val="968F5EED71B549C29FD790648C6D0985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5CCA457C00041E7BA31F89B49535ADC5">
    <w:name w:val="45CCA457C00041E7BA31F89B49535ADC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88EB62424A4D3A874915B3ADBD08395">
    <w:name w:val="E888EB62424A4D3A874915B3ADBD0839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F9E67898BD49E89F3547B3F0F389535">
    <w:name w:val="A4F9E67898BD49E89F3547B3F0F38953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4DF3ABE4C54495959EAECD40B8D74F5">
    <w:name w:val="774DF3ABE4C54495959EAECD40B8D74F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F9CB54F43D34C49A56B120DDB492CCF5">
    <w:name w:val="DF9CB54F43D34C49A56B120DDB492CCF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FE6DB818E5405FA51CE7AA12E50D565">
    <w:name w:val="33FE6DB818E5405FA51CE7AA12E50D5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FC80408877A4F80A378ED52D134D32A2">
    <w:name w:val="EFC80408877A4F80A378ED52D134D32A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35BC845A8C64A079BF674DB516785CB2">
    <w:name w:val="835BC845A8C64A079BF674DB516785CB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BA6EBE23D74438A6CFD0BFBF0451992">
    <w:name w:val="89BA6EBE23D74438A6CFD0BFBF045199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E6CCCFEE7546299C1E57A89D4197602">
    <w:name w:val="4EE6CCCFEE7546299C1E57A89D419760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32ECFF3420457DA10E2631C59455B05">
    <w:name w:val="8732ECFF3420457DA10E2631C59455B0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180B24565AD4EC59DB47520157DAD805">
    <w:name w:val="C180B24565AD4EC59DB47520157DAD80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DCCFC867EEE4D34A1DDC2F6940ECFF75">
    <w:name w:val="2DCCFC867EEE4D34A1DDC2F6940ECFF7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F0AAED6EE74EFFAEA3636465E4643D5">
    <w:name w:val="28F0AAED6EE74EFFAEA3636465E4643D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DF559BA8D9449BB704FCCD11B8C6565">
    <w:name w:val="C0DF559BA8D9449BB704FCCD11B8C65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6249A9849044E8BEE49E1CA3AF49E85">
    <w:name w:val="4F6249A9849044E8BEE49E1CA3AF49E8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E99F148D3954628B656A0859BAD44625">
    <w:name w:val="1E99F148D3954628B656A0859BAD4462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CC2B0B98C0417CA925EF46235B38D55">
    <w:name w:val="49CC2B0B98C0417CA925EF46235B38D5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AD171C151EE4EEBAE05FE27C561BAB75">
    <w:name w:val="4AD171C151EE4EEBAE05FE27C561BAB7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989EF89D2A4AC3A5E5E69A746215325">
    <w:name w:val="C0989EF89D2A4AC3A5E5E69A74621532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ADF385F49D466CAC40C821116AA8682">
    <w:name w:val="A4ADF385F49D466CAC40C821116AA868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70994F603C44445978E27024CB115262">
    <w:name w:val="A70994F603C44445978E27024CB11526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764DA2CD2C34DBFA328532985549474">
    <w:name w:val="0764DA2CD2C34DBFA328532985549474"/>
    <w:rsid w:val="0033193A"/>
  </w:style>
  <w:style w:type="paragraph" w:customStyle="1" w:styleId="92AA3BC0912C4285B1AF8D3AA3E6267D">
    <w:name w:val="92AA3BC0912C4285B1AF8D3AA3E6267D"/>
    <w:rsid w:val="0033193A"/>
  </w:style>
  <w:style w:type="paragraph" w:customStyle="1" w:styleId="2096B7963D684E9CBB479897EEC255B9">
    <w:name w:val="2096B7963D684E9CBB479897EEC255B9"/>
    <w:rsid w:val="0033193A"/>
  </w:style>
  <w:style w:type="paragraph" w:customStyle="1" w:styleId="D8593657106B4AC19998D0BCEE9574182">
    <w:name w:val="D8593657106B4AC19998D0BCEE957418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48A62CF077499B809826F5BE352D452">
    <w:name w:val="2C48A62CF077499B809826F5BE352D45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4">
    <w:name w:val="C6C5AA04D5744E5397F5B4C02E599FEC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4">
    <w:name w:val="4261ABEBA6024587BD9BFFA89B86CBAD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4">
    <w:name w:val="9444CF760006459A89EF2B7CE3AFF2D1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4">
    <w:name w:val="A451D5A1F2414B9AB219F05CFB3EC45E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F4C42A6EEB42DD80A561F6D33C31135">
    <w:name w:val="09F4C42A6EEB42DD80A561F6D33C3113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D435D26B4624747B8D9967626FC7B035">
    <w:name w:val="AD435D26B4624747B8D9967626FC7B03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49FBF3CDE1C494599737C2E4204C5AD5">
    <w:name w:val="649FBF3CDE1C494599737C2E4204C5AD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3A61D616D7E4D0687C040896A01549C5">
    <w:name w:val="C3A61D616D7E4D0687C040896A01549C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EAE8D0FB3404A9081F607D8EBA0D2A82">
    <w:name w:val="1EAE8D0FB3404A9081F607D8EBA0D2A8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AB0893BB9864CF3A5FD5EF6FC4BC2D22">
    <w:name w:val="EAB0893BB9864CF3A5FD5EF6FC4BC2D2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F1EB74A2FD4752917F2F39F815AC512">
    <w:name w:val="04F1EB74A2FD4752917F2F39F815AC51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3E8BAE23C17418F8A9B9301B501A4BD2">
    <w:name w:val="03E8BAE23C17418F8A9B9301B501A4BD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8DBB1BD51A4506A10064EABEF29AB32">
    <w:name w:val="588DBB1BD51A4506A10064EABEF29AB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74DD9015F8946FC87608BC881F34E632">
    <w:name w:val="A74DD9015F8946FC87608BC881F34E6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181D53E55E4B93BCD9DEB679B58CBF2">
    <w:name w:val="BA181D53E55E4B93BCD9DEB679B58CBF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14199E358E4DEE889A194806C602302">
    <w:name w:val="3514199E358E4DEE889A194806C60230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4C427CBCF874D7FA13A2675613368252">
    <w:name w:val="24C427CBCF874D7FA13A267561336825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D47B4342BF44C208F687DC75F792D852">
    <w:name w:val="9D47B4342BF44C208F687DC75F792D85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4A2794906D4AF8B16CB2CA8955374D2">
    <w:name w:val="654A2794906D4AF8B16CB2CA8955374D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38CCF49B6D04A9ABD727E0884E29C9D2">
    <w:name w:val="938CCF49B6D04A9ABD727E0884E29C9D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871417A5ECF4F4FA5F5682117266CD25">
    <w:name w:val="6871417A5ECF4F4FA5F5682117266CD2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525A8C29CF24ECD9EAACD5559B0D56B5">
    <w:name w:val="2525A8C29CF24ECD9EAACD5559B0D56B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91B0967D3354F8ABBCABE81F4CD01935">
    <w:name w:val="291B0967D3354F8ABBCABE81F4CD0193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39B1462D4794E338C60031991F152025">
    <w:name w:val="139B1462D4794E338C60031991F15202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124066137484098867A6A4EBE15DF4B5">
    <w:name w:val="2124066137484098867A6A4EBE15DF4B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1C06ABE0FD34BF884B8CD9B95AB90415">
    <w:name w:val="71C06ABE0FD34BF884B8CD9B95AB9041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897023ADFBD44C3BB718F7A184144FA5">
    <w:name w:val="8897023ADFBD44C3BB718F7A184144FA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BC4C44B1BB345A2809FAF82C1D6D4365">
    <w:name w:val="BBC4C44B1BB345A2809FAF82C1D6D43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68C62238484DB6A715603E94640D142">
    <w:name w:val="4E68C62238484DB6A715603E94640D14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6F118206DEA4B4EA7E434CF7C8282D82">
    <w:name w:val="06F118206DEA4B4EA7E434CF7C8282D8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93B24C7E1954657BAD634E2154DC4B02">
    <w:name w:val="693B24C7E1954657BAD634E2154DC4B0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43A853215714F3AABF2252901FB9D912">
    <w:name w:val="343A853215714F3AABF2252901FB9D91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A83FDB11AC4884B8E29521BBB9FE522">
    <w:name w:val="6DA83FDB11AC4884B8E29521BBB9FE52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29F434EA97C4A8E92C07B199F7ABB352">
    <w:name w:val="E29F434EA97C4A8E92C07B199F7ABB35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F1D566378D4137AF83E0F278F7CF0D2">
    <w:name w:val="CBF1D566378D4137AF83E0F278F7CF0D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B7827819FF458F942C25CD27569E582">
    <w:name w:val="6BB7827819FF458F942C25CD27569E58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3BB274B49A4F17A021640B275CBAAC2">
    <w:name w:val="353BB274B49A4F17A021640B275CBAAC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E315797D81445DB34AE1DA82424FD42">
    <w:name w:val="E3E315797D81445DB34AE1DA82424FD4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AEBA5EAFD3E424AA732EA49A0BD9D0A2">
    <w:name w:val="EAEBA5EAFD3E424AA732EA49A0BD9D0A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141045663FE4FA7BDB896D3BECFB11F2">
    <w:name w:val="D141045663FE4FA7BDB896D3BECFB11F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199F2A5BA8A4EAEB758F6BCE8D87BF62">
    <w:name w:val="6199F2A5BA8A4EAEB758F6BCE8D87BF6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F7B9CF44AE945CBB31712A7F8D2DF692">
    <w:name w:val="9F7B9CF44AE945CBB31712A7F8D2DF69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0C7C286F2E74597B8295B0DA3149F232">
    <w:name w:val="40C7C286F2E74597B8295B0DA3149F2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FE74ECC14244370A8BC68258C8F93632">
    <w:name w:val="2FE74ECC14244370A8BC68258C8F936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6CA2AF8DF94CD69E896834E86852565">
    <w:name w:val="9A6CA2AF8DF94CD69E896834E868525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C9C3BD6DAE445585208941AA04C9C75">
    <w:name w:val="B4C9C3BD6DAE445585208941AA04C9C7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EE5954FCFC406D92213FF3052646085">
    <w:name w:val="3DEE5954FCFC406D92213FF305264608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3513A9A84864C3F9F7588EA499BB78D5">
    <w:name w:val="F3513A9A84864C3F9F7588EA499BB78D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3E2B0B02804B6B9EB34D06EDE16C2C5">
    <w:name w:val="4B3E2B0B02804B6B9EB34D06EDE16C2C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5A5022E14D43D0AAECA4D7B07105ED5">
    <w:name w:val="085A5022E14D43D0AAECA4D7B07105ED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03C20D0AC564E049B3D88E959C81C325">
    <w:name w:val="E03C20D0AC564E049B3D88E959C81C32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27B206A1F114B79923F70D146A387C55">
    <w:name w:val="627B206A1F114B79923F70D146A387C5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F7E10A372CF41B6B48CD20F8B9D88885">
    <w:name w:val="1F7E10A372CF41B6B48CD20F8B9D8888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18E31203DB4ADBAEA6C68283BE94AE5">
    <w:name w:val="E818E31203DB4ADBAEA6C68283BE94AE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444CB5FE3D4B7E8A005265B8BF55435">
    <w:name w:val="7E444CB5FE3D4B7E8A005265B8BF5543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713C7F24B9431EB025CD747680B2B85">
    <w:name w:val="10713C7F24B9431EB025CD747680B2B8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580F967A6FA466D94FA9F00370D0F212">
    <w:name w:val="F580F967A6FA466D94FA9F00370D0F21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1F272D428C44BE1949E3D168527DE972">
    <w:name w:val="91F272D428C44BE1949E3D168527DE97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6AE02CE171648B881F14805B40254A02">
    <w:name w:val="06AE02CE171648B881F14805B40254A0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D10714B2DB34147BCB9387D38009F532">
    <w:name w:val="8D10714B2DB34147BCB9387D38009F5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0A6527A87543CF8A81993E626718742">
    <w:name w:val="280A6527A87543CF8A81993E62671874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05B1F2154C4935A4C95444B97C44AD2">
    <w:name w:val="D605B1F2154C4935A4C95444B97C44AD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1CBB68DA324248837B10D303DA9D012">
    <w:name w:val="3A1CBB68DA324248837B10D303DA9D01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9B1F060A094902B320A7584AAFEF502">
    <w:name w:val="5C9B1F060A094902B320A7584AAFEF50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1B1A17687024D828E35C98280CC8FCB2">
    <w:name w:val="01B1A17687024D828E35C98280CC8FCB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BC8AAE0354BD283E3E92D5348BD742">
    <w:name w:val="3DFBC8AAE0354BD283E3E92D5348BD74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72EDAA93DA45EF9083FEE6A203B43A2">
    <w:name w:val="4172EDAA93DA45EF9083FEE6A203B43A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4699E066C6543F1807498C9131D96D62">
    <w:name w:val="24699E066C6543F1807498C9131D96D6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AC52E2BDD441E3AB82CF57381860992">
    <w:name w:val="7DAC52E2BDD441E3AB82CF5738186099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880A611FD94ECBB9AE63F3672EAAF92">
    <w:name w:val="49880A611FD94ECBB9AE63F3672EAAF9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E40C9FDD0EB42C58F21AAE1414E0F412">
    <w:name w:val="CE40C9FDD0EB42C58F21AAE1414E0F41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339A162EFD4FD1992577EA2861B9622">
    <w:name w:val="A2339A162EFD4FD1992577EA2861B962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A3AE5D6500D45ADBD1E8009EAA63A172">
    <w:name w:val="5A3AE5D6500D45ADBD1E8009EAA63A17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A5E5ED1F91D41CE93BD93454EFF05082">
    <w:name w:val="6A5E5ED1F91D41CE93BD93454EFF0508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3F671446BE423C80623186CD4922165">
    <w:name w:val="FF3F671446BE423C80623186CD49221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2B1F901B6E4BD7AD855DEFC0A041DB5">
    <w:name w:val="652B1F901B6E4BD7AD855DEFC0A041DB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94E62410544E4E864820ED4D3FDE165">
    <w:name w:val="7394E62410544E4E864820ED4D3FDE1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D569C1B2DF14551979EAD275563853D5">
    <w:name w:val="5D569C1B2DF14551979EAD275563853D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E919AA54FBB44B1A5F7342889967CC65">
    <w:name w:val="FE919AA54FBB44B1A5F7342889967CC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F1AAF87E7647C48C570DCB4B6D815E5">
    <w:name w:val="90F1AAF87E7647C48C570DCB4B6D815E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471BF55412A49EEA0069A38BEF548D95">
    <w:name w:val="6471BF55412A49EEA0069A38BEF548D9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ACD686B9984973BF5D5F4D6870AAF45">
    <w:name w:val="0DACD686B9984973BF5D5F4D6870AAF4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3BA832256854304B5BA96F88B3D4A742">
    <w:name w:val="23BA832256854304B5BA96F88B3D4A74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46FAE9296A54BEBACA366E9D9A45B942">
    <w:name w:val="246FAE9296A54BEBACA366E9D9A45B94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B394E2CBAB483695D083584DBE3A922">
    <w:name w:val="0BB394E2CBAB483695D083584DBE3A92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E86FEA1F74C42C589A364B14C1A71802">
    <w:name w:val="1E86FEA1F74C42C589A364B14C1A7180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904F70EDBB4A8499ACAB806266E31C2">
    <w:name w:val="96904F70EDBB4A8499ACAB806266E31C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6EE657D716E4EB3B1A39EBE7A4356D52">
    <w:name w:val="36EE657D716E4EB3B1A39EBE7A4356D5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39ED2F3DBD44680A75139320ED952782">
    <w:name w:val="639ED2F3DBD44680A75139320ED95278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DAA2E057714914BB58B204C08DB4012">
    <w:name w:val="49DAA2E057714914BB58B204C08DB401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D0C39C19EF4A02A8A1695A367211AC2">
    <w:name w:val="ECD0C39C19EF4A02A8A1695A367211AC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6696D04F9C24F0598E6FD7DC348E7DC2">
    <w:name w:val="E6696D04F9C24F0598E6FD7DC348E7DC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C694D3353584FF29930D9C9C5AAE69E2">
    <w:name w:val="0C694D3353584FF29930D9C9C5AAE69E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41C2E5102414D6E88120DA305E5098A2">
    <w:name w:val="D41C2E5102414D6E88120DA305E5098A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77B2E4128AB4E12AA35D0322564C2CE5">
    <w:name w:val="577B2E4128AB4E12AA35D0322564C2CE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185260-356a-4f99-88cc-936cb4cb807e"/>
    <ds:schemaRef ds:uri="503bbec5-b5d2-4817-b31a-e56cf9689349"/>
  </ds:schemaRefs>
</ds:datastoreItem>
</file>

<file path=customXml/itemProps2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3225C1-F01B-4ACF-AFFB-D1E2271DC9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3bbec5-b5d2-4817-b31a-e56cf9689349"/>
    <ds:schemaRef ds:uri="15185260-356a-4f99-88cc-936cb4cb8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17</Pages>
  <Words>2892</Words>
  <Characters>16488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19342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5</cp:revision>
  <dcterms:created xsi:type="dcterms:W3CDTF">2026-08-20T11:15:00Z</dcterms:created>
  <dcterms:modified xsi:type="dcterms:W3CDTF">2026-10-07T10:26:00Z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